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358" w:rsidRDefault="00162358" w:rsidP="00162358">
      <w:pPr>
        <w:spacing w:line="360" w:lineRule="auto"/>
        <w:jc w:val="center"/>
        <w:rPr>
          <w:rFonts w:ascii="Times New Roman" w:hAnsi="Times New Roman" w:cs="Times New Roman"/>
          <w:b/>
          <w:szCs w:val="21"/>
        </w:rPr>
      </w:pPr>
      <w:r>
        <w:rPr>
          <w:rFonts w:ascii="Times New Roman" w:hAnsi="Times New Roman" w:cs="Times New Roman"/>
          <w:b/>
          <w:szCs w:val="21"/>
        </w:rPr>
        <w:t>S</w:t>
      </w:r>
      <w:r w:rsidRPr="00162358">
        <w:rPr>
          <w:rFonts w:ascii="Times New Roman" w:hAnsi="Times New Roman" w:cs="Times New Roman"/>
          <w:b/>
          <w:szCs w:val="21"/>
        </w:rPr>
        <w:t>upporting information</w:t>
      </w:r>
      <w:bookmarkStart w:id="0" w:name="_GoBack"/>
      <w:bookmarkEnd w:id="0"/>
    </w:p>
    <w:p w:rsidR="00162358" w:rsidRDefault="00162358" w:rsidP="00162358">
      <w:pPr>
        <w:spacing w:line="480" w:lineRule="auto"/>
        <w:rPr>
          <w:rFonts w:ascii="Times New Roman" w:hAnsi="Times New Roman" w:cs="Times New Roman"/>
          <w:b/>
          <w:sz w:val="24"/>
          <w:szCs w:val="28"/>
        </w:rPr>
      </w:pPr>
      <w:r w:rsidRPr="007526D5">
        <w:rPr>
          <w:rFonts w:ascii="Times New Roman" w:hAnsi="Times New Roman" w:cs="Times New Roman"/>
          <w:b/>
          <w:sz w:val="24"/>
          <w:szCs w:val="28"/>
        </w:rPr>
        <w:t xml:space="preserve">Phenol </w:t>
      </w:r>
      <w:r>
        <w:rPr>
          <w:rFonts w:ascii="Times New Roman" w:hAnsi="Times New Roman" w:cs="Times New Roman"/>
          <w:b/>
          <w:sz w:val="24"/>
          <w:szCs w:val="28"/>
        </w:rPr>
        <w:t>D</w:t>
      </w:r>
      <w:r w:rsidRPr="007526D5">
        <w:rPr>
          <w:rFonts w:ascii="Times New Roman" w:hAnsi="Times New Roman" w:cs="Times New Roman"/>
          <w:b/>
          <w:sz w:val="24"/>
          <w:szCs w:val="28"/>
        </w:rPr>
        <w:t>erivative</w:t>
      </w:r>
      <w:r>
        <w:rPr>
          <w:rFonts w:ascii="Times New Roman" w:hAnsi="Times New Roman" w:cs="Times New Roman"/>
          <w:b/>
          <w:sz w:val="24"/>
          <w:szCs w:val="28"/>
        </w:rPr>
        <w:t>s</w:t>
      </w:r>
      <w:r w:rsidRPr="00693757">
        <w:rPr>
          <w:rFonts w:ascii="Times New Roman" w:hAnsi="Times New Roman" w:cs="Times New Roman"/>
          <w:b/>
          <w:sz w:val="24"/>
          <w:szCs w:val="28"/>
        </w:rPr>
        <w:t xml:space="preserve"> from </w:t>
      </w:r>
      <w:r>
        <w:rPr>
          <w:rFonts w:ascii="Times New Roman" w:hAnsi="Times New Roman" w:cs="Times New Roman"/>
          <w:b/>
          <w:sz w:val="24"/>
          <w:szCs w:val="28"/>
        </w:rPr>
        <w:t>the</w:t>
      </w:r>
      <w:r w:rsidRPr="00693757">
        <w:rPr>
          <w:rFonts w:ascii="Times New Roman" w:hAnsi="Times New Roman" w:cs="Times New Roman"/>
          <w:b/>
          <w:sz w:val="24"/>
          <w:szCs w:val="28"/>
        </w:rPr>
        <w:t xml:space="preserve"> </w:t>
      </w:r>
      <w:r>
        <w:rPr>
          <w:rFonts w:ascii="Times New Roman" w:hAnsi="Times New Roman" w:cs="Times New Roman"/>
          <w:b/>
          <w:sz w:val="24"/>
          <w:szCs w:val="28"/>
        </w:rPr>
        <w:t>Sponge</w:t>
      </w:r>
      <w:r w:rsidRPr="00693757">
        <w:rPr>
          <w:rFonts w:ascii="Times New Roman" w:hAnsi="Times New Roman" w:cs="Times New Roman"/>
          <w:b/>
          <w:sz w:val="24"/>
          <w:szCs w:val="28"/>
        </w:rPr>
        <w:t>-</w:t>
      </w:r>
      <w:r>
        <w:rPr>
          <w:rFonts w:ascii="Times New Roman" w:hAnsi="Times New Roman" w:cs="Times New Roman"/>
          <w:b/>
          <w:sz w:val="24"/>
          <w:szCs w:val="28"/>
        </w:rPr>
        <w:t>D</w:t>
      </w:r>
      <w:r w:rsidRPr="00693757">
        <w:rPr>
          <w:rFonts w:ascii="Times New Roman" w:hAnsi="Times New Roman" w:cs="Times New Roman"/>
          <w:b/>
          <w:sz w:val="24"/>
          <w:szCs w:val="28"/>
        </w:rPr>
        <w:t xml:space="preserve">erived </w:t>
      </w:r>
      <w:r>
        <w:rPr>
          <w:rFonts w:ascii="Times New Roman" w:hAnsi="Times New Roman" w:cs="Times New Roman"/>
          <w:b/>
          <w:sz w:val="24"/>
          <w:szCs w:val="28"/>
        </w:rPr>
        <w:t>F</w:t>
      </w:r>
      <w:r w:rsidRPr="00693757">
        <w:rPr>
          <w:rFonts w:ascii="Times New Roman" w:hAnsi="Times New Roman" w:cs="Times New Roman"/>
          <w:b/>
          <w:sz w:val="24"/>
          <w:szCs w:val="28"/>
        </w:rPr>
        <w:t xml:space="preserve">ungus </w:t>
      </w:r>
      <w:r w:rsidRPr="00094FB3">
        <w:rPr>
          <w:rFonts w:ascii="Times New Roman" w:hAnsi="Times New Roman" w:cs="Times New Roman"/>
          <w:b/>
          <w:i/>
          <w:sz w:val="24"/>
          <w:szCs w:val="28"/>
        </w:rPr>
        <w:t>Didymellaceae</w:t>
      </w:r>
      <w:r w:rsidRPr="00693757">
        <w:rPr>
          <w:rFonts w:ascii="Times New Roman" w:hAnsi="Times New Roman" w:cs="Times New Roman"/>
          <w:b/>
          <w:sz w:val="24"/>
          <w:szCs w:val="28"/>
        </w:rPr>
        <w:t xml:space="preserve"> sp. SCSIO </w:t>
      </w:r>
      <w:r>
        <w:rPr>
          <w:rFonts w:ascii="Times New Roman" w:hAnsi="Times New Roman" w:cs="Times New Roman"/>
          <w:b/>
          <w:sz w:val="24"/>
          <w:szCs w:val="28"/>
        </w:rPr>
        <w:t>F46</w:t>
      </w:r>
      <w:r w:rsidRPr="00693757">
        <w:rPr>
          <w:rFonts w:ascii="Times New Roman" w:hAnsi="Times New Roman" w:cs="Times New Roman"/>
          <w:b/>
          <w:sz w:val="24"/>
          <w:szCs w:val="28"/>
        </w:rPr>
        <w:t xml:space="preserve"> </w:t>
      </w:r>
    </w:p>
    <w:p w:rsidR="00162358" w:rsidRPr="009A4384" w:rsidRDefault="00162358" w:rsidP="00162358">
      <w:pPr>
        <w:spacing w:line="480" w:lineRule="auto"/>
        <w:rPr>
          <w:rFonts w:ascii="Times New Roman" w:hAnsi="Times New Roman" w:cs="Times New Roman"/>
          <w:szCs w:val="21"/>
        </w:rPr>
      </w:pPr>
      <w:r w:rsidRPr="009A4384">
        <w:rPr>
          <w:rFonts w:ascii="Times New Roman" w:hAnsi="Times New Roman" w:cs="Times New Roman"/>
          <w:i/>
          <w:szCs w:val="21"/>
        </w:rPr>
        <w:t>Yongqi Tian</w:t>
      </w:r>
      <w:r>
        <w:rPr>
          <w:rFonts w:ascii="Times New Roman" w:hAnsi="Times New Roman" w:cs="Times New Roman"/>
          <w:i/>
          <w:szCs w:val="21"/>
        </w:rPr>
        <w:t>,</w:t>
      </w:r>
      <w:r w:rsidRPr="009A4384">
        <w:rPr>
          <w:rFonts w:ascii="Times New Roman" w:hAnsi="Times New Roman" w:cs="Times New Roman"/>
          <w:i/>
          <w:szCs w:val="21"/>
          <w:vertAlign w:val="superscript"/>
        </w:rPr>
        <w:t>1</w:t>
      </w:r>
      <w:r>
        <w:rPr>
          <w:rFonts w:ascii="Times New Roman" w:hAnsi="Times New Roman" w:cs="Times New Roman"/>
          <w:i/>
          <w:szCs w:val="21"/>
          <w:vertAlign w:val="superscript"/>
        </w:rPr>
        <w:t>,2</w:t>
      </w:r>
      <w:r w:rsidRPr="009A4384">
        <w:rPr>
          <w:rFonts w:ascii="Times New Roman" w:hAnsi="Times New Roman" w:cs="Times New Roman"/>
          <w:i/>
          <w:szCs w:val="21"/>
        </w:rPr>
        <w:t>, Xiuping Lin</w:t>
      </w:r>
      <w:r w:rsidRPr="009A4384">
        <w:rPr>
          <w:rFonts w:ascii="Times New Roman" w:hAnsi="Times New Roman" w:cs="Times New Roman"/>
          <w:i/>
          <w:szCs w:val="21"/>
          <w:vertAlign w:val="superscript"/>
        </w:rPr>
        <w:t>2</w:t>
      </w:r>
      <w:r w:rsidRPr="009A4384">
        <w:rPr>
          <w:rFonts w:ascii="Times New Roman" w:hAnsi="Times New Roman" w:cs="Times New Roman"/>
          <w:i/>
          <w:szCs w:val="21"/>
        </w:rPr>
        <w:t>,</w:t>
      </w:r>
      <w:r w:rsidRPr="009A4384">
        <w:rPr>
          <w:rFonts w:ascii="Times New Roman" w:hAnsi="Times New Roman" w:cs="Times New Roman"/>
          <w:i/>
          <w:szCs w:val="21"/>
          <w:vertAlign w:val="superscript"/>
        </w:rPr>
        <w:t xml:space="preserve"> </w:t>
      </w:r>
      <w:r w:rsidRPr="009A4384">
        <w:rPr>
          <w:rFonts w:ascii="Times New Roman" w:hAnsi="Times New Roman" w:cs="Times New Roman"/>
          <w:i/>
          <w:szCs w:val="21"/>
        </w:rPr>
        <w:t>Xuefeng Zhou</w:t>
      </w:r>
      <w:r w:rsidRPr="009A4384">
        <w:rPr>
          <w:rFonts w:ascii="Times New Roman" w:hAnsi="Times New Roman" w:cs="Times New Roman"/>
          <w:i/>
          <w:szCs w:val="21"/>
          <w:vertAlign w:val="superscript"/>
        </w:rPr>
        <w:t>2</w:t>
      </w:r>
      <w:r w:rsidRPr="009A4384">
        <w:rPr>
          <w:rFonts w:ascii="Times New Roman" w:hAnsi="Times New Roman" w:cs="Times New Roman"/>
          <w:i/>
          <w:szCs w:val="21"/>
        </w:rPr>
        <w:t>*, Yonghong Liu</w:t>
      </w:r>
      <w:r w:rsidRPr="009A4384">
        <w:rPr>
          <w:rFonts w:ascii="Times New Roman" w:hAnsi="Times New Roman" w:cs="Times New Roman"/>
          <w:i/>
          <w:szCs w:val="21"/>
          <w:vertAlign w:val="superscript"/>
        </w:rPr>
        <w:t>2</w:t>
      </w:r>
      <w:r>
        <w:rPr>
          <w:rFonts w:ascii="Times New Roman" w:hAnsi="Times New Roman" w:cs="Times New Roman"/>
          <w:i/>
          <w:szCs w:val="21"/>
          <w:vertAlign w:val="superscript"/>
        </w:rPr>
        <w:t>,3</w:t>
      </w:r>
      <w:r w:rsidRPr="009A4384">
        <w:rPr>
          <w:rFonts w:ascii="Times New Roman" w:hAnsi="Times New Roman" w:cs="Times New Roman"/>
          <w:i/>
          <w:szCs w:val="21"/>
        </w:rPr>
        <w:t>*</w:t>
      </w:r>
    </w:p>
    <w:p w:rsidR="00162358" w:rsidRPr="009A4384" w:rsidRDefault="00162358" w:rsidP="00162358">
      <w:pPr>
        <w:spacing w:line="480" w:lineRule="auto"/>
        <w:jc w:val="left"/>
        <w:rPr>
          <w:rFonts w:ascii="Times New Roman" w:hAnsi="Times New Roman" w:cs="Times New Roman"/>
          <w:szCs w:val="21"/>
        </w:rPr>
      </w:pPr>
      <w:r w:rsidRPr="009A4384">
        <w:rPr>
          <w:rFonts w:ascii="Times New Roman" w:hAnsi="Times New Roman" w:cs="Times New Roman"/>
          <w:i/>
          <w:szCs w:val="21"/>
          <w:vertAlign w:val="superscript"/>
        </w:rPr>
        <w:t>1</w:t>
      </w:r>
      <w:r>
        <w:rPr>
          <w:rFonts w:ascii="Times New Roman" w:hAnsi="Times New Roman" w:cs="Times New Roman"/>
          <w:i/>
          <w:szCs w:val="21"/>
          <w:vertAlign w:val="superscript"/>
        </w:rPr>
        <w:t xml:space="preserve"> </w:t>
      </w:r>
      <w:r>
        <w:rPr>
          <w:rFonts w:ascii="Times New Roman" w:hAnsi="Times New Roman" w:cs="Times New Roman"/>
          <w:i/>
          <w:szCs w:val="21"/>
        </w:rPr>
        <w:t>College of Biological S</w:t>
      </w:r>
      <w:r w:rsidRPr="009A4384">
        <w:rPr>
          <w:rFonts w:ascii="Times New Roman" w:hAnsi="Times New Roman" w:cs="Times New Roman"/>
          <w:i/>
          <w:szCs w:val="21"/>
        </w:rPr>
        <w:t xml:space="preserve">cience and </w:t>
      </w:r>
      <w:r>
        <w:rPr>
          <w:rFonts w:ascii="Times New Roman" w:hAnsi="Times New Roman" w:cs="Times New Roman"/>
          <w:i/>
          <w:szCs w:val="21"/>
        </w:rPr>
        <w:t>T</w:t>
      </w:r>
      <w:r w:rsidRPr="009A4384">
        <w:rPr>
          <w:rFonts w:ascii="Times New Roman" w:hAnsi="Times New Roman" w:cs="Times New Roman"/>
          <w:i/>
          <w:szCs w:val="21"/>
        </w:rPr>
        <w:t xml:space="preserve">echnology, Fuzhou </w:t>
      </w:r>
      <w:r>
        <w:rPr>
          <w:rFonts w:ascii="Times New Roman" w:hAnsi="Times New Roman" w:cs="Times New Roman"/>
          <w:i/>
          <w:szCs w:val="21"/>
        </w:rPr>
        <w:t>U</w:t>
      </w:r>
      <w:r w:rsidRPr="009A4384">
        <w:rPr>
          <w:rFonts w:ascii="Times New Roman" w:hAnsi="Times New Roman" w:cs="Times New Roman"/>
          <w:i/>
          <w:szCs w:val="21"/>
        </w:rPr>
        <w:t>niversity, Fuzhou 350116, China;</w:t>
      </w:r>
    </w:p>
    <w:p w:rsidR="00162358" w:rsidRDefault="00162358" w:rsidP="00162358">
      <w:pPr>
        <w:pStyle w:val="BCAuthorAddress"/>
        <w:spacing w:after="0"/>
        <w:jc w:val="left"/>
        <w:rPr>
          <w:rFonts w:ascii="Times New Roman" w:hAnsi="Times New Roman"/>
          <w:sz w:val="21"/>
          <w:szCs w:val="21"/>
          <w:vertAlign w:val="superscript"/>
        </w:rPr>
      </w:pPr>
      <w:r w:rsidRPr="009A4384">
        <w:rPr>
          <w:rFonts w:ascii="Times New Roman" w:hAnsi="Times New Roman"/>
          <w:sz w:val="21"/>
          <w:szCs w:val="21"/>
          <w:vertAlign w:val="superscript"/>
        </w:rPr>
        <w:t>2</w:t>
      </w:r>
      <w:r>
        <w:rPr>
          <w:rFonts w:ascii="Times New Roman" w:hAnsi="Times New Roman"/>
          <w:sz w:val="21"/>
          <w:szCs w:val="21"/>
          <w:vertAlign w:val="superscript"/>
        </w:rPr>
        <w:t xml:space="preserve"> </w:t>
      </w:r>
      <w:r w:rsidRPr="009A4384">
        <w:rPr>
          <w:rFonts w:ascii="Times New Roman" w:hAnsi="Times New Roman"/>
          <w:i/>
          <w:sz w:val="21"/>
          <w:szCs w:val="21"/>
        </w:rPr>
        <w:t xml:space="preserve">CAS Key Laboratory of Tropical Marine Bio-resources and Ecology, Guangdong Key Laboratory of Marine Materia Medica, South China Sea Institute of Oceanology, Chinese Academy of Sciences, Guangzhou 510301, </w:t>
      </w:r>
      <w:bookmarkStart w:id="1" w:name="OLE_LINK2"/>
      <w:r w:rsidRPr="009A4384">
        <w:rPr>
          <w:rFonts w:ascii="Times New Roman" w:hAnsi="Times New Roman"/>
          <w:i/>
          <w:sz w:val="21"/>
          <w:szCs w:val="21"/>
        </w:rPr>
        <w:t>China</w:t>
      </w:r>
      <w:bookmarkEnd w:id="1"/>
      <w:r w:rsidRPr="009A4384">
        <w:rPr>
          <w:rFonts w:ascii="Times New Roman" w:hAnsi="Times New Roman"/>
          <w:i/>
          <w:sz w:val="21"/>
          <w:szCs w:val="21"/>
        </w:rPr>
        <w:t>,</w:t>
      </w:r>
      <w:r w:rsidRPr="009A4384">
        <w:rPr>
          <w:rFonts w:ascii="Times New Roman" w:hAnsi="Times New Roman"/>
          <w:sz w:val="21"/>
          <w:szCs w:val="21"/>
          <w:vertAlign w:val="superscript"/>
        </w:rPr>
        <w:t xml:space="preserve"> </w:t>
      </w:r>
    </w:p>
    <w:p w:rsidR="00162358" w:rsidRPr="002F6FD4" w:rsidRDefault="00162358" w:rsidP="00162358">
      <w:pPr>
        <w:pStyle w:val="BCAuthorAddress"/>
        <w:spacing w:after="0"/>
        <w:jc w:val="left"/>
      </w:pPr>
      <w:r w:rsidRPr="002F6FD4">
        <w:rPr>
          <w:rFonts w:ascii="Times New Roman" w:hAnsi="Times New Roman"/>
          <w:sz w:val="21"/>
          <w:szCs w:val="21"/>
          <w:vertAlign w:val="superscript"/>
        </w:rPr>
        <w:t>3</w:t>
      </w:r>
      <w:r w:rsidRPr="007F01EB">
        <w:rPr>
          <w:rFonts w:ascii="Times New Roman" w:hAnsi="Times New Roman"/>
          <w:i/>
          <w:sz w:val="21"/>
          <w:szCs w:val="21"/>
        </w:rPr>
        <w:t xml:space="preserve"> </w:t>
      </w:r>
      <w:r w:rsidRPr="008A528E">
        <w:rPr>
          <w:rFonts w:ascii="Times New Roman" w:hAnsi="Times New Roman"/>
          <w:i/>
          <w:sz w:val="21"/>
          <w:szCs w:val="21"/>
        </w:rPr>
        <w:t>University of Chinese Academy of Sciences, Beijing 100049, China</w:t>
      </w:r>
    </w:p>
    <w:p w:rsidR="00162358" w:rsidRPr="009A4384" w:rsidRDefault="00162358" w:rsidP="00162358">
      <w:pPr>
        <w:pStyle w:val="a7"/>
        <w:spacing w:line="480" w:lineRule="auto"/>
        <w:ind w:firstLineChars="0" w:firstLine="0"/>
        <w:jc w:val="left"/>
        <w:rPr>
          <w:rFonts w:ascii="Times New Roman" w:hAnsi="Times New Roman" w:cs="Times New Roman"/>
          <w:szCs w:val="21"/>
        </w:rPr>
      </w:pPr>
      <w:r w:rsidRPr="009A4384">
        <w:rPr>
          <w:rFonts w:ascii="Times New Roman" w:hAnsi="Times New Roman" w:cs="Times New Roman"/>
          <w:szCs w:val="21"/>
        </w:rPr>
        <w:t xml:space="preserve">*Corresponding Authors: </w:t>
      </w:r>
      <w:r w:rsidRPr="007F01EB">
        <w:rPr>
          <w:rFonts w:ascii="Times New Roman" w:hAnsi="Times New Roman" w:cs="Times New Roman"/>
          <w:szCs w:val="21"/>
        </w:rPr>
        <w:t>Xuefeng Zhou (xfzhou@scsio.ac.cn), or Yonghong Liu (yonghongliu@scsio.ac.cn).</w:t>
      </w:r>
    </w:p>
    <w:p w:rsidR="00DB7029" w:rsidRPr="007D693D" w:rsidRDefault="00D2049A" w:rsidP="00DB7029">
      <w:pPr>
        <w:widowControl/>
        <w:jc w:val="left"/>
        <w:rPr>
          <w:rFonts w:ascii="Times New Roman" w:hAnsi="Times New Roman" w:cs="Times New Roman"/>
          <w:szCs w:val="21"/>
        </w:rPr>
      </w:pPr>
      <w:r w:rsidRPr="007D693D">
        <w:rPr>
          <w:rFonts w:ascii="Times New Roman" w:hAnsi="Times New Roman" w:cs="Times New Roman"/>
          <w:szCs w:val="21"/>
        </w:rPr>
        <w:br w:type="page"/>
      </w:r>
    </w:p>
    <w:tbl>
      <w:tblPr>
        <w:tblpPr w:leftFromText="180" w:rightFromText="180" w:vertAnchor="text" w:horzAnchor="margin" w:tblpY="301"/>
        <w:tblW w:w="8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1"/>
        <w:gridCol w:w="803"/>
      </w:tblGrid>
      <w:tr w:rsidR="00DB7029" w:rsidTr="00591BED">
        <w:trPr>
          <w:trHeight w:val="323"/>
        </w:trPr>
        <w:tc>
          <w:tcPr>
            <w:tcW w:w="8001" w:type="dxa"/>
            <w:shd w:val="clear" w:color="auto" w:fill="auto"/>
          </w:tcPr>
          <w:p w:rsidR="00DB7029" w:rsidRPr="00A865D4" w:rsidRDefault="00DB7029" w:rsidP="00283A04">
            <w:pPr>
              <w:rPr>
                <w:b/>
                <w:sz w:val="24"/>
              </w:rPr>
            </w:pPr>
            <w:r w:rsidRPr="00944E35">
              <w:rPr>
                <w:sz w:val="24"/>
              </w:rPr>
              <w:lastRenderedPageBreak/>
              <w:t xml:space="preserve">                      </w:t>
            </w:r>
            <w:r w:rsidRPr="00944E35">
              <w:rPr>
                <w:rFonts w:hint="eastAsia"/>
                <w:sz w:val="24"/>
              </w:rPr>
              <w:t xml:space="preserve">   </w:t>
            </w:r>
            <w:r w:rsidRPr="00944E35">
              <w:rPr>
                <w:sz w:val="24"/>
              </w:rPr>
              <w:t xml:space="preserve"> </w:t>
            </w:r>
            <w:r w:rsidRPr="00A865D4">
              <w:rPr>
                <w:b/>
                <w:sz w:val="24"/>
              </w:rPr>
              <w:t xml:space="preserve"> Contents</w:t>
            </w:r>
          </w:p>
        </w:tc>
        <w:tc>
          <w:tcPr>
            <w:tcW w:w="803" w:type="dxa"/>
            <w:shd w:val="clear" w:color="auto" w:fill="auto"/>
            <w:vAlign w:val="center"/>
          </w:tcPr>
          <w:p w:rsidR="00DB7029" w:rsidRPr="00A865D4" w:rsidRDefault="00DB7029" w:rsidP="00591BED">
            <w:pPr>
              <w:jc w:val="left"/>
              <w:rPr>
                <w:b/>
                <w:sz w:val="24"/>
              </w:rPr>
            </w:pPr>
            <w:r w:rsidRPr="00A865D4">
              <w:rPr>
                <w:b/>
                <w:sz w:val="24"/>
              </w:rPr>
              <w:t>Pages</w:t>
            </w:r>
          </w:p>
        </w:tc>
      </w:tr>
      <w:tr w:rsidR="00DB7029" w:rsidTr="00591BED">
        <w:trPr>
          <w:trHeight w:val="323"/>
        </w:trPr>
        <w:tc>
          <w:tcPr>
            <w:tcW w:w="8001" w:type="dxa"/>
            <w:shd w:val="clear" w:color="auto" w:fill="auto"/>
          </w:tcPr>
          <w:p w:rsidR="00DB7029" w:rsidRPr="00E24EEB" w:rsidRDefault="00DB7029" w:rsidP="00283A04">
            <w:pPr>
              <w:pStyle w:val="a7"/>
              <w:widowControl/>
              <w:autoSpaceDE w:val="0"/>
              <w:autoSpaceDN w:val="0"/>
              <w:adjustRightInd w:val="0"/>
              <w:ind w:firstLineChars="0" w:firstLine="0"/>
              <w:outlineLvl w:val="0"/>
              <w:rPr>
                <w:rFonts w:ascii="Times New Roman" w:eastAsia="宋体" w:hAnsi="Times New Roman"/>
                <w:b/>
                <w:bCs/>
                <w:kern w:val="0"/>
                <w:sz w:val="24"/>
                <w:szCs w:val="24"/>
              </w:rPr>
            </w:pPr>
            <w:r w:rsidRPr="00302948">
              <w:rPr>
                <w:rFonts w:hint="eastAsia"/>
                <w:b/>
                <w:sz w:val="24"/>
              </w:rPr>
              <w:t xml:space="preserve">Figure </w:t>
            </w:r>
            <w:r w:rsidRPr="00E24895">
              <w:rPr>
                <w:rFonts w:hint="eastAsia"/>
                <w:b/>
                <w:sz w:val="24"/>
              </w:rPr>
              <w:t>S</w:t>
            </w:r>
            <w:r>
              <w:rPr>
                <w:b/>
                <w:sz w:val="24"/>
              </w:rPr>
              <w:t>1</w:t>
            </w:r>
            <w:r w:rsidRPr="00944E35">
              <w:rPr>
                <w:rFonts w:hint="eastAsia"/>
                <w:sz w:val="24"/>
              </w:rPr>
              <w:t>. The</w:t>
            </w:r>
            <w:r w:rsidRPr="00944E35">
              <w:rPr>
                <w:sz w:val="24"/>
                <w:vertAlign w:val="superscript"/>
              </w:rPr>
              <w:t xml:space="preserve"> 1</w:t>
            </w:r>
            <w:r w:rsidRPr="00944E35">
              <w:rPr>
                <w:sz w:val="24"/>
              </w:rPr>
              <w:t>H NMR spectr</w:t>
            </w:r>
            <w:r>
              <w:rPr>
                <w:rFonts w:hint="eastAsia"/>
                <w:sz w:val="24"/>
              </w:rPr>
              <w:t>um</w:t>
            </w:r>
            <w:r w:rsidRPr="00944E35">
              <w:rPr>
                <w:sz w:val="24"/>
              </w:rPr>
              <w:t xml:space="preserve"> of</w:t>
            </w:r>
            <w:r w:rsidRPr="003362AB">
              <w:rPr>
                <w:rFonts w:ascii="Times" w:hAnsi="Times" w:hint="eastAsia"/>
                <w:iCs/>
                <w:kern w:val="0"/>
                <w:sz w:val="24"/>
              </w:rPr>
              <w:t xml:space="preserve"> </w:t>
            </w:r>
            <w:r w:rsidRPr="00A26318">
              <w:rPr>
                <w:b/>
                <w:sz w:val="24"/>
              </w:rPr>
              <w:t>1</w:t>
            </w:r>
            <w:r w:rsidRPr="00944E35">
              <w:rPr>
                <w:sz w:val="24"/>
              </w:rPr>
              <w:t xml:space="preserve"> in </w:t>
            </w:r>
            <w:r>
              <w:rPr>
                <w:sz w:val="24"/>
              </w:rPr>
              <w:t>DMSO</w:t>
            </w:r>
          </w:p>
        </w:tc>
        <w:tc>
          <w:tcPr>
            <w:tcW w:w="803" w:type="dxa"/>
            <w:shd w:val="clear" w:color="auto" w:fill="auto"/>
            <w:vAlign w:val="center"/>
          </w:tcPr>
          <w:p w:rsidR="00DB7029" w:rsidRDefault="00405EE7" w:rsidP="00591BED">
            <w:pPr>
              <w:ind w:firstLineChars="50" w:firstLine="120"/>
              <w:jc w:val="left"/>
              <w:rPr>
                <w:sz w:val="24"/>
              </w:rPr>
            </w:pPr>
            <w:r>
              <w:rPr>
                <w:sz w:val="24"/>
              </w:rPr>
              <w:t>4</w:t>
            </w:r>
          </w:p>
        </w:tc>
      </w:tr>
      <w:tr w:rsidR="00DB7029" w:rsidTr="00591BED">
        <w:trPr>
          <w:trHeight w:val="323"/>
        </w:trPr>
        <w:tc>
          <w:tcPr>
            <w:tcW w:w="8001" w:type="dxa"/>
            <w:shd w:val="clear" w:color="auto" w:fill="auto"/>
          </w:tcPr>
          <w:p w:rsidR="00DB7029" w:rsidRPr="00944E35" w:rsidRDefault="00DB7029" w:rsidP="00DB7029">
            <w:pPr>
              <w:rPr>
                <w:sz w:val="24"/>
              </w:rPr>
            </w:pPr>
            <w:r w:rsidRPr="00302948">
              <w:rPr>
                <w:rFonts w:hint="eastAsia"/>
                <w:b/>
                <w:sz w:val="24"/>
              </w:rPr>
              <w:t xml:space="preserve">Figure </w:t>
            </w:r>
            <w:r w:rsidRPr="00E24895">
              <w:rPr>
                <w:b/>
                <w:sz w:val="24"/>
              </w:rPr>
              <w:t>S</w:t>
            </w:r>
            <w:r>
              <w:rPr>
                <w:b/>
                <w:sz w:val="24"/>
              </w:rPr>
              <w:t>2</w:t>
            </w:r>
            <w:r w:rsidRPr="00944E35">
              <w:rPr>
                <w:sz w:val="24"/>
              </w:rPr>
              <w:t xml:space="preserve">. </w:t>
            </w:r>
            <w:r w:rsidRPr="00944E35">
              <w:rPr>
                <w:rFonts w:hint="eastAsia"/>
                <w:sz w:val="24"/>
              </w:rPr>
              <w:t>The</w:t>
            </w:r>
            <w:r w:rsidRPr="00944E35">
              <w:rPr>
                <w:sz w:val="24"/>
              </w:rPr>
              <w:t xml:space="preserve"> </w:t>
            </w:r>
            <w:smartTag w:uri="urn:schemas-microsoft-com:office:smarttags" w:element="chmetcnv">
              <w:smartTagPr>
                <w:attr w:name="UnitName" w:val="C"/>
                <w:attr w:name="SourceValue" w:val="13"/>
                <w:attr w:name="HasSpace" w:val="False"/>
                <w:attr w:name="Negative" w:val="False"/>
                <w:attr w:name="NumberType" w:val="1"/>
                <w:attr w:name="TCSC" w:val="0"/>
              </w:smartTagPr>
              <w:r w:rsidRPr="00944E35">
                <w:rPr>
                  <w:sz w:val="24"/>
                  <w:vertAlign w:val="superscript"/>
                </w:rPr>
                <w:t>13</w:t>
              </w:r>
              <w:r w:rsidRPr="00944E35">
                <w:rPr>
                  <w:sz w:val="24"/>
                </w:rPr>
                <w:t>C</w:t>
              </w:r>
            </w:smartTag>
            <w:r w:rsidRPr="00944E35">
              <w:rPr>
                <w:sz w:val="24"/>
              </w:rPr>
              <w:t xml:space="preserve"> NMR spectr</w:t>
            </w:r>
            <w:r>
              <w:rPr>
                <w:rFonts w:hint="eastAsia"/>
                <w:sz w:val="24"/>
              </w:rPr>
              <w:t>um</w:t>
            </w:r>
            <w:r w:rsidRPr="00944E35">
              <w:rPr>
                <w:sz w:val="24"/>
              </w:rPr>
              <w:t xml:space="preserve"> of</w:t>
            </w:r>
            <w:r w:rsidRPr="003362AB">
              <w:rPr>
                <w:rFonts w:ascii="Times" w:hAnsi="Times" w:hint="eastAsia"/>
                <w:iCs/>
                <w:kern w:val="0"/>
                <w:sz w:val="24"/>
              </w:rPr>
              <w:t xml:space="preserve"> </w:t>
            </w:r>
            <w:r w:rsidRPr="00A26318">
              <w:rPr>
                <w:b/>
                <w:sz w:val="24"/>
              </w:rPr>
              <w:t>1</w:t>
            </w:r>
            <w:r w:rsidRPr="00944E35">
              <w:rPr>
                <w:sz w:val="24"/>
              </w:rPr>
              <w:t xml:space="preserve"> in </w:t>
            </w:r>
            <w:r w:rsidRPr="009745FB">
              <w:rPr>
                <w:sz w:val="24"/>
              </w:rPr>
              <w:t>DMSO</w:t>
            </w:r>
          </w:p>
        </w:tc>
        <w:tc>
          <w:tcPr>
            <w:tcW w:w="803" w:type="dxa"/>
            <w:shd w:val="clear" w:color="auto" w:fill="auto"/>
            <w:vAlign w:val="center"/>
          </w:tcPr>
          <w:p w:rsidR="00DB7029" w:rsidRDefault="00DB7029" w:rsidP="00591BED">
            <w:pPr>
              <w:ind w:firstLineChars="50" w:firstLine="120"/>
              <w:jc w:val="left"/>
              <w:rPr>
                <w:sz w:val="24"/>
              </w:rPr>
            </w:pPr>
            <w:r>
              <w:rPr>
                <w:sz w:val="24"/>
              </w:rPr>
              <w:t>4</w:t>
            </w:r>
          </w:p>
        </w:tc>
      </w:tr>
      <w:tr w:rsidR="00DB7029" w:rsidTr="00591BED">
        <w:trPr>
          <w:trHeight w:val="323"/>
        </w:trPr>
        <w:tc>
          <w:tcPr>
            <w:tcW w:w="8001" w:type="dxa"/>
            <w:shd w:val="clear" w:color="auto" w:fill="auto"/>
          </w:tcPr>
          <w:p w:rsidR="00DB7029" w:rsidRPr="00944E35" w:rsidRDefault="00DB7029" w:rsidP="00DB7029">
            <w:pPr>
              <w:rPr>
                <w:sz w:val="24"/>
              </w:rPr>
            </w:pPr>
            <w:r w:rsidRPr="00302948">
              <w:rPr>
                <w:rFonts w:hint="eastAsia"/>
                <w:b/>
                <w:sz w:val="24"/>
              </w:rPr>
              <w:t xml:space="preserve">Figure </w:t>
            </w:r>
            <w:r w:rsidRPr="00F61FE1">
              <w:rPr>
                <w:b/>
                <w:sz w:val="24"/>
              </w:rPr>
              <w:t>S</w:t>
            </w:r>
            <w:r>
              <w:rPr>
                <w:b/>
                <w:sz w:val="24"/>
              </w:rPr>
              <w:t>3</w:t>
            </w:r>
            <w:r w:rsidRPr="00944E35">
              <w:rPr>
                <w:sz w:val="24"/>
              </w:rPr>
              <w:t xml:space="preserve">. </w:t>
            </w:r>
            <w:r w:rsidRPr="00944E35">
              <w:rPr>
                <w:rFonts w:hint="eastAsia"/>
                <w:sz w:val="24"/>
              </w:rPr>
              <w:t>The</w:t>
            </w:r>
            <w:r w:rsidRPr="00D624E7">
              <w:rPr>
                <w:sz w:val="24"/>
              </w:rPr>
              <w:t xml:space="preserve"> </w:t>
            </w:r>
            <w:r w:rsidRPr="00D624E7">
              <w:rPr>
                <w:rFonts w:hint="eastAsia"/>
                <w:sz w:val="24"/>
              </w:rPr>
              <w:t>DEPT</w:t>
            </w:r>
            <w:r w:rsidRPr="00944E35">
              <w:rPr>
                <w:sz w:val="24"/>
              </w:rPr>
              <w:t xml:space="preserve"> spectr</w:t>
            </w:r>
            <w:r>
              <w:rPr>
                <w:rFonts w:hint="eastAsia"/>
                <w:sz w:val="24"/>
              </w:rPr>
              <w:t>um</w:t>
            </w:r>
            <w:r w:rsidRPr="00944E35">
              <w:rPr>
                <w:sz w:val="24"/>
              </w:rPr>
              <w:t xml:space="preserve"> of</w:t>
            </w:r>
            <w:r>
              <w:rPr>
                <w:sz w:val="24"/>
              </w:rPr>
              <w:t xml:space="preserve"> </w:t>
            </w:r>
            <w:r w:rsidRPr="00A26318">
              <w:rPr>
                <w:b/>
                <w:sz w:val="24"/>
              </w:rPr>
              <w:t>1</w:t>
            </w:r>
            <w:r>
              <w:rPr>
                <w:b/>
                <w:sz w:val="24"/>
              </w:rPr>
              <w:t xml:space="preserve"> </w:t>
            </w:r>
            <w:r w:rsidRPr="00944E35">
              <w:rPr>
                <w:sz w:val="24"/>
              </w:rPr>
              <w:t xml:space="preserve">in </w:t>
            </w:r>
            <w:r>
              <w:rPr>
                <w:sz w:val="24"/>
              </w:rPr>
              <w:t>DMSO</w:t>
            </w:r>
          </w:p>
        </w:tc>
        <w:tc>
          <w:tcPr>
            <w:tcW w:w="803" w:type="dxa"/>
            <w:shd w:val="clear" w:color="auto" w:fill="auto"/>
            <w:vAlign w:val="center"/>
          </w:tcPr>
          <w:p w:rsidR="00DB7029" w:rsidRDefault="00DB7029" w:rsidP="00591BED">
            <w:pPr>
              <w:ind w:firstLineChars="50" w:firstLine="120"/>
              <w:jc w:val="left"/>
              <w:rPr>
                <w:sz w:val="24"/>
              </w:rPr>
            </w:pPr>
            <w:r>
              <w:rPr>
                <w:sz w:val="24"/>
              </w:rPr>
              <w:t>5</w:t>
            </w:r>
          </w:p>
        </w:tc>
      </w:tr>
      <w:tr w:rsidR="00DB7029" w:rsidTr="00591BED">
        <w:trPr>
          <w:trHeight w:val="323"/>
        </w:trPr>
        <w:tc>
          <w:tcPr>
            <w:tcW w:w="8001" w:type="dxa"/>
            <w:shd w:val="clear" w:color="auto" w:fill="auto"/>
          </w:tcPr>
          <w:p w:rsidR="00DB7029" w:rsidRPr="00944E35" w:rsidRDefault="00DB7029" w:rsidP="00DB7029">
            <w:pPr>
              <w:rPr>
                <w:sz w:val="24"/>
              </w:rPr>
            </w:pPr>
            <w:r w:rsidRPr="00302948">
              <w:rPr>
                <w:rFonts w:hint="eastAsia"/>
                <w:b/>
                <w:sz w:val="24"/>
              </w:rPr>
              <w:t xml:space="preserve">Figure </w:t>
            </w:r>
            <w:r w:rsidRPr="00F61FE1">
              <w:rPr>
                <w:b/>
                <w:sz w:val="24"/>
              </w:rPr>
              <w:t>S</w:t>
            </w:r>
            <w:r>
              <w:rPr>
                <w:b/>
                <w:sz w:val="24"/>
              </w:rPr>
              <w:t>4</w:t>
            </w:r>
            <w:r w:rsidRPr="00944E35">
              <w:rPr>
                <w:sz w:val="24"/>
              </w:rPr>
              <w:t>.</w:t>
            </w:r>
            <w:r w:rsidRPr="00944E35">
              <w:rPr>
                <w:rFonts w:hint="eastAsia"/>
                <w:sz w:val="24"/>
              </w:rPr>
              <w:t xml:space="preserve"> The</w:t>
            </w:r>
            <w:r w:rsidRPr="00944E35">
              <w:rPr>
                <w:rFonts w:hint="eastAsia"/>
                <w:b/>
                <w:sz w:val="24"/>
              </w:rPr>
              <w:t xml:space="preserve"> </w:t>
            </w:r>
            <w:r w:rsidRPr="00944E35">
              <w:rPr>
                <w:rFonts w:hint="eastAsia"/>
                <w:sz w:val="24"/>
              </w:rPr>
              <w:t>H</w:t>
            </w:r>
            <w:r>
              <w:rPr>
                <w:sz w:val="24"/>
              </w:rPr>
              <w:t>S</w:t>
            </w:r>
            <w:r w:rsidRPr="00944E35">
              <w:rPr>
                <w:rFonts w:hint="eastAsia"/>
                <w:sz w:val="24"/>
              </w:rPr>
              <w:t>QC spectrum of</w:t>
            </w:r>
            <w:r w:rsidRPr="003362AB">
              <w:rPr>
                <w:rFonts w:ascii="Times" w:hAnsi="Times" w:hint="eastAsia"/>
                <w:iCs/>
                <w:kern w:val="0"/>
                <w:sz w:val="24"/>
              </w:rPr>
              <w:t xml:space="preserve"> </w:t>
            </w:r>
            <w:r w:rsidRPr="00A26318">
              <w:rPr>
                <w:b/>
                <w:sz w:val="24"/>
              </w:rPr>
              <w:t>1</w:t>
            </w:r>
            <w:r w:rsidRPr="00944E35">
              <w:rPr>
                <w:rFonts w:hint="eastAsia"/>
                <w:sz w:val="24"/>
              </w:rPr>
              <w:t xml:space="preserve"> in</w:t>
            </w:r>
            <w:r>
              <w:t xml:space="preserve"> </w:t>
            </w:r>
            <w:r w:rsidRPr="009745FB">
              <w:rPr>
                <w:sz w:val="24"/>
              </w:rPr>
              <w:t>DMSO</w:t>
            </w:r>
          </w:p>
        </w:tc>
        <w:tc>
          <w:tcPr>
            <w:tcW w:w="803" w:type="dxa"/>
            <w:shd w:val="clear" w:color="auto" w:fill="auto"/>
            <w:vAlign w:val="center"/>
          </w:tcPr>
          <w:p w:rsidR="00DB7029" w:rsidRDefault="00405EE7" w:rsidP="00591BED">
            <w:pPr>
              <w:ind w:firstLineChars="50" w:firstLine="120"/>
              <w:jc w:val="left"/>
              <w:rPr>
                <w:sz w:val="24"/>
              </w:rPr>
            </w:pPr>
            <w:r>
              <w:rPr>
                <w:sz w:val="24"/>
              </w:rPr>
              <w:t>5</w:t>
            </w:r>
          </w:p>
        </w:tc>
      </w:tr>
      <w:tr w:rsidR="00DB7029" w:rsidTr="00591BED">
        <w:trPr>
          <w:trHeight w:val="323"/>
        </w:trPr>
        <w:tc>
          <w:tcPr>
            <w:tcW w:w="8001" w:type="dxa"/>
            <w:shd w:val="clear" w:color="auto" w:fill="auto"/>
          </w:tcPr>
          <w:p w:rsidR="00DB7029" w:rsidRPr="00944E35" w:rsidRDefault="00DB7029" w:rsidP="00DB7029">
            <w:pPr>
              <w:rPr>
                <w:sz w:val="24"/>
              </w:rPr>
            </w:pPr>
            <w:r w:rsidRPr="00302948">
              <w:rPr>
                <w:rFonts w:hint="eastAsia"/>
                <w:b/>
                <w:sz w:val="24"/>
              </w:rPr>
              <w:t>Figure</w:t>
            </w:r>
            <w:r w:rsidRPr="00F61FE1">
              <w:rPr>
                <w:rFonts w:hint="eastAsia"/>
                <w:b/>
                <w:sz w:val="24"/>
              </w:rPr>
              <w:t xml:space="preserve"> S</w:t>
            </w:r>
            <w:r>
              <w:rPr>
                <w:b/>
                <w:sz w:val="24"/>
              </w:rPr>
              <w:t>5</w:t>
            </w:r>
            <w:r w:rsidRPr="00944E35">
              <w:rPr>
                <w:rFonts w:hint="eastAsia"/>
                <w:sz w:val="24"/>
              </w:rPr>
              <w:t>. The</w:t>
            </w:r>
            <w:r w:rsidRPr="00944E35">
              <w:rPr>
                <w:rFonts w:hint="eastAsia"/>
                <w:b/>
                <w:sz w:val="24"/>
              </w:rPr>
              <w:t xml:space="preserve"> </w:t>
            </w:r>
            <w:r>
              <w:rPr>
                <w:sz w:val="24"/>
              </w:rPr>
              <w:t>COSY</w:t>
            </w:r>
            <w:r>
              <w:rPr>
                <w:rFonts w:hint="eastAsia"/>
                <w:sz w:val="24"/>
              </w:rPr>
              <w:t xml:space="preserve"> spectrum of</w:t>
            </w:r>
            <w:r w:rsidRPr="003362AB">
              <w:rPr>
                <w:rFonts w:ascii="Times" w:hAnsi="Times" w:hint="eastAsia"/>
                <w:iCs/>
                <w:kern w:val="0"/>
                <w:sz w:val="24"/>
              </w:rPr>
              <w:t xml:space="preserve"> </w:t>
            </w:r>
            <w:r w:rsidRPr="00944E35">
              <w:rPr>
                <w:b/>
                <w:sz w:val="24"/>
              </w:rPr>
              <w:t>1</w:t>
            </w:r>
            <w:r>
              <w:rPr>
                <w:b/>
                <w:sz w:val="24"/>
              </w:rPr>
              <w:t xml:space="preserve"> </w:t>
            </w:r>
            <w:r w:rsidRPr="00944E35">
              <w:rPr>
                <w:rFonts w:hint="eastAsia"/>
                <w:sz w:val="24"/>
              </w:rPr>
              <w:t>in</w:t>
            </w:r>
            <w:r w:rsidRPr="00944E35">
              <w:rPr>
                <w:sz w:val="24"/>
              </w:rPr>
              <w:t xml:space="preserve"> </w:t>
            </w:r>
            <w:r>
              <w:rPr>
                <w:sz w:val="24"/>
              </w:rPr>
              <w:t>DMSO</w:t>
            </w:r>
          </w:p>
        </w:tc>
        <w:tc>
          <w:tcPr>
            <w:tcW w:w="803" w:type="dxa"/>
            <w:shd w:val="clear" w:color="auto" w:fill="auto"/>
            <w:vAlign w:val="center"/>
          </w:tcPr>
          <w:p w:rsidR="00DB7029" w:rsidRDefault="00DB7029" w:rsidP="00591BED">
            <w:pPr>
              <w:ind w:firstLineChars="50" w:firstLine="120"/>
              <w:jc w:val="left"/>
              <w:rPr>
                <w:sz w:val="24"/>
              </w:rPr>
            </w:pPr>
            <w:r>
              <w:rPr>
                <w:sz w:val="24"/>
              </w:rPr>
              <w:t>6</w:t>
            </w:r>
          </w:p>
        </w:tc>
      </w:tr>
      <w:tr w:rsidR="00DB7029" w:rsidTr="00591BED">
        <w:trPr>
          <w:trHeight w:val="323"/>
        </w:trPr>
        <w:tc>
          <w:tcPr>
            <w:tcW w:w="8001" w:type="dxa"/>
            <w:shd w:val="clear" w:color="auto" w:fill="auto"/>
          </w:tcPr>
          <w:p w:rsidR="00DB7029" w:rsidRPr="00CA471D" w:rsidRDefault="00DB7029" w:rsidP="00DB7029">
            <w:pPr>
              <w:rPr>
                <w:kern w:val="0"/>
                <w:sz w:val="24"/>
              </w:rPr>
            </w:pPr>
            <w:r w:rsidRPr="00302948">
              <w:rPr>
                <w:rFonts w:hint="eastAsia"/>
                <w:b/>
                <w:sz w:val="24"/>
              </w:rPr>
              <w:t>Figure</w:t>
            </w:r>
            <w:r w:rsidRPr="00F61FE1">
              <w:rPr>
                <w:rFonts w:hint="eastAsia"/>
                <w:b/>
                <w:sz w:val="24"/>
              </w:rPr>
              <w:t xml:space="preserve"> S</w:t>
            </w:r>
            <w:r>
              <w:rPr>
                <w:b/>
                <w:sz w:val="24"/>
              </w:rPr>
              <w:t>6</w:t>
            </w:r>
            <w:r w:rsidRPr="00944E35">
              <w:rPr>
                <w:rFonts w:hint="eastAsia"/>
                <w:sz w:val="24"/>
              </w:rPr>
              <w:t>. The</w:t>
            </w:r>
            <w:r w:rsidRPr="00944E35">
              <w:rPr>
                <w:rFonts w:hint="eastAsia"/>
                <w:b/>
                <w:sz w:val="24"/>
              </w:rPr>
              <w:t xml:space="preserve"> </w:t>
            </w:r>
            <w:r>
              <w:rPr>
                <w:rFonts w:hint="eastAsia"/>
                <w:sz w:val="24"/>
              </w:rPr>
              <w:t>HMBC spectrum of</w:t>
            </w:r>
            <w:r w:rsidRPr="003362AB">
              <w:rPr>
                <w:rFonts w:ascii="Times" w:hAnsi="Times" w:hint="eastAsia"/>
                <w:iCs/>
                <w:kern w:val="0"/>
                <w:sz w:val="24"/>
              </w:rPr>
              <w:t xml:space="preserve"> </w:t>
            </w:r>
            <w:r w:rsidRPr="00944E35">
              <w:rPr>
                <w:b/>
                <w:sz w:val="24"/>
              </w:rPr>
              <w:t>1</w:t>
            </w:r>
            <w:r>
              <w:rPr>
                <w:b/>
                <w:sz w:val="24"/>
              </w:rPr>
              <w:t xml:space="preserve"> </w:t>
            </w:r>
            <w:r w:rsidRPr="00944E35">
              <w:rPr>
                <w:rFonts w:hint="eastAsia"/>
                <w:sz w:val="24"/>
              </w:rPr>
              <w:t>in</w:t>
            </w:r>
            <w:r w:rsidRPr="00944E35">
              <w:rPr>
                <w:sz w:val="24"/>
              </w:rPr>
              <w:t xml:space="preserve"> </w:t>
            </w:r>
            <w:r>
              <w:rPr>
                <w:sz w:val="24"/>
              </w:rPr>
              <w:t>DMSO</w:t>
            </w:r>
          </w:p>
        </w:tc>
        <w:tc>
          <w:tcPr>
            <w:tcW w:w="803" w:type="dxa"/>
            <w:shd w:val="clear" w:color="auto" w:fill="auto"/>
            <w:vAlign w:val="center"/>
          </w:tcPr>
          <w:p w:rsidR="00DB7029" w:rsidRDefault="00405EE7" w:rsidP="00591BED">
            <w:pPr>
              <w:ind w:firstLineChars="50" w:firstLine="120"/>
              <w:jc w:val="left"/>
              <w:rPr>
                <w:sz w:val="24"/>
              </w:rPr>
            </w:pPr>
            <w:r>
              <w:rPr>
                <w:sz w:val="24"/>
              </w:rPr>
              <w:t>6</w:t>
            </w:r>
          </w:p>
        </w:tc>
      </w:tr>
      <w:tr w:rsidR="00405EE7" w:rsidTr="00591BED">
        <w:trPr>
          <w:trHeight w:val="323"/>
        </w:trPr>
        <w:tc>
          <w:tcPr>
            <w:tcW w:w="8001" w:type="dxa"/>
            <w:shd w:val="clear" w:color="auto" w:fill="auto"/>
          </w:tcPr>
          <w:p w:rsidR="00405EE7" w:rsidRPr="00302948" w:rsidRDefault="00405EE7" w:rsidP="00405EE7">
            <w:pPr>
              <w:rPr>
                <w:b/>
                <w:sz w:val="24"/>
              </w:rPr>
            </w:pPr>
            <w:r w:rsidRPr="00302948">
              <w:rPr>
                <w:rFonts w:hint="eastAsia"/>
                <w:b/>
                <w:sz w:val="24"/>
              </w:rPr>
              <w:t>Figure</w:t>
            </w:r>
            <w:r w:rsidRPr="00F61FE1">
              <w:rPr>
                <w:rFonts w:hint="eastAsia"/>
                <w:b/>
                <w:sz w:val="24"/>
              </w:rPr>
              <w:t xml:space="preserve"> S</w:t>
            </w:r>
            <w:r>
              <w:rPr>
                <w:b/>
                <w:sz w:val="24"/>
              </w:rPr>
              <w:t>7</w:t>
            </w:r>
            <w:r w:rsidRPr="00944E35">
              <w:rPr>
                <w:rFonts w:hint="eastAsia"/>
                <w:sz w:val="24"/>
              </w:rPr>
              <w:t>.</w:t>
            </w:r>
            <w:r>
              <w:rPr>
                <w:sz w:val="24"/>
              </w:rPr>
              <w:t xml:space="preserve"> The NOESY</w:t>
            </w:r>
            <w:r w:rsidRPr="00405EE7">
              <w:rPr>
                <w:rFonts w:hint="eastAsia"/>
                <w:sz w:val="24"/>
              </w:rPr>
              <w:t xml:space="preserve"> spectrum of</w:t>
            </w:r>
            <w:r w:rsidRPr="00405EE7">
              <w:rPr>
                <w:rFonts w:hint="eastAsia"/>
                <w:iCs/>
                <w:sz w:val="24"/>
              </w:rPr>
              <w:t xml:space="preserve"> </w:t>
            </w:r>
            <w:r w:rsidRPr="00405EE7">
              <w:rPr>
                <w:b/>
                <w:sz w:val="24"/>
              </w:rPr>
              <w:t xml:space="preserve">1 </w:t>
            </w:r>
            <w:r w:rsidRPr="00405EE7">
              <w:rPr>
                <w:rFonts w:hint="eastAsia"/>
                <w:sz w:val="24"/>
              </w:rPr>
              <w:t>in</w:t>
            </w:r>
            <w:r w:rsidRPr="00405EE7">
              <w:rPr>
                <w:sz w:val="24"/>
              </w:rPr>
              <w:t xml:space="preserve"> DMSO</w:t>
            </w:r>
          </w:p>
        </w:tc>
        <w:tc>
          <w:tcPr>
            <w:tcW w:w="803" w:type="dxa"/>
            <w:shd w:val="clear" w:color="auto" w:fill="auto"/>
            <w:vAlign w:val="center"/>
          </w:tcPr>
          <w:p w:rsidR="00405EE7" w:rsidRDefault="00011DCD" w:rsidP="00591BED">
            <w:pPr>
              <w:ind w:firstLineChars="50" w:firstLine="120"/>
              <w:jc w:val="left"/>
              <w:rPr>
                <w:sz w:val="24"/>
              </w:rPr>
            </w:pPr>
            <w:r>
              <w:rPr>
                <w:rFonts w:hint="eastAsia"/>
                <w:sz w:val="24"/>
              </w:rPr>
              <w:t>7</w:t>
            </w:r>
          </w:p>
        </w:tc>
      </w:tr>
      <w:tr w:rsidR="00DB7029" w:rsidTr="00591BED">
        <w:trPr>
          <w:trHeight w:val="323"/>
        </w:trPr>
        <w:tc>
          <w:tcPr>
            <w:tcW w:w="8001" w:type="dxa"/>
            <w:shd w:val="clear" w:color="auto" w:fill="auto"/>
          </w:tcPr>
          <w:p w:rsidR="00DB7029" w:rsidRPr="00944E35" w:rsidRDefault="00DB7029" w:rsidP="00011DCD">
            <w:pPr>
              <w:rPr>
                <w:sz w:val="24"/>
              </w:rPr>
            </w:pPr>
            <w:r w:rsidRPr="00302948">
              <w:rPr>
                <w:rFonts w:hint="eastAsia"/>
                <w:b/>
                <w:sz w:val="24"/>
              </w:rPr>
              <w:t>Figure</w:t>
            </w:r>
            <w:r w:rsidRPr="00F61FE1">
              <w:rPr>
                <w:rFonts w:hint="eastAsia"/>
                <w:b/>
                <w:sz w:val="24"/>
              </w:rPr>
              <w:t xml:space="preserve"> S</w:t>
            </w:r>
            <w:r w:rsidR="00011DCD">
              <w:rPr>
                <w:b/>
                <w:sz w:val="24"/>
              </w:rPr>
              <w:t>8</w:t>
            </w:r>
            <w:r w:rsidRPr="00944E35">
              <w:rPr>
                <w:rFonts w:hint="eastAsia"/>
                <w:sz w:val="24"/>
              </w:rPr>
              <w:t>.</w:t>
            </w:r>
            <w:r w:rsidRPr="00A26318">
              <w:rPr>
                <w:rFonts w:hint="eastAsia"/>
                <w:sz w:val="24"/>
              </w:rPr>
              <w:t xml:space="preserve"> The</w:t>
            </w:r>
            <w:r w:rsidRPr="00A26318">
              <w:rPr>
                <w:sz w:val="24"/>
                <w:vertAlign w:val="superscript"/>
              </w:rPr>
              <w:t xml:space="preserve"> </w:t>
            </w:r>
            <w:r>
              <w:rPr>
                <w:rFonts w:hint="eastAsia"/>
                <w:sz w:val="24"/>
              </w:rPr>
              <w:t>HRESI</w:t>
            </w:r>
            <w:r>
              <w:rPr>
                <w:sz w:val="24"/>
              </w:rPr>
              <w:t>MS</w:t>
            </w:r>
            <w:r w:rsidRPr="00A26318">
              <w:rPr>
                <w:sz w:val="24"/>
              </w:rPr>
              <w:t xml:space="preserve"> spectr</w:t>
            </w:r>
            <w:r>
              <w:rPr>
                <w:rFonts w:hint="eastAsia"/>
                <w:sz w:val="24"/>
              </w:rPr>
              <w:t>um</w:t>
            </w:r>
            <w:r w:rsidRPr="00A26318">
              <w:rPr>
                <w:sz w:val="24"/>
              </w:rPr>
              <w:t xml:space="preserve"> of</w:t>
            </w:r>
            <w:r>
              <w:rPr>
                <w:sz w:val="24"/>
              </w:rPr>
              <w:t xml:space="preserve"> </w:t>
            </w:r>
            <w:r w:rsidRPr="00A26318">
              <w:rPr>
                <w:b/>
                <w:sz w:val="24"/>
              </w:rPr>
              <w:t>1</w:t>
            </w:r>
          </w:p>
        </w:tc>
        <w:tc>
          <w:tcPr>
            <w:tcW w:w="803" w:type="dxa"/>
            <w:shd w:val="clear" w:color="auto" w:fill="auto"/>
            <w:vAlign w:val="center"/>
          </w:tcPr>
          <w:p w:rsidR="00DB7029" w:rsidRDefault="00DB7029" w:rsidP="00591BED">
            <w:pPr>
              <w:ind w:firstLineChars="50" w:firstLine="120"/>
              <w:jc w:val="left"/>
              <w:rPr>
                <w:sz w:val="24"/>
              </w:rPr>
            </w:pPr>
            <w:r>
              <w:rPr>
                <w:sz w:val="24"/>
              </w:rPr>
              <w:t>7</w:t>
            </w:r>
          </w:p>
        </w:tc>
      </w:tr>
      <w:tr w:rsidR="00DB7029" w:rsidTr="00591BED">
        <w:trPr>
          <w:trHeight w:val="323"/>
        </w:trPr>
        <w:tc>
          <w:tcPr>
            <w:tcW w:w="8001" w:type="dxa"/>
            <w:shd w:val="clear" w:color="auto" w:fill="auto"/>
          </w:tcPr>
          <w:p w:rsidR="00DB7029" w:rsidRPr="00CA471D" w:rsidRDefault="00DB7029" w:rsidP="00011DCD">
            <w:pPr>
              <w:rPr>
                <w:kern w:val="0"/>
                <w:sz w:val="24"/>
              </w:rPr>
            </w:pPr>
            <w:r w:rsidRPr="00302948">
              <w:rPr>
                <w:rFonts w:hint="eastAsia"/>
                <w:b/>
                <w:sz w:val="24"/>
              </w:rPr>
              <w:t>Figure</w:t>
            </w:r>
            <w:r w:rsidRPr="00F61FE1">
              <w:rPr>
                <w:rFonts w:hint="eastAsia"/>
                <w:b/>
                <w:sz w:val="24"/>
              </w:rPr>
              <w:t xml:space="preserve"> S</w:t>
            </w:r>
            <w:r w:rsidR="00011DCD">
              <w:rPr>
                <w:b/>
                <w:sz w:val="24"/>
              </w:rPr>
              <w:t>9</w:t>
            </w:r>
            <w:r w:rsidRPr="00944E35">
              <w:rPr>
                <w:rFonts w:hint="eastAsia"/>
                <w:sz w:val="24"/>
              </w:rPr>
              <w:t>.</w:t>
            </w:r>
            <w:r w:rsidRPr="00A26318">
              <w:rPr>
                <w:rFonts w:hint="eastAsia"/>
                <w:sz w:val="24"/>
              </w:rPr>
              <w:t xml:space="preserve"> The</w:t>
            </w:r>
            <w:r w:rsidRPr="00A26318">
              <w:rPr>
                <w:sz w:val="24"/>
                <w:vertAlign w:val="superscript"/>
              </w:rPr>
              <w:t xml:space="preserve"> </w:t>
            </w:r>
            <w:r>
              <w:rPr>
                <w:sz w:val="24"/>
              </w:rPr>
              <w:t xml:space="preserve">UV </w:t>
            </w:r>
            <w:r w:rsidRPr="00A26318">
              <w:rPr>
                <w:sz w:val="24"/>
              </w:rPr>
              <w:t>spectr</w:t>
            </w:r>
            <w:r>
              <w:rPr>
                <w:rFonts w:hint="eastAsia"/>
                <w:sz w:val="24"/>
              </w:rPr>
              <w:t>um</w:t>
            </w:r>
            <w:r w:rsidRPr="00A26318">
              <w:rPr>
                <w:sz w:val="24"/>
              </w:rPr>
              <w:t xml:space="preserve"> of</w:t>
            </w:r>
            <w:r>
              <w:rPr>
                <w:sz w:val="24"/>
              </w:rPr>
              <w:t xml:space="preserve"> </w:t>
            </w:r>
            <w:r w:rsidRPr="00A26318">
              <w:rPr>
                <w:b/>
                <w:sz w:val="24"/>
              </w:rPr>
              <w:t>1</w:t>
            </w:r>
          </w:p>
        </w:tc>
        <w:tc>
          <w:tcPr>
            <w:tcW w:w="803" w:type="dxa"/>
            <w:shd w:val="clear" w:color="auto" w:fill="auto"/>
            <w:vAlign w:val="center"/>
          </w:tcPr>
          <w:p w:rsidR="00DB7029" w:rsidRDefault="00011DCD" w:rsidP="00591BED">
            <w:pPr>
              <w:ind w:firstLineChars="50" w:firstLine="120"/>
              <w:jc w:val="left"/>
              <w:rPr>
                <w:sz w:val="24"/>
              </w:rPr>
            </w:pPr>
            <w:r>
              <w:rPr>
                <w:sz w:val="24"/>
              </w:rPr>
              <w:t>8</w:t>
            </w:r>
          </w:p>
        </w:tc>
      </w:tr>
      <w:tr w:rsidR="00DB7029" w:rsidTr="00591BED">
        <w:trPr>
          <w:trHeight w:val="323"/>
        </w:trPr>
        <w:tc>
          <w:tcPr>
            <w:tcW w:w="8001" w:type="dxa"/>
            <w:shd w:val="clear" w:color="auto" w:fill="auto"/>
          </w:tcPr>
          <w:p w:rsidR="00DB7029" w:rsidRPr="00CA471D" w:rsidRDefault="00DB7029" w:rsidP="00011DCD">
            <w:pPr>
              <w:rPr>
                <w:kern w:val="0"/>
                <w:sz w:val="24"/>
              </w:rPr>
            </w:pPr>
            <w:r w:rsidRPr="00302948">
              <w:rPr>
                <w:rFonts w:hint="eastAsia"/>
                <w:b/>
                <w:sz w:val="24"/>
              </w:rPr>
              <w:t>Figure</w:t>
            </w:r>
            <w:r w:rsidRPr="00F61FE1">
              <w:rPr>
                <w:rFonts w:hint="eastAsia"/>
                <w:b/>
                <w:sz w:val="24"/>
              </w:rPr>
              <w:t xml:space="preserve"> S</w:t>
            </w:r>
            <w:r w:rsidR="00011DCD">
              <w:rPr>
                <w:b/>
                <w:sz w:val="24"/>
              </w:rPr>
              <w:t>10</w:t>
            </w:r>
            <w:r w:rsidRPr="00944E35">
              <w:rPr>
                <w:rFonts w:hint="eastAsia"/>
                <w:sz w:val="24"/>
              </w:rPr>
              <w:t>.</w:t>
            </w:r>
            <w:r>
              <w:rPr>
                <w:sz w:val="24"/>
              </w:rPr>
              <w:t xml:space="preserve"> </w:t>
            </w:r>
            <w:r w:rsidRPr="00DB7029">
              <w:rPr>
                <w:sz w:val="24"/>
              </w:rPr>
              <w:t xml:space="preserve">Experimental ECD of </w:t>
            </w:r>
            <w:r w:rsidRPr="00405EE7">
              <w:rPr>
                <w:b/>
                <w:sz w:val="24"/>
              </w:rPr>
              <w:t>1</w:t>
            </w:r>
          </w:p>
        </w:tc>
        <w:tc>
          <w:tcPr>
            <w:tcW w:w="803" w:type="dxa"/>
            <w:shd w:val="clear" w:color="auto" w:fill="auto"/>
            <w:vAlign w:val="center"/>
          </w:tcPr>
          <w:p w:rsidR="00DB7029" w:rsidRDefault="00DB7029" w:rsidP="00591BED">
            <w:pPr>
              <w:ind w:firstLineChars="50" w:firstLine="120"/>
              <w:jc w:val="left"/>
              <w:rPr>
                <w:sz w:val="24"/>
              </w:rPr>
            </w:pPr>
            <w:r>
              <w:rPr>
                <w:sz w:val="24"/>
              </w:rPr>
              <w:t>8</w:t>
            </w:r>
          </w:p>
        </w:tc>
      </w:tr>
      <w:tr w:rsidR="00DB7029" w:rsidTr="00591BED">
        <w:trPr>
          <w:trHeight w:val="323"/>
        </w:trPr>
        <w:tc>
          <w:tcPr>
            <w:tcW w:w="8001" w:type="dxa"/>
            <w:shd w:val="clear" w:color="auto" w:fill="auto"/>
          </w:tcPr>
          <w:p w:rsidR="00DB7029" w:rsidRPr="00E24EEB" w:rsidRDefault="00DB7029" w:rsidP="00011DCD">
            <w:pPr>
              <w:pStyle w:val="a7"/>
              <w:widowControl/>
              <w:autoSpaceDE w:val="0"/>
              <w:autoSpaceDN w:val="0"/>
              <w:adjustRightInd w:val="0"/>
              <w:ind w:firstLineChars="0" w:firstLine="0"/>
              <w:outlineLvl w:val="0"/>
              <w:rPr>
                <w:rFonts w:ascii="Times New Roman" w:eastAsia="宋体" w:hAnsi="Times New Roman"/>
                <w:b/>
                <w:bCs/>
                <w:kern w:val="0"/>
                <w:sz w:val="24"/>
                <w:szCs w:val="24"/>
              </w:rPr>
            </w:pPr>
            <w:r w:rsidRPr="00302948">
              <w:rPr>
                <w:rFonts w:hint="eastAsia"/>
                <w:b/>
                <w:sz w:val="24"/>
              </w:rPr>
              <w:t xml:space="preserve">Figure </w:t>
            </w:r>
            <w:r w:rsidRPr="00E24895">
              <w:rPr>
                <w:rFonts w:hint="eastAsia"/>
                <w:b/>
                <w:sz w:val="24"/>
              </w:rPr>
              <w:t>S</w:t>
            </w:r>
            <w:r>
              <w:rPr>
                <w:b/>
                <w:sz w:val="24"/>
              </w:rPr>
              <w:t>1</w:t>
            </w:r>
            <w:r w:rsidR="00011DCD">
              <w:rPr>
                <w:b/>
                <w:sz w:val="24"/>
              </w:rPr>
              <w:t>1</w:t>
            </w:r>
            <w:r w:rsidRPr="00944E35">
              <w:rPr>
                <w:rFonts w:hint="eastAsia"/>
                <w:sz w:val="24"/>
              </w:rPr>
              <w:t>. The</w:t>
            </w:r>
            <w:r w:rsidRPr="00944E35">
              <w:rPr>
                <w:sz w:val="24"/>
                <w:vertAlign w:val="superscript"/>
              </w:rPr>
              <w:t xml:space="preserve"> 1</w:t>
            </w:r>
            <w:r w:rsidRPr="00944E35">
              <w:rPr>
                <w:sz w:val="24"/>
              </w:rPr>
              <w:t>H NMR spectr</w:t>
            </w:r>
            <w:r>
              <w:rPr>
                <w:rFonts w:hint="eastAsia"/>
                <w:sz w:val="24"/>
              </w:rPr>
              <w:t>um</w:t>
            </w:r>
            <w:r w:rsidRPr="00944E35">
              <w:rPr>
                <w:sz w:val="24"/>
              </w:rPr>
              <w:t xml:space="preserve"> of</w:t>
            </w:r>
            <w:r w:rsidRPr="003362AB">
              <w:rPr>
                <w:rFonts w:ascii="Times" w:hAnsi="Times" w:hint="eastAsia"/>
                <w:iCs/>
                <w:kern w:val="0"/>
                <w:sz w:val="24"/>
              </w:rPr>
              <w:t xml:space="preserve"> </w:t>
            </w:r>
            <w:r>
              <w:rPr>
                <w:b/>
                <w:sz w:val="24"/>
              </w:rPr>
              <w:t>2</w:t>
            </w:r>
            <w:r w:rsidRPr="00944E35">
              <w:rPr>
                <w:sz w:val="24"/>
              </w:rPr>
              <w:t xml:space="preserve"> in </w:t>
            </w:r>
            <w:r>
              <w:rPr>
                <w:sz w:val="24"/>
              </w:rPr>
              <w:t>DMSO</w:t>
            </w:r>
          </w:p>
        </w:tc>
        <w:tc>
          <w:tcPr>
            <w:tcW w:w="803" w:type="dxa"/>
            <w:shd w:val="clear" w:color="auto" w:fill="auto"/>
            <w:vAlign w:val="center"/>
          </w:tcPr>
          <w:p w:rsidR="00DB7029" w:rsidRDefault="00011DCD" w:rsidP="00591BED">
            <w:pPr>
              <w:ind w:firstLineChars="50" w:firstLine="120"/>
              <w:jc w:val="left"/>
              <w:rPr>
                <w:sz w:val="24"/>
              </w:rPr>
            </w:pPr>
            <w:r>
              <w:rPr>
                <w:sz w:val="24"/>
              </w:rPr>
              <w:t>9</w:t>
            </w:r>
          </w:p>
        </w:tc>
      </w:tr>
      <w:tr w:rsidR="00DB7029" w:rsidTr="00591BED">
        <w:trPr>
          <w:trHeight w:val="323"/>
        </w:trPr>
        <w:tc>
          <w:tcPr>
            <w:tcW w:w="8001" w:type="dxa"/>
            <w:shd w:val="clear" w:color="auto" w:fill="auto"/>
          </w:tcPr>
          <w:p w:rsidR="00DB7029" w:rsidRPr="00944E35" w:rsidRDefault="00DB7029" w:rsidP="00011DCD">
            <w:pPr>
              <w:rPr>
                <w:sz w:val="24"/>
              </w:rPr>
            </w:pPr>
            <w:r w:rsidRPr="00302948">
              <w:rPr>
                <w:rFonts w:hint="eastAsia"/>
                <w:b/>
                <w:sz w:val="24"/>
              </w:rPr>
              <w:t xml:space="preserve">Figure </w:t>
            </w:r>
            <w:r w:rsidRPr="00E24895">
              <w:rPr>
                <w:b/>
                <w:sz w:val="24"/>
              </w:rPr>
              <w:t>S</w:t>
            </w:r>
            <w:r>
              <w:rPr>
                <w:b/>
                <w:sz w:val="24"/>
              </w:rPr>
              <w:t>1</w:t>
            </w:r>
            <w:r w:rsidR="00011DCD">
              <w:rPr>
                <w:b/>
                <w:sz w:val="24"/>
              </w:rPr>
              <w:t>2</w:t>
            </w:r>
            <w:r w:rsidRPr="00944E35">
              <w:rPr>
                <w:sz w:val="24"/>
              </w:rPr>
              <w:t xml:space="preserve">. </w:t>
            </w:r>
            <w:r w:rsidRPr="00944E35">
              <w:rPr>
                <w:rFonts w:hint="eastAsia"/>
                <w:sz w:val="24"/>
              </w:rPr>
              <w:t>The</w:t>
            </w:r>
            <w:r w:rsidRPr="00944E35">
              <w:rPr>
                <w:sz w:val="24"/>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944E35">
                <w:rPr>
                  <w:sz w:val="24"/>
                  <w:vertAlign w:val="superscript"/>
                </w:rPr>
                <w:t>13</w:t>
              </w:r>
              <w:r w:rsidRPr="00944E35">
                <w:rPr>
                  <w:sz w:val="24"/>
                </w:rPr>
                <w:t>C</w:t>
              </w:r>
            </w:smartTag>
            <w:r w:rsidRPr="00944E35">
              <w:rPr>
                <w:sz w:val="24"/>
              </w:rPr>
              <w:t xml:space="preserve"> NMR spectr</w:t>
            </w:r>
            <w:r>
              <w:rPr>
                <w:rFonts w:hint="eastAsia"/>
                <w:sz w:val="24"/>
              </w:rPr>
              <w:t>um</w:t>
            </w:r>
            <w:r w:rsidRPr="00944E35">
              <w:rPr>
                <w:sz w:val="24"/>
              </w:rPr>
              <w:t xml:space="preserve"> of</w:t>
            </w:r>
            <w:r w:rsidRPr="003362AB">
              <w:rPr>
                <w:rFonts w:ascii="Times" w:hAnsi="Times" w:hint="eastAsia"/>
                <w:iCs/>
                <w:kern w:val="0"/>
                <w:sz w:val="24"/>
              </w:rPr>
              <w:t xml:space="preserve"> </w:t>
            </w:r>
            <w:r>
              <w:rPr>
                <w:b/>
                <w:sz w:val="24"/>
              </w:rPr>
              <w:t>2</w:t>
            </w:r>
            <w:r w:rsidRPr="00944E35">
              <w:rPr>
                <w:sz w:val="24"/>
              </w:rPr>
              <w:t xml:space="preserve"> in </w:t>
            </w:r>
            <w:r w:rsidRPr="009745FB">
              <w:rPr>
                <w:sz w:val="24"/>
              </w:rPr>
              <w:t>DMSO</w:t>
            </w:r>
          </w:p>
        </w:tc>
        <w:tc>
          <w:tcPr>
            <w:tcW w:w="803" w:type="dxa"/>
            <w:shd w:val="clear" w:color="auto" w:fill="auto"/>
            <w:vAlign w:val="center"/>
          </w:tcPr>
          <w:p w:rsidR="00DB7029" w:rsidRDefault="00DB7029" w:rsidP="00591BED">
            <w:pPr>
              <w:ind w:firstLineChars="50" w:firstLine="120"/>
              <w:jc w:val="left"/>
              <w:rPr>
                <w:sz w:val="24"/>
              </w:rPr>
            </w:pPr>
            <w:r>
              <w:rPr>
                <w:sz w:val="24"/>
              </w:rPr>
              <w:t>9</w:t>
            </w:r>
          </w:p>
        </w:tc>
      </w:tr>
      <w:tr w:rsidR="00DB7029" w:rsidTr="00591BED">
        <w:trPr>
          <w:trHeight w:val="323"/>
        </w:trPr>
        <w:tc>
          <w:tcPr>
            <w:tcW w:w="8001" w:type="dxa"/>
            <w:shd w:val="clear" w:color="auto" w:fill="auto"/>
          </w:tcPr>
          <w:p w:rsidR="00DB7029" w:rsidRPr="00944E35" w:rsidRDefault="00DB7029" w:rsidP="00011DCD">
            <w:pPr>
              <w:rPr>
                <w:sz w:val="24"/>
              </w:rPr>
            </w:pPr>
            <w:r w:rsidRPr="00302948">
              <w:rPr>
                <w:rFonts w:hint="eastAsia"/>
                <w:b/>
                <w:sz w:val="24"/>
              </w:rPr>
              <w:t xml:space="preserve">Figure </w:t>
            </w:r>
            <w:r w:rsidRPr="00F61FE1">
              <w:rPr>
                <w:b/>
                <w:sz w:val="24"/>
              </w:rPr>
              <w:t>S</w:t>
            </w:r>
            <w:r>
              <w:rPr>
                <w:b/>
                <w:sz w:val="24"/>
              </w:rPr>
              <w:t>1</w:t>
            </w:r>
            <w:r w:rsidR="00011DCD">
              <w:rPr>
                <w:b/>
                <w:sz w:val="24"/>
              </w:rPr>
              <w:t>3</w:t>
            </w:r>
            <w:r w:rsidRPr="00944E35">
              <w:rPr>
                <w:sz w:val="24"/>
              </w:rPr>
              <w:t xml:space="preserve">. </w:t>
            </w:r>
            <w:r w:rsidRPr="00944E35">
              <w:rPr>
                <w:rFonts w:hint="eastAsia"/>
                <w:sz w:val="24"/>
              </w:rPr>
              <w:t>The</w:t>
            </w:r>
            <w:r w:rsidRPr="00D624E7">
              <w:rPr>
                <w:sz w:val="24"/>
              </w:rPr>
              <w:t xml:space="preserve"> </w:t>
            </w:r>
            <w:r w:rsidRPr="00D624E7">
              <w:rPr>
                <w:rFonts w:hint="eastAsia"/>
                <w:sz w:val="24"/>
              </w:rPr>
              <w:t>DEPT</w:t>
            </w:r>
            <w:r w:rsidRPr="00944E35">
              <w:rPr>
                <w:sz w:val="24"/>
              </w:rPr>
              <w:t xml:space="preserve"> spectr</w:t>
            </w:r>
            <w:r>
              <w:rPr>
                <w:rFonts w:hint="eastAsia"/>
                <w:sz w:val="24"/>
              </w:rPr>
              <w:t>um</w:t>
            </w:r>
            <w:r w:rsidRPr="00944E35">
              <w:rPr>
                <w:sz w:val="24"/>
              </w:rPr>
              <w:t xml:space="preserve"> of</w:t>
            </w:r>
            <w:r>
              <w:rPr>
                <w:sz w:val="24"/>
              </w:rPr>
              <w:t xml:space="preserve"> </w:t>
            </w:r>
            <w:r>
              <w:rPr>
                <w:b/>
                <w:sz w:val="24"/>
              </w:rPr>
              <w:t xml:space="preserve">2 </w:t>
            </w:r>
            <w:r w:rsidRPr="00944E35">
              <w:rPr>
                <w:sz w:val="24"/>
              </w:rPr>
              <w:t xml:space="preserve">in </w:t>
            </w:r>
            <w:r>
              <w:rPr>
                <w:sz w:val="24"/>
              </w:rPr>
              <w:t>DMSO</w:t>
            </w:r>
          </w:p>
        </w:tc>
        <w:tc>
          <w:tcPr>
            <w:tcW w:w="803" w:type="dxa"/>
            <w:shd w:val="clear" w:color="auto" w:fill="auto"/>
            <w:vAlign w:val="center"/>
          </w:tcPr>
          <w:p w:rsidR="00DB7029" w:rsidRDefault="00011DCD" w:rsidP="00591BED">
            <w:pPr>
              <w:jc w:val="left"/>
              <w:rPr>
                <w:sz w:val="24"/>
              </w:rPr>
            </w:pPr>
            <w:r>
              <w:rPr>
                <w:sz w:val="24"/>
              </w:rPr>
              <w:t>10</w:t>
            </w:r>
          </w:p>
        </w:tc>
      </w:tr>
      <w:tr w:rsidR="00DB7029" w:rsidTr="00591BED">
        <w:trPr>
          <w:trHeight w:val="323"/>
        </w:trPr>
        <w:tc>
          <w:tcPr>
            <w:tcW w:w="8001" w:type="dxa"/>
            <w:shd w:val="clear" w:color="auto" w:fill="auto"/>
          </w:tcPr>
          <w:p w:rsidR="00DB7029" w:rsidRPr="00944E35" w:rsidRDefault="00DB7029" w:rsidP="00011DCD">
            <w:pPr>
              <w:rPr>
                <w:sz w:val="24"/>
              </w:rPr>
            </w:pPr>
            <w:r w:rsidRPr="00302948">
              <w:rPr>
                <w:rFonts w:hint="eastAsia"/>
                <w:b/>
                <w:sz w:val="24"/>
              </w:rPr>
              <w:t xml:space="preserve">Figure </w:t>
            </w:r>
            <w:r w:rsidRPr="00F61FE1">
              <w:rPr>
                <w:b/>
                <w:sz w:val="24"/>
              </w:rPr>
              <w:t>S</w:t>
            </w:r>
            <w:r>
              <w:rPr>
                <w:b/>
                <w:sz w:val="24"/>
              </w:rPr>
              <w:t>1</w:t>
            </w:r>
            <w:r w:rsidR="00011DCD">
              <w:rPr>
                <w:b/>
                <w:sz w:val="24"/>
              </w:rPr>
              <w:t>4</w:t>
            </w:r>
            <w:r w:rsidRPr="00944E35">
              <w:rPr>
                <w:sz w:val="24"/>
              </w:rPr>
              <w:t>.</w:t>
            </w:r>
            <w:r w:rsidRPr="00944E35">
              <w:rPr>
                <w:rFonts w:hint="eastAsia"/>
                <w:sz w:val="24"/>
              </w:rPr>
              <w:t xml:space="preserve"> The</w:t>
            </w:r>
            <w:r w:rsidRPr="00944E35">
              <w:rPr>
                <w:rFonts w:hint="eastAsia"/>
                <w:b/>
                <w:sz w:val="24"/>
              </w:rPr>
              <w:t xml:space="preserve"> </w:t>
            </w:r>
            <w:r w:rsidRPr="00944E35">
              <w:rPr>
                <w:rFonts w:hint="eastAsia"/>
                <w:sz w:val="24"/>
              </w:rPr>
              <w:t>H</w:t>
            </w:r>
            <w:r>
              <w:rPr>
                <w:sz w:val="24"/>
              </w:rPr>
              <w:t>S</w:t>
            </w:r>
            <w:r w:rsidRPr="00944E35">
              <w:rPr>
                <w:rFonts w:hint="eastAsia"/>
                <w:sz w:val="24"/>
              </w:rPr>
              <w:t>QC spectrum of</w:t>
            </w:r>
            <w:r w:rsidRPr="003362AB">
              <w:rPr>
                <w:rFonts w:ascii="Times" w:hAnsi="Times" w:hint="eastAsia"/>
                <w:iCs/>
                <w:kern w:val="0"/>
                <w:sz w:val="24"/>
              </w:rPr>
              <w:t xml:space="preserve"> </w:t>
            </w:r>
            <w:r>
              <w:rPr>
                <w:b/>
                <w:sz w:val="24"/>
              </w:rPr>
              <w:t>2</w:t>
            </w:r>
            <w:r w:rsidRPr="00944E35">
              <w:rPr>
                <w:rFonts w:hint="eastAsia"/>
                <w:sz w:val="24"/>
              </w:rPr>
              <w:t xml:space="preserve"> in</w:t>
            </w:r>
            <w:r>
              <w:t xml:space="preserve"> </w:t>
            </w:r>
            <w:r w:rsidRPr="009745FB">
              <w:rPr>
                <w:sz w:val="24"/>
              </w:rPr>
              <w:t>DMSO</w:t>
            </w:r>
          </w:p>
        </w:tc>
        <w:tc>
          <w:tcPr>
            <w:tcW w:w="803" w:type="dxa"/>
            <w:shd w:val="clear" w:color="auto" w:fill="auto"/>
            <w:vAlign w:val="center"/>
          </w:tcPr>
          <w:p w:rsidR="00DB7029" w:rsidRDefault="00DB7029" w:rsidP="00591BED">
            <w:pPr>
              <w:jc w:val="left"/>
              <w:rPr>
                <w:sz w:val="24"/>
              </w:rPr>
            </w:pPr>
            <w:r>
              <w:rPr>
                <w:sz w:val="24"/>
              </w:rPr>
              <w:t>10</w:t>
            </w:r>
          </w:p>
        </w:tc>
      </w:tr>
      <w:tr w:rsidR="00DB7029" w:rsidTr="00591BED">
        <w:trPr>
          <w:trHeight w:val="323"/>
        </w:trPr>
        <w:tc>
          <w:tcPr>
            <w:tcW w:w="8001" w:type="dxa"/>
            <w:shd w:val="clear" w:color="auto" w:fill="auto"/>
          </w:tcPr>
          <w:p w:rsidR="00DB7029" w:rsidRPr="00944E35" w:rsidRDefault="00DB7029" w:rsidP="00011DCD">
            <w:pPr>
              <w:rPr>
                <w:sz w:val="24"/>
              </w:rPr>
            </w:pPr>
            <w:r w:rsidRPr="00302948">
              <w:rPr>
                <w:rFonts w:hint="eastAsia"/>
                <w:b/>
                <w:sz w:val="24"/>
              </w:rPr>
              <w:t>Figure</w:t>
            </w:r>
            <w:r w:rsidRPr="00F61FE1">
              <w:rPr>
                <w:rFonts w:hint="eastAsia"/>
                <w:b/>
                <w:sz w:val="24"/>
              </w:rPr>
              <w:t xml:space="preserve"> S</w:t>
            </w:r>
            <w:r>
              <w:rPr>
                <w:b/>
                <w:sz w:val="24"/>
              </w:rPr>
              <w:t>1</w:t>
            </w:r>
            <w:r w:rsidR="00011DCD">
              <w:rPr>
                <w:b/>
                <w:sz w:val="24"/>
              </w:rPr>
              <w:t>5</w:t>
            </w:r>
            <w:r w:rsidRPr="00944E35">
              <w:rPr>
                <w:rFonts w:hint="eastAsia"/>
                <w:sz w:val="24"/>
              </w:rPr>
              <w:t>. The</w:t>
            </w:r>
            <w:r w:rsidRPr="00944E35">
              <w:rPr>
                <w:rFonts w:hint="eastAsia"/>
                <w:b/>
                <w:sz w:val="24"/>
              </w:rPr>
              <w:t xml:space="preserve"> </w:t>
            </w:r>
            <w:r>
              <w:rPr>
                <w:sz w:val="24"/>
              </w:rPr>
              <w:t>COSY</w:t>
            </w:r>
            <w:r>
              <w:rPr>
                <w:rFonts w:hint="eastAsia"/>
                <w:sz w:val="24"/>
              </w:rPr>
              <w:t xml:space="preserve"> spectrum of</w:t>
            </w:r>
            <w:r w:rsidRPr="003362AB">
              <w:rPr>
                <w:rFonts w:ascii="Times" w:hAnsi="Times" w:hint="eastAsia"/>
                <w:iCs/>
                <w:kern w:val="0"/>
                <w:sz w:val="24"/>
              </w:rPr>
              <w:t xml:space="preserve"> </w:t>
            </w:r>
            <w:r>
              <w:rPr>
                <w:b/>
                <w:sz w:val="24"/>
              </w:rPr>
              <w:t xml:space="preserve">2 </w:t>
            </w:r>
            <w:r w:rsidRPr="00944E35">
              <w:rPr>
                <w:rFonts w:hint="eastAsia"/>
                <w:sz w:val="24"/>
              </w:rPr>
              <w:t>in</w:t>
            </w:r>
            <w:r w:rsidRPr="00944E35">
              <w:rPr>
                <w:sz w:val="24"/>
              </w:rPr>
              <w:t xml:space="preserve"> </w:t>
            </w:r>
            <w:r>
              <w:rPr>
                <w:sz w:val="24"/>
              </w:rPr>
              <w:t>DMSO</w:t>
            </w:r>
          </w:p>
        </w:tc>
        <w:tc>
          <w:tcPr>
            <w:tcW w:w="803" w:type="dxa"/>
            <w:shd w:val="clear" w:color="auto" w:fill="auto"/>
            <w:vAlign w:val="center"/>
          </w:tcPr>
          <w:p w:rsidR="00DB7029" w:rsidRDefault="00405EE7" w:rsidP="00591BED">
            <w:pPr>
              <w:jc w:val="left"/>
              <w:rPr>
                <w:sz w:val="24"/>
              </w:rPr>
            </w:pPr>
            <w:r>
              <w:rPr>
                <w:sz w:val="24"/>
              </w:rPr>
              <w:t>1</w:t>
            </w:r>
            <w:r w:rsidR="00011DCD">
              <w:rPr>
                <w:sz w:val="24"/>
              </w:rPr>
              <w:t>1</w:t>
            </w:r>
          </w:p>
        </w:tc>
      </w:tr>
      <w:tr w:rsidR="00DB7029" w:rsidTr="00591BED">
        <w:trPr>
          <w:trHeight w:val="323"/>
        </w:trPr>
        <w:tc>
          <w:tcPr>
            <w:tcW w:w="8001" w:type="dxa"/>
            <w:shd w:val="clear" w:color="auto" w:fill="auto"/>
          </w:tcPr>
          <w:p w:rsidR="00DB7029" w:rsidRPr="00CA471D" w:rsidRDefault="00DB7029" w:rsidP="00011DCD">
            <w:pPr>
              <w:rPr>
                <w:kern w:val="0"/>
                <w:sz w:val="24"/>
              </w:rPr>
            </w:pPr>
            <w:r w:rsidRPr="00302948">
              <w:rPr>
                <w:rFonts w:hint="eastAsia"/>
                <w:b/>
                <w:sz w:val="24"/>
              </w:rPr>
              <w:t>Figure</w:t>
            </w:r>
            <w:r w:rsidRPr="00F61FE1">
              <w:rPr>
                <w:rFonts w:hint="eastAsia"/>
                <w:b/>
                <w:sz w:val="24"/>
              </w:rPr>
              <w:t xml:space="preserve"> S</w:t>
            </w:r>
            <w:r>
              <w:rPr>
                <w:b/>
                <w:sz w:val="24"/>
              </w:rPr>
              <w:t>1</w:t>
            </w:r>
            <w:r w:rsidR="00011DCD">
              <w:rPr>
                <w:b/>
                <w:sz w:val="24"/>
              </w:rPr>
              <w:t>6</w:t>
            </w:r>
            <w:r w:rsidRPr="00944E35">
              <w:rPr>
                <w:rFonts w:hint="eastAsia"/>
                <w:sz w:val="24"/>
              </w:rPr>
              <w:t>. The</w:t>
            </w:r>
            <w:r w:rsidRPr="00944E35">
              <w:rPr>
                <w:rFonts w:hint="eastAsia"/>
                <w:b/>
                <w:sz w:val="24"/>
              </w:rPr>
              <w:t xml:space="preserve"> </w:t>
            </w:r>
            <w:r>
              <w:rPr>
                <w:rFonts w:hint="eastAsia"/>
                <w:sz w:val="24"/>
              </w:rPr>
              <w:t>HMBC spectrum of</w:t>
            </w:r>
            <w:r w:rsidRPr="003362AB">
              <w:rPr>
                <w:rFonts w:ascii="Times" w:hAnsi="Times" w:hint="eastAsia"/>
                <w:iCs/>
                <w:kern w:val="0"/>
                <w:sz w:val="24"/>
              </w:rPr>
              <w:t xml:space="preserve"> </w:t>
            </w:r>
            <w:r>
              <w:rPr>
                <w:b/>
                <w:sz w:val="24"/>
              </w:rPr>
              <w:t xml:space="preserve">2 </w:t>
            </w:r>
            <w:r w:rsidRPr="00944E35">
              <w:rPr>
                <w:rFonts w:hint="eastAsia"/>
                <w:sz w:val="24"/>
              </w:rPr>
              <w:t>in</w:t>
            </w:r>
            <w:r w:rsidRPr="00944E35">
              <w:rPr>
                <w:sz w:val="24"/>
              </w:rPr>
              <w:t xml:space="preserve"> </w:t>
            </w:r>
            <w:r>
              <w:rPr>
                <w:sz w:val="24"/>
              </w:rPr>
              <w:t>DMSO</w:t>
            </w:r>
          </w:p>
        </w:tc>
        <w:tc>
          <w:tcPr>
            <w:tcW w:w="803" w:type="dxa"/>
            <w:shd w:val="clear" w:color="auto" w:fill="auto"/>
            <w:vAlign w:val="center"/>
          </w:tcPr>
          <w:p w:rsidR="00DB7029" w:rsidRDefault="00DB7029" w:rsidP="00591BED">
            <w:pPr>
              <w:jc w:val="left"/>
              <w:rPr>
                <w:sz w:val="24"/>
              </w:rPr>
            </w:pPr>
            <w:r>
              <w:rPr>
                <w:sz w:val="24"/>
              </w:rPr>
              <w:t>11</w:t>
            </w:r>
          </w:p>
        </w:tc>
      </w:tr>
      <w:tr w:rsidR="00011DCD" w:rsidTr="00591BED">
        <w:trPr>
          <w:trHeight w:val="323"/>
        </w:trPr>
        <w:tc>
          <w:tcPr>
            <w:tcW w:w="8001" w:type="dxa"/>
            <w:shd w:val="clear" w:color="auto" w:fill="auto"/>
          </w:tcPr>
          <w:p w:rsidR="00011DCD" w:rsidRPr="00302948" w:rsidRDefault="00011DCD" w:rsidP="00011DCD">
            <w:pPr>
              <w:rPr>
                <w:b/>
                <w:sz w:val="24"/>
              </w:rPr>
            </w:pPr>
            <w:r w:rsidRPr="00011DCD">
              <w:rPr>
                <w:rFonts w:hint="eastAsia"/>
                <w:b/>
                <w:sz w:val="24"/>
              </w:rPr>
              <w:t>Figure S</w:t>
            </w:r>
            <w:r>
              <w:rPr>
                <w:b/>
                <w:sz w:val="24"/>
              </w:rPr>
              <w:t>17</w:t>
            </w:r>
            <w:r w:rsidRPr="00011DCD">
              <w:rPr>
                <w:rFonts w:hint="eastAsia"/>
                <w:b/>
                <w:sz w:val="24"/>
              </w:rPr>
              <w:t>.</w:t>
            </w:r>
            <w:r w:rsidRPr="00011DCD">
              <w:rPr>
                <w:b/>
                <w:sz w:val="24"/>
              </w:rPr>
              <w:t xml:space="preserve"> </w:t>
            </w:r>
            <w:r w:rsidRPr="00011DCD">
              <w:rPr>
                <w:sz w:val="24"/>
              </w:rPr>
              <w:t>The NOESY</w:t>
            </w:r>
            <w:r w:rsidRPr="00011DCD">
              <w:rPr>
                <w:rFonts w:hint="eastAsia"/>
                <w:sz w:val="24"/>
              </w:rPr>
              <w:t xml:space="preserve"> spectrum of</w:t>
            </w:r>
            <w:r w:rsidRPr="00011DCD">
              <w:rPr>
                <w:rFonts w:hint="eastAsia"/>
                <w:iCs/>
                <w:sz w:val="24"/>
              </w:rPr>
              <w:t xml:space="preserve"> </w:t>
            </w:r>
            <w:r w:rsidRPr="00011DCD">
              <w:rPr>
                <w:b/>
                <w:sz w:val="24"/>
              </w:rPr>
              <w:t>2</w:t>
            </w:r>
            <w:r w:rsidRPr="00011DCD">
              <w:rPr>
                <w:sz w:val="24"/>
              </w:rPr>
              <w:t xml:space="preserve"> </w:t>
            </w:r>
            <w:r w:rsidRPr="00011DCD">
              <w:rPr>
                <w:rFonts w:hint="eastAsia"/>
                <w:sz w:val="24"/>
              </w:rPr>
              <w:t>in</w:t>
            </w:r>
            <w:r w:rsidRPr="00011DCD">
              <w:rPr>
                <w:sz w:val="24"/>
              </w:rPr>
              <w:t xml:space="preserve"> DMSO</w:t>
            </w:r>
          </w:p>
        </w:tc>
        <w:tc>
          <w:tcPr>
            <w:tcW w:w="803" w:type="dxa"/>
            <w:shd w:val="clear" w:color="auto" w:fill="auto"/>
            <w:vAlign w:val="center"/>
          </w:tcPr>
          <w:p w:rsidR="00011DCD" w:rsidRDefault="00011DCD" w:rsidP="00591BED">
            <w:pPr>
              <w:jc w:val="left"/>
              <w:rPr>
                <w:sz w:val="24"/>
              </w:rPr>
            </w:pPr>
            <w:r>
              <w:rPr>
                <w:rFonts w:hint="eastAsia"/>
                <w:sz w:val="24"/>
              </w:rPr>
              <w:t>1</w:t>
            </w:r>
            <w:r>
              <w:rPr>
                <w:sz w:val="24"/>
              </w:rPr>
              <w:t>2</w:t>
            </w:r>
          </w:p>
        </w:tc>
      </w:tr>
      <w:tr w:rsidR="00DB7029" w:rsidTr="00591BED">
        <w:trPr>
          <w:trHeight w:val="323"/>
        </w:trPr>
        <w:tc>
          <w:tcPr>
            <w:tcW w:w="8001" w:type="dxa"/>
            <w:shd w:val="clear" w:color="auto" w:fill="auto"/>
          </w:tcPr>
          <w:p w:rsidR="00DB7029" w:rsidRPr="00944E35" w:rsidRDefault="00DB7029" w:rsidP="00011DCD">
            <w:pPr>
              <w:rPr>
                <w:sz w:val="24"/>
              </w:rPr>
            </w:pPr>
            <w:r w:rsidRPr="00302948">
              <w:rPr>
                <w:rFonts w:hint="eastAsia"/>
                <w:b/>
                <w:sz w:val="24"/>
              </w:rPr>
              <w:t>Figure</w:t>
            </w:r>
            <w:r w:rsidRPr="00F61FE1">
              <w:rPr>
                <w:rFonts w:hint="eastAsia"/>
                <w:b/>
                <w:sz w:val="24"/>
              </w:rPr>
              <w:t xml:space="preserve"> S</w:t>
            </w:r>
            <w:r>
              <w:rPr>
                <w:b/>
                <w:sz w:val="24"/>
              </w:rPr>
              <w:t>1</w:t>
            </w:r>
            <w:r w:rsidR="00011DCD">
              <w:rPr>
                <w:b/>
                <w:sz w:val="24"/>
              </w:rPr>
              <w:t>8</w:t>
            </w:r>
            <w:r w:rsidRPr="00944E35">
              <w:rPr>
                <w:rFonts w:hint="eastAsia"/>
                <w:sz w:val="24"/>
              </w:rPr>
              <w:t>.</w:t>
            </w:r>
            <w:r w:rsidRPr="00A26318">
              <w:rPr>
                <w:rFonts w:hint="eastAsia"/>
                <w:sz w:val="24"/>
              </w:rPr>
              <w:t xml:space="preserve"> The</w:t>
            </w:r>
            <w:r w:rsidRPr="00A26318">
              <w:rPr>
                <w:sz w:val="24"/>
                <w:vertAlign w:val="superscript"/>
              </w:rPr>
              <w:t xml:space="preserve"> </w:t>
            </w:r>
            <w:r>
              <w:rPr>
                <w:rFonts w:hint="eastAsia"/>
                <w:sz w:val="24"/>
              </w:rPr>
              <w:t>HRESI</w:t>
            </w:r>
            <w:r>
              <w:rPr>
                <w:sz w:val="24"/>
              </w:rPr>
              <w:t>MS</w:t>
            </w:r>
            <w:r w:rsidRPr="00A26318">
              <w:rPr>
                <w:sz w:val="24"/>
              </w:rPr>
              <w:t xml:space="preserve"> spectr</w:t>
            </w:r>
            <w:r>
              <w:rPr>
                <w:rFonts w:hint="eastAsia"/>
                <w:sz w:val="24"/>
              </w:rPr>
              <w:t>um</w:t>
            </w:r>
            <w:r w:rsidRPr="00A26318">
              <w:rPr>
                <w:sz w:val="24"/>
              </w:rPr>
              <w:t xml:space="preserve"> of</w:t>
            </w:r>
            <w:r>
              <w:rPr>
                <w:sz w:val="24"/>
              </w:rPr>
              <w:t xml:space="preserve"> </w:t>
            </w:r>
            <w:r>
              <w:rPr>
                <w:b/>
                <w:sz w:val="24"/>
              </w:rPr>
              <w:t>2</w:t>
            </w:r>
          </w:p>
        </w:tc>
        <w:tc>
          <w:tcPr>
            <w:tcW w:w="803" w:type="dxa"/>
            <w:shd w:val="clear" w:color="auto" w:fill="auto"/>
            <w:vAlign w:val="center"/>
          </w:tcPr>
          <w:p w:rsidR="00DB7029" w:rsidRDefault="00DB7029" w:rsidP="00591BED">
            <w:pPr>
              <w:jc w:val="left"/>
              <w:rPr>
                <w:sz w:val="24"/>
              </w:rPr>
            </w:pPr>
            <w:r>
              <w:rPr>
                <w:sz w:val="24"/>
              </w:rPr>
              <w:t>1</w:t>
            </w:r>
            <w:r w:rsidR="00011DCD">
              <w:rPr>
                <w:sz w:val="24"/>
              </w:rPr>
              <w:t>2</w:t>
            </w:r>
          </w:p>
        </w:tc>
      </w:tr>
      <w:tr w:rsidR="00DB7029" w:rsidTr="00591BED">
        <w:trPr>
          <w:trHeight w:val="323"/>
        </w:trPr>
        <w:tc>
          <w:tcPr>
            <w:tcW w:w="8001" w:type="dxa"/>
            <w:shd w:val="clear" w:color="auto" w:fill="auto"/>
          </w:tcPr>
          <w:p w:rsidR="00DB7029" w:rsidRPr="00CA471D" w:rsidRDefault="00DB7029" w:rsidP="00011DCD">
            <w:pPr>
              <w:rPr>
                <w:kern w:val="0"/>
                <w:sz w:val="24"/>
              </w:rPr>
            </w:pPr>
            <w:r w:rsidRPr="00302948">
              <w:rPr>
                <w:rFonts w:hint="eastAsia"/>
                <w:b/>
                <w:sz w:val="24"/>
              </w:rPr>
              <w:t>Figure</w:t>
            </w:r>
            <w:r w:rsidRPr="00F61FE1">
              <w:rPr>
                <w:rFonts w:hint="eastAsia"/>
                <w:b/>
                <w:sz w:val="24"/>
              </w:rPr>
              <w:t xml:space="preserve"> S</w:t>
            </w:r>
            <w:r>
              <w:rPr>
                <w:b/>
                <w:sz w:val="24"/>
              </w:rPr>
              <w:t>1</w:t>
            </w:r>
            <w:r w:rsidR="00011DCD">
              <w:rPr>
                <w:b/>
                <w:sz w:val="24"/>
              </w:rPr>
              <w:t>9</w:t>
            </w:r>
            <w:r w:rsidRPr="00944E35">
              <w:rPr>
                <w:rFonts w:hint="eastAsia"/>
                <w:sz w:val="24"/>
              </w:rPr>
              <w:t>.</w:t>
            </w:r>
            <w:r w:rsidRPr="00A26318">
              <w:rPr>
                <w:rFonts w:hint="eastAsia"/>
                <w:sz w:val="24"/>
              </w:rPr>
              <w:t xml:space="preserve"> The</w:t>
            </w:r>
            <w:r w:rsidRPr="00A26318">
              <w:rPr>
                <w:sz w:val="24"/>
                <w:vertAlign w:val="superscript"/>
              </w:rPr>
              <w:t xml:space="preserve"> </w:t>
            </w:r>
            <w:r>
              <w:rPr>
                <w:sz w:val="24"/>
              </w:rPr>
              <w:t xml:space="preserve">UV </w:t>
            </w:r>
            <w:r w:rsidRPr="00A26318">
              <w:rPr>
                <w:sz w:val="24"/>
              </w:rPr>
              <w:t>spectr</w:t>
            </w:r>
            <w:r>
              <w:rPr>
                <w:rFonts w:hint="eastAsia"/>
                <w:sz w:val="24"/>
              </w:rPr>
              <w:t>um</w:t>
            </w:r>
            <w:r w:rsidRPr="00A26318">
              <w:rPr>
                <w:sz w:val="24"/>
              </w:rPr>
              <w:t xml:space="preserve"> of</w:t>
            </w:r>
            <w:r>
              <w:rPr>
                <w:sz w:val="24"/>
              </w:rPr>
              <w:t xml:space="preserve"> </w:t>
            </w:r>
            <w:r>
              <w:rPr>
                <w:b/>
                <w:sz w:val="24"/>
              </w:rPr>
              <w:t>2</w:t>
            </w:r>
          </w:p>
        </w:tc>
        <w:tc>
          <w:tcPr>
            <w:tcW w:w="803" w:type="dxa"/>
            <w:shd w:val="clear" w:color="auto" w:fill="auto"/>
            <w:vAlign w:val="center"/>
          </w:tcPr>
          <w:p w:rsidR="00DB7029" w:rsidRDefault="00DB7029" w:rsidP="00591BED">
            <w:pPr>
              <w:jc w:val="left"/>
              <w:rPr>
                <w:sz w:val="24"/>
              </w:rPr>
            </w:pPr>
            <w:r>
              <w:rPr>
                <w:sz w:val="24"/>
              </w:rPr>
              <w:t>1</w:t>
            </w:r>
            <w:r w:rsidR="00011DCD">
              <w:rPr>
                <w:sz w:val="24"/>
              </w:rPr>
              <w:t>3</w:t>
            </w:r>
          </w:p>
        </w:tc>
      </w:tr>
      <w:tr w:rsidR="00DB7029" w:rsidTr="00591BED">
        <w:trPr>
          <w:trHeight w:val="323"/>
        </w:trPr>
        <w:tc>
          <w:tcPr>
            <w:tcW w:w="8001" w:type="dxa"/>
            <w:shd w:val="clear" w:color="auto" w:fill="auto"/>
          </w:tcPr>
          <w:p w:rsidR="00DB7029" w:rsidRPr="00CA471D" w:rsidRDefault="00DB7029" w:rsidP="00011DCD">
            <w:pPr>
              <w:rPr>
                <w:kern w:val="0"/>
                <w:sz w:val="24"/>
              </w:rPr>
            </w:pPr>
            <w:r w:rsidRPr="00302948">
              <w:rPr>
                <w:rFonts w:hint="eastAsia"/>
                <w:b/>
                <w:sz w:val="24"/>
              </w:rPr>
              <w:t>Figure</w:t>
            </w:r>
            <w:r w:rsidRPr="00F61FE1">
              <w:rPr>
                <w:rFonts w:hint="eastAsia"/>
                <w:b/>
                <w:sz w:val="24"/>
              </w:rPr>
              <w:t xml:space="preserve"> S</w:t>
            </w:r>
            <w:r w:rsidR="00011DCD">
              <w:rPr>
                <w:b/>
                <w:sz w:val="24"/>
              </w:rPr>
              <w:t>20</w:t>
            </w:r>
            <w:r w:rsidRPr="00944E35">
              <w:rPr>
                <w:rFonts w:hint="eastAsia"/>
                <w:sz w:val="24"/>
              </w:rPr>
              <w:t>.</w:t>
            </w:r>
            <w:r>
              <w:rPr>
                <w:sz w:val="24"/>
              </w:rPr>
              <w:t xml:space="preserve"> </w:t>
            </w:r>
            <w:r w:rsidRPr="00DB7029">
              <w:rPr>
                <w:sz w:val="24"/>
              </w:rPr>
              <w:t xml:space="preserve">Experimental ECD of </w:t>
            </w:r>
            <w:r w:rsidRPr="00DB7029">
              <w:rPr>
                <w:b/>
                <w:sz w:val="24"/>
              </w:rPr>
              <w:t>2</w:t>
            </w:r>
          </w:p>
        </w:tc>
        <w:tc>
          <w:tcPr>
            <w:tcW w:w="803" w:type="dxa"/>
            <w:shd w:val="clear" w:color="auto" w:fill="auto"/>
            <w:vAlign w:val="center"/>
          </w:tcPr>
          <w:p w:rsidR="00DB7029" w:rsidRDefault="00DB7029" w:rsidP="00591BED">
            <w:pPr>
              <w:jc w:val="left"/>
              <w:rPr>
                <w:sz w:val="24"/>
              </w:rPr>
            </w:pPr>
            <w:r>
              <w:rPr>
                <w:sz w:val="24"/>
              </w:rPr>
              <w:t>1</w:t>
            </w:r>
            <w:r w:rsidR="00011DCD">
              <w:rPr>
                <w:sz w:val="24"/>
              </w:rPr>
              <w:t>3</w:t>
            </w:r>
          </w:p>
        </w:tc>
      </w:tr>
      <w:tr w:rsidR="00DB7029" w:rsidTr="00591BED">
        <w:trPr>
          <w:trHeight w:val="323"/>
        </w:trPr>
        <w:tc>
          <w:tcPr>
            <w:tcW w:w="8001" w:type="dxa"/>
            <w:shd w:val="clear" w:color="auto" w:fill="auto"/>
          </w:tcPr>
          <w:p w:rsidR="00DB7029" w:rsidRPr="00E24EEB" w:rsidRDefault="00DB7029" w:rsidP="00011DCD">
            <w:pPr>
              <w:pStyle w:val="a7"/>
              <w:widowControl/>
              <w:autoSpaceDE w:val="0"/>
              <w:autoSpaceDN w:val="0"/>
              <w:adjustRightInd w:val="0"/>
              <w:ind w:firstLineChars="0" w:firstLine="0"/>
              <w:outlineLvl w:val="0"/>
              <w:rPr>
                <w:rFonts w:ascii="Times New Roman" w:eastAsia="宋体" w:hAnsi="Times New Roman"/>
                <w:b/>
                <w:bCs/>
                <w:kern w:val="0"/>
                <w:sz w:val="24"/>
                <w:szCs w:val="24"/>
              </w:rPr>
            </w:pPr>
            <w:r w:rsidRPr="00302948">
              <w:rPr>
                <w:rFonts w:hint="eastAsia"/>
                <w:b/>
                <w:sz w:val="24"/>
              </w:rPr>
              <w:t xml:space="preserve">Figure </w:t>
            </w:r>
            <w:r w:rsidRPr="00E24895">
              <w:rPr>
                <w:rFonts w:hint="eastAsia"/>
                <w:b/>
                <w:sz w:val="24"/>
              </w:rPr>
              <w:t>S</w:t>
            </w:r>
            <w:r w:rsidR="00011DCD">
              <w:rPr>
                <w:b/>
                <w:sz w:val="24"/>
              </w:rPr>
              <w:t>21</w:t>
            </w:r>
            <w:r w:rsidRPr="00944E35">
              <w:rPr>
                <w:rFonts w:hint="eastAsia"/>
                <w:sz w:val="24"/>
              </w:rPr>
              <w:t>. The</w:t>
            </w:r>
            <w:r w:rsidRPr="00944E35">
              <w:rPr>
                <w:sz w:val="24"/>
                <w:vertAlign w:val="superscript"/>
              </w:rPr>
              <w:t xml:space="preserve"> 1</w:t>
            </w:r>
            <w:r w:rsidRPr="00944E35">
              <w:rPr>
                <w:sz w:val="24"/>
              </w:rPr>
              <w:t>H NMR spectr</w:t>
            </w:r>
            <w:r>
              <w:rPr>
                <w:rFonts w:hint="eastAsia"/>
                <w:sz w:val="24"/>
              </w:rPr>
              <w:t>um</w:t>
            </w:r>
            <w:r w:rsidRPr="00944E35">
              <w:rPr>
                <w:sz w:val="24"/>
              </w:rPr>
              <w:t xml:space="preserve"> of</w:t>
            </w:r>
            <w:r w:rsidRPr="003362AB">
              <w:rPr>
                <w:rFonts w:ascii="Times" w:hAnsi="Times" w:hint="eastAsia"/>
                <w:iCs/>
                <w:kern w:val="0"/>
                <w:sz w:val="24"/>
              </w:rPr>
              <w:t xml:space="preserve"> </w:t>
            </w:r>
            <w:r w:rsidR="00283A04">
              <w:rPr>
                <w:b/>
                <w:sz w:val="24"/>
              </w:rPr>
              <w:t>3</w:t>
            </w:r>
            <w:r w:rsidRPr="00944E35">
              <w:rPr>
                <w:sz w:val="24"/>
              </w:rPr>
              <w:t xml:space="preserve"> in </w:t>
            </w:r>
            <w:r>
              <w:rPr>
                <w:sz w:val="24"/>
              </w:rPr>
              <w:t>DMSO</w:t>
            </w:r>
          </w:p>
        </w:tc>
        <w:tc>
          <w:tcPr>
            <w:tcW w:w="803" w:type="dxa"/>
            <w:shd w:val="clear" w:color="auto" w:fill="auto"/>
            <w:vAlign w:val="center"/>
          </w:tcPr>
          <w:p w:rsidR="00DB7029" w:rsidRDefault="00DB7029" w:rsidP="00591BED">
            <w:pPr>
              <w:jc w:val="left"/>
              <w:rPr>
                <w:sz w:val="24"/>
              </w:rPr>
            </w:pPr>
            <w:r>
              <w:rPr>
                <w:sz w:val="24"/>
              </w:rPr>
              <w:t>1</w:t>
            </w:r>
            <w:r w:rsidR="00011DCD">
              <w:rPr>
                <w:sz w:val="24"/>
              </w:rPr>
              <w:t>4</w:t>
            </w:r>
          </w:p>
        </w:tc>
      </w:tr>
      <w:tr w:rsidR="00DB7029" w:rsidTr="00591BED">
        <w:trPr>
          <w:trHeight w:val="323"/>
        </w:trPr>
        <w:tc>
          <w:tcPr>
            <w:tcW w:w="8001" w:type="dxa"/>
            <w:shd w:val="clear" w:color="auto" w:fill="auto"/>
          </w:tcPr>
          <w:p w:rsidR="00DB7029" w:rsidRPr="00944E35" w:rsidRDefault="00DB7029" w:rsidP="00011DCD">
            <w:pPr>
              <w:rPr>
                <w:sz w:val="24"/>
              </w:rPr>
            </w:pPr>
            <w:r w:rsidRPr="00302948">
              <w:rPr>
                <w:rFonts w:hint="eastAsia"/>
                <w:b/>
                <w:sz w:val="24"/>
              </w:rPr>
              <w:t>Figure</w:t>
            </w:r>
            <w:r w:rsidRPr="00F61FE1">
              <w:rPr>
                <w:rFonts w:hint="eastAsia"/>
                <w:b/>
                <w:sz w:val="24"/>
              </w:rPr>
              <w:t xml:space="preserve"> S</w:t>
            </w:r>
            <w:r w:rsidR="00283A04">
              <w:rPr>
                <w:b/>
                <w:sz w:val="24"/>
              </w:rPr>
              <w:t>2</w:t>
            </w:r>
            <w:r w:rsidR="00011DCD">
              <w:rPr>
                <w:b/>
                <w:sz w:val="24"/>
              </w:rPr>
              <w:t>2</w:t>
            </w:r>
            <w:r w:rsidRPr="00944E35">
              <w:rPr>
                <w:rFonts w:hint="eastAsia"/>
                <w:sz w:val="24"/>
              </w:rPr>
              <w:t xml:space="preserve">. </w:t>
            </w:r>
            <w:r w:rsidR="00283A04" w:rsidRPr="00283A04">
              <w:rPr>
                <w:rFonts w:hint="eastAsia"/>
                <w:sz w:val="24"/>
              </w:rPr>
              <w:t>The</w:t>
            </w:r>
            <w:r w:rsidR="00283A04" w:rsidRPr="00283A04">
              <w:rPr>
                <w:sz w:val="24"/>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00283A04" w:rsidRPr="00283A04">
                <w:rPr>
                  <w:sz w:val="24"/>
                  <w:vertAlign w:val="superscript"/>
                </w:rPr>
                <w:t>13</w:t>
              </w:r>
              <w:r w:rsidR="00283A04" w:rsidRPr="00283A04">
                <w:rPr>
                  <w:sz w:val="24"/>
                </w:rPr>
                <w:t>C</w:t>
              </w:r>
            </w:smartTag>
            <w:r w:rsidR="00283A04" w:rsidRPr="00283A04">
              <w:rPr>
                <w:sz w:val="24"/>
              </w:rPr>
              <w:t xml:space="preserve"> NMR spectr</w:t>
            </w:r>
            <w:r w:rsidR="00283A04" w:rsidRPr="00283A04">
              <w:rPr>
                <w:rFonts w:hint="eastAsia"/>
                <w:sz w:val="24"/>
              </w:rPr>
              <w:t>um</w:t>
            </w:r>
            <w:r w:rsidR="00283A04" w:rsidRPr="00283A04">
              <w:rPr>
                <w:sz w:val="24"/>
              </w:rPr>
              <w:t xml:space="preserve"> of</w:t>
            </w:r>
            <w:r w:rsidR="00283A04" w:rsidRPr="00283A04">
              <w:rPr>
                <w:rFonts w:hint="eastAsia"/>
                <w:iCs/>
                <w:sz w:val="24"/>
              </w:rPr>
              <w:t xml:space="preserve"> </w:t>
            </w:r>
            <w:r w:rsidR="00283A04">
              <w:rPr>
                <w:b/>
                <w:sz w:val="24"/>
              </w:rPr>
              <w:t>3</w:t>
            </w:r>
            <w:r w:rsidR="00283A04" w:rsidRPr="00283A04">
              <w:rPr>
                <w:sz w:val="24"/>
              </w:rPr>
              <w:t xml:space="preserve"> in DMSO</w:t>
            </w:r>
          </w:p>
        </w:tc>
        <w:tc>
          <w:tcPr>
            <w:tcW w:w="803" w:type="dxa"/>
            <w:shd w:val="clear" w:color="auto" w:fill="auto"/>
            <w:vAlign w:val="center"/>
          </w:tcPr>
          <w:p w:rsidR="00DB7029" w:rsidRPr="00944E35" w:rsidRDefault="00DB7029" w:rsidP="00591BED">
            <w:pPr>
              <w:jc w:val="left"/>
              <w:rPr>
                <w:sz w:val="24"/>
              </w:rPr>
            </w:pPr>
            <w:r>
              <w:rPr>
                <w:sz w:val="24"/>
              </w:rPr>
              <w:t>1</w:t>
            </w:r>
            <w:r w:rsidR="00011DCD">
              <w:rPr>
                <w:sz w:val="24"/>
              </w:rPr>
              <w:t>4</w:t>
            </w:r>
          </w:p>
        </w:tc>
      </w:tr>
      <w:tr w:rsidR="00DB7029" w:rsidTr="00591BED">
        <w:trPr>
          <w:trHeight w:val="323"/>
        </w:trPr>
        <w:tc>
          <w:tcPr>
            <w:tcW w:w="8001" w:type="dxa"/>
            <w:shd w:val="clear" w:color="auto" w:fill="auto"/>
          </w:tcPr>
          <w:p w:rsidR="00DB7029" w:rsidRPr="00CA471D" w:rsidRDefault="00DB7029" w:rsidP="00011DCD">
            <w:pPr>
              <w:rPr>
                <w:kern w:val="0"/>
                <w:sz w:val="24"/>
              </w:rPr>
            </w:pPr>
            <w:r w:rsidRPr="00302948">
              <w:rPr>
                <w:rFonts w:hint="eastAsia"/>
                <w:b/>
                <w:sz w:val="24"/>
              </w:rPr>
              <w:t>Figure</w:t>
            </w:r>
            <w:r w:rsidRPr="00F61FE1">
              <w:rPr>
                <w:rFonts w:hint="eastAsia"/>
                <w:b/>
                <w:sz w:val="24"/>
              </w:rPr>
              <w:t xml:space="preserve"> S</w:t>
            </w:r>
            <w:r w:rsidR="00283A04">
              <w:rPr>
                <w:b/>
                <w:sz w:val="24"/>
              </w:rPr>
              <w:t>2</w:t>
            </w:r>
            <w:r w:rsidR="00011DCD">
              <w:rPr>
                <w:b/>
                <w:sz w:val="24"/>
              </w:rPr>
              <w:t>3</w:t>
            </w:r>
            <w:r w:rsidRPr="00944E35">
              <w:rPr>
                <w:rFonts w:hint="eastAsia"/>
                <w:sz w:val="24"/>
              </w:rPr>
              <w:t>.</w:t>
            </w:r>
            <w:r w:rsidRPr="00A26318">
              <w:rPr>
                <w:rFonts w:hint="eastAsia"/>
                <w:sz w:val="24"/>
              </w:rPr>
              <w:t xml:space="preserve"> </w:t>
            </w:r>
            <w:r w:rsidR="00283A04" w:rsidRPr="00283A04">
              <w:rPr>
                <w:rFonts w:hint="eastAsia"/>
                <w:sz w:val="24"/>
              </w:rPr>
              <w:t>The</w:t>
            </w:r>
            <w:r w:rsidR="00283A04" w:rsidRPr="00283A04">
              <w:rPr>
                <w:rFonts w:hint="eastAsia"/>
                <w:b/>
                <w:sz w:val="24"/>
              </w:rPr>
              <w:t xml:space="preserve"> </w:t>
            </w:r>
            <w:r w:rsidR="00283A04" w:rsidRPr="00283A04">
              <w:rPr>
                <w:rFonts w:hint="eastAsia"/>
                <w:sz w:val="24"/>
              </w:rPr>
              <w:t>H</w:t>
            </w:r>
            <w:r w:rsidR="00283A04" w:rsidRPr="00283A04">
              <w:rPr>
                <w:sz w:val="24"/>
              </w:rPr>
              <w:t>S</w:t>
            </w:r>
            <w:r w:rsidR="00283A04" w:rsidRPr="00283A04">
              <w:rPr>
                <w:rFonts w:hint="eastAsia"/>
                <w:sz w:val="24"/>
              </w:rPr>
              <w:t>QC spectrum of</w:t>
            </w:r>
            <w:r w:rsidR="00283A04">
              <w:rPr>
                <w:sz w:val="24"/>
              </w:rPr>
              <w:t xml:space="preserve"> </w:t>
            </w:r>
            <w:r w:rsidR="00283A04">
              <w:rPr>
                <w:b/>
                <w:sz w:val="24"/>
              </w:rPr>
              <w:t>3</w:t>
            </w:r>
            <w:r w:rsidR="00283A04" w:rsidRPr="00283A04">
              <w:rPr>
                <w:rFonts w:hint="eastAsia"/>
                <w:sz w:val="24"/>
              </w:rPr>
              <w:t xml:space="preserve"> in</w:t>
            </w:r>
            <w:r w:rsidR="00283A04" w:rsidRPr="00283A04">
              <w:rPr>
                <w:sz w:val="24"/>
              </w:rPr>
              <w:t xml:space="preserve"> DMSO</w:t>
            </w:r>
          </w:p>
        </w:tc>
        <w:tc>
          <w:tcPr>
            <w:tcW w:w="803" w:type="dxa"/>
            <w:shd w:val="clear" w:color="auto" w:fill="auto"/>
            <w:vAlign w:val="center"/>
          </w:tcPr>
          <w:p w:rsidR="00DB7029" w:rsidRPr="00944E35" w:rsidRDefault="00DB7029" w:rsidP="00591BED">
            <w:pPr>
              <w:jc w:val="left"/>
              <w:rPr>
                <w:sz w:val="24"/>
              </w:rPr>
            </w:pPr>
            <w:r>
              <w:rPr>
                <w:sz w:val="24"/>
              </w:rPr>
              <w:t>1</w:t>
            </w:r>
            <w:r w:rsidR="00011DCD">
              <w:rPr>
                <w:sz w:val="24"/>
              </w:rPr>
              <w:t>5</w:t>
            </w:r>
          </w:p>
        </w:tc>
      </w:tr>
      <w:tr w:rsidR="00DB7029" w:rsidTr="00591BED">
        <w:trPr>
          <w:trHeight w:val="323"/>
        </w:trPr>
        <w:tc>
          <w:tcPr>
            <w:tcW w:w="8001" w:type="dxa"/>
            <w:shd w:val="clear" w:color="auto" w:fill="auto"/>
          </w:tcPr>
          <w:p w:rsidR="00DB7029" w:rsidRPr="00944E35" w:rsidRDefault="00283A04" w:rsidP="00011DCD">
            <w:pPr>
              <w:rPr>
                <w:sz w:val="24"/>
              </w:rPr>
            </w:pPr>
            <w:r w:rsidRPr="00302948">
              <w:rPr>
                <w:rFonts w:hint="eastAsia"/>
                <w:b/>
                <w:sz w:val="24"/>
              </w:rPr>
              <w:t>Figure</w:t>
            </w:r>
            <w:r w:rsidRPr="00F61FE1">
              <w:rPr>
                <w:rFonts w:hint="eastAsia"/>
                <w:b/>
                <w:sz w:val="24"/>
              </w:rPr>
              <w:t xml:space="preserve"> S</w:t>
            </w:r>
            <w:r>
              <w:rPr>
                <w:b/>
                <w:sz w:val="24"/>
              </w:rPr>
              <w:t>2</w:t>
            </w:r>
            <w:r w:rsidR="00011DCD">
              <w:rPr>
                <w:b/>
                <w:sz w:val="24"/>
              </w:rPr>
              <w:t>4</w:t>
            </w:r>
            <w:r w:rsidRPr="00944E35">
              <w:rPr>
                <w:rFonts w:hint="eastAsia"/>
                <w:sz w:val="24"/>
              </w:rPr>
              <w:t>. The</w:t>
            </w:r>
            <w:r w:rsidRPr="00944E35">
              <w:rPr>
                <w:rFonts w:hint="eastAsia"/>
                <w:b/>
                <w:sz w:val="24"/>
              </w:rPr>
              <w:t xml:space="preserve"> </w:t>
            </w:r>
            <w:r>
              <w:rPr>
                <w:rFonts w:hint="eastAsia"/>
                <w:sz w:val="24"/>
              </w:rPr>
              <w:t>HMBC spectrum of</w:t>
            </w:r>
            <w:r w:rsidRPr="003362AB">
              <w:rPr>
                <w:rFonts w:ascii="Times" w:hAnsi="Times" w:hint="eastAsia"/>
                <w:iCs/>
                <w:kern w:val="0"/>
                <w:sz w:val="24"/>
              </w:rPr>
              <w:t xml:space="preserve"> </w:t>
            </w:r>
            <w:r>
              <w:rPr>
                <w:b/>
                <w:sz w:val="24"/>
              </w:rPr>
              <w:t xml:space="preserve">3 </w:t>
            </w:r>
            <w:r w:rsidRPr="00944E35">
              <w:rPr>
                <w:rFonts w:hint="eastAsia"/>
                <w:sz w:val="24"/>
              </w:rPr>
              <w:t>in</w:t>
            </w:r>
            <w:r w:rsidRPr="00944E35">
              <w:rPr>
                <w:sz w:val="24"/>
              </w:rPr>
              <w:t xml:space="preserve"> </w:t>
            </w:r>
            <w:r>
              <w:rPr>
                <w:sz w:val="24"/>
              </w:rPr>
              <w:t>DMSO</w:t>
            </w:r>
          </w:p>
        </w:tc>
        <w:tc>
          <w:tcPr>
            <w:tcW w:w="803" w:type="dxa"/>
            <w:shd w:val="clear" w:color="auto" w:fill="auto"/>
            <w:vAlign w:val="center"/>
          </w:tcPr>
          <w:p w:rsidR="00DB7029" w:rsidRPr="00944E35" w:rsidRDefault="00DB7029" w:rsidP="00591BED">
            <w:pPr>
              <w:jc w:val="left"/>
              <w:rPr>
                <w:sz w:val="24"/>
              </w:rPr>
            </w:pPr>
            <w:r>
              <w:rPr>
                <w:sz w:val="24"/>
              </w:rPr>
              <w:t>1</w:t>
            </w:r>
            <w:r w:rsidR="00011DCD">
              <w:rPr>
                <w:sz w:val="24"/>
              </w:rPr>
              <w:t>5</w:t>
            </w:r>
          </w:p>
        </w:tc>
      </w:tr>
      <w:tr w:rsidR="00DB7029" w:rsidTr="00591BED">
        <w:trPr>
          <w:trHeight w:val="323"/>
        </w:trPr>
        <w:tc>
          <w:tcPr>
            <w:tcW w:w="8001" w:type="dxa"/>
            <w:shd w:val="clear" w:color="auto" w:fill="auto"/>
          </w:tcPr>
          <w:p w:rsidR="00DB7029" w:rsidRPr="00944E35" w:rsidRDefault="00283A04" w:rsidP="00011DCD">
            <w:pPr>
              <w:rPr>
                <w:sz w:val="24"/>
              </w:rPr>
            </w:pPr>
            <w:r w:rsidRPr="00302948">
              <w:rPr>
                <w:rFonts w:hint="eastAsia"/>
                <w:b/>
                <w:sz w:val="24"/>
              </w:rPr>
              <w:t>Figure</w:t>
            </w:r>
            <w:r w:rsidRPr="00F61FE1">
              <w:rPr>
                <w:rFonts w:hint="eastAsia"/>
                <w:b/>
                <w:sz w:val="24"/>
              </w:rPr>
              <w:t xml:space="preserve"> S</w:t>
            </w:r>
            <w:r>
              <w:rPr>
                <w:b/>
                <w:sz w:val="24"/>
              </w:rPr>
              <w:t>2</w:t>
            </w:r>
            <w:r w:rsidR="00011DCD">
              <w:rPr>
                <w:b/>
                <w:sz w:val="24"/>
              </w:rPr>
              <w:t>5</w:t>
            </w:r>
            <w:r w:rsidRPr="00944E35">
              <w:rPr>
                <w:rFonts w:hint="eastAsia"/>
                <w:sz w:val="24"/>
              </w:rPr>
              <w:t>.</w:t>
            </w:r>
            <w:r w:rsidRPr="00A26318">
              <w:rPr>
                <w:rFonts w:hint="eastAsia"/>
                <w:sz w:val="24"/>
              </w:rPr>
              <w:t xml:space="preserve"> The</w:t>
            </w:r>
            <w:r w:rsidRPr="00A26318">
              <w:rPr>
                <w:sz w:val="24"/>
                <w:vertAlign w:val="superscript"/>
              </w:rPr>
              <w:t xml:space="preserve"> </w:t>
            </w:r>
            <w:r>
              <w:rPr>
                <w:rFonts w:hint="eastAsia"/>
                <w:sz w:val="24"/>
              </w:rPr>
              <w:t>HRESI</w:t>
            </w:r>
            <w:r>
              <w:rPr>
                <w:sz w:val="24"/>
              </w:rPr>
              <w:t>MS</w:t>
            </w:r>
            <w:r w:rsidRPr="00A26318">
              <w:rPr>
                <w:sz w:val="24"/>
              </w:rPr>
              <w:t xml:space="preserve"> spectr</w:t>
            </w:r>
            <w:r>
              <w:rPr>
                <w:rFonts w:hint="eastAsia"/>
                <w:sz w:val="24"/>
              </w:rPr>
              <w:t>um</w:t>
            </w:r>
            <w:r w:rsidRPr="00A26318">
              <w:rPr>
                <w:sz w:val="24"/>
              </w:rPr>
              <w:t xml:space="preserve"> of</w:t>
            </w:r>
            <w:r>
              <w:rPr>
                <w:sz w:val="24"/>
              </w:rPr>
              <w:t xml:space="preserve"> </w:t>
            </w:r>
            <w:r>
              <w:rPr>
                <w:b/>
                <w:sz w:val="24"/>
              </w:rPr>
              <w:t>3</w:t>
            </w:r>
          </w:p>
        </w:tc>
        <w:tc>
          <w:tcPr>
            <w:tcW w:w="803" w:type="dxa"/>
            <w:shd w:val="clear" w:color="auto" w:fill="auto"/>
            <w:vAlign w:val="center"/>
          </w:tcPr>
          <w:p w:rsidR="00DB7029" w:rsidRPr="00944E35" w:rsidRDefault="00DB7029" w:rsidP="00591BED">
            <w:pPr>
              <w:jc w:val="left"/>
              <w:rPr>
                <w:sz w:val="24"/>
              </w:rPr>
            </w:pPr>
            <w:r>
              <w:rPr>
                <w:sz w:val="24"/>
              </w:rPr>
              <w:t>1</w:t>
            </w:r>
            <w:r w:rsidR="00011DCD">
              <w:rPr>
                <w:sz w:val="24"/>
              </w:rPr>
              <w:t>6</w:t>
            </w:r>
          </w:p>
        </w:tc>
      </w:tr>
      <w:tr w:rsidR="00283A04" w:rsidTr="00591BED">
        <w:trPr>
          <w:trHeight w:val="323"/>
        </w:trPr>
        <w:tc>
          <w:tcPr>
            <w:tcW w:w="8001" w:type="dxa"/>
            <w:shd w:val="clear" w:color="auto" w:fill="auto"/>
          </w:tcPr>
          <w:p w:rsidR="00283A04" w:rsidRPr="00E24EEB" w:rsidRDefault="00283A04" w:rsidP="00011DCD">
            <w:pPr>
              <w:pStyle w:val="a7"/>
              <w:widowControl/>
              <w:autoSpaceDE w:val="0"/>
              <w:autoSpaceDN w:val="0"/>
              <w:adjustRightInd w:val="0"/>
              <w:ind w:firstLineChars="0" w:firstLine="0"/>
              <w:outlineLvl w:val="0"/>
              <w:rPr>
                <w:rFonts w:ascii="Times New Roman" w:eastAsia="宋体" w:hAnsi="Times New Roman"/>
                <w:b/>
                <w:bCs/>
                <w:kern w:val="0"/>
                <w:sz w:val="24"/>
                <w:szCs w:val="24"/>
              </w:rPr>
            </w:pPr>
            <w:r w:rsidRPr="00302948">
              <w:rPr>
                <w:rFonts w:hint="eastAsia"/>
                <w:b/>
                <w:sz w:val="24"/>
              </w:rPr>
              <w:t xml:space="preserve">Figure </w:t>
            </w:r>
            <w:r w:rsidRPr="00E24895">
              <w:rPr>
                <w:rFonts w:hint="eastAsia"/>
                <w:b/>
                <w:sz w:val="24"/>
              </w:rPr>
              <w:t>S</w:t>
            </w:r>
            <w:r>
              <w:rPr>
                <w:b/>
                <w:sz w:val="24"/>
              </w:rPr>
              <w:t>2</w:t>
            </w:r>
            <w:r w:rsidR="00011DCD">
              <w:rPr>
                <w:b/>
                <w:sz w:val="24"/>
              </w:rPr>
              <w:t>6</w:t>
            </w:r>
            <w:r w:rsidRPr="00944E35">
              <w:rPr>
                <w:rFonts w:hint="eastAsia"/>
                <w:sz w:val="24"/>
              </w:rPr>
              <w:t>. The</w:t>
            </w:r>
            <w:r w:rsidRPr="00944E35">
              <w:rPr>
                <w:sz w:val="24"/>
                <w:vertAlign w:val="superscript"/>
              </w:rPr>
              <w:t xml:space="preserve"> 1</w:t>
            </w:r>
            <w:r w:rsidRPr="00944E35">
              <w:rPr>
                <w:sz w:val="24"/>
              </w:rPr>
              <w:t>H NMR spectr</w:t>
            </w:r>
            <w:r>
              <w:rPr>
                <w:rFonts w:hint="eastAsia"/>
                <w:sz w:val="24"/>
              </w:rPr>
              <w:t>um</w:t>
            </w:r>
            <w:r w:rsidRPr="00944E35">
              <w:rPr>
                <w:sz w:val="24"/>
              </w:rPr>
              <w:t xml:space="preserve"> of</w:t>
            </w:r>
            <w:r w:rsidRPr="003362AB">
              <w:rPr>
                <w:rFonts w:ascii="Times" w:hAnsi="Times" w:hint="eastAsia"/>
                <w:iCs/>
                <w:kern w:val="0"/>
                <w:sz w:val="24"/>
              </w:rPr>
              <w:t xml:space="preserve"> </w:t>
            </w:r>
            <w:r>
              <w:rPr>
                <w:b/>
                <w:sz w:val="24"/>
              </w:rPr>
              <w:t>4</w:t>
            </w:r>
            <w:r w:rsidRPr="00944E35">
              <w:rPr>
                <w:sz w:val="24"/>
              </w:rPr>
              <w:t xml:space="preserve"> in </w:t>
            </w:r>
            <w:r>
              <w:rPr>
                <w:sz w:val="24"/>
              </w:rPr>
              <w:t>DMSO</w:t>
            </w:r>
          </w:p>
        </w:tc>
        <w:tc>
          <w:tcPr>
            <w:tcW w:w="803" w:type="dxa"/>
            <w:shd w:val="clear" w:color="auto" w:fill="auto"/>
            <w:vAlign w:val="center"/>
          </w:tcPr>
          <w:p w:rsidR="00283A04" w:rsidRPr="00944E35" w:rsidRDefault="00011DCD" w:rsidP="00591BED">
            <w:pPr>
              <w:jc w:val="left"/>
              <w:rPr>
                <w:sz w:val="24"/>
              </w:rPr>
            </w:pPr>
            <w:r>
              <w:rPr>
                <w:sz w:val="24"/>
              </w:rPr>
              <w:t>16</w:t>
            </w:r>
          </w:p>
        </w:tc>
      </w:tr>
      <w:tr w:rsidR="00283A04" w:rsidTr="00591BED">
        <w:trPr>
          <w:trHeight w:val="323"/>
        </w:trPr>
        <w:tc>
          <w:tcPr>
            <w:tcW w:w="8001" w:type="dxa"/>
            <w:shd w:val="clear" w:color="auto" w:fill="auto"/>
          </w:tcPr>
          <w:p w:rsidR="00283A04" w:rsidRPr="00944E35" w:rsidRDefault="00283A04" w:rsidP="00011DCD">
            <w:pPr>
              <w:rPr>
                <w:sz w:val="24"/>
              </w:rPr>
            </w:pPr>
            <w:r w:rsidRPr="00302948">
              <w:rPr>
                <w:rFonts w:hint="eastAsia"/>
                <w:b/>
                <w:sz w:val="24"/>
              </w:rPr>
              <w:t>Figure</w:t>
            </w:r>
            <w:r w:rsidRPr="00F61FE1">
              <w:rPr>
                <w:rFonts w:hint="eastAsia"/>
                <w:b/>
                <w:sz w:val="24"/>
              </w:rPr>
              <w:t xml:space="preserve"> S</w:t>
            </w:r>
            <w:r>
              <w:rPr>
                <w:b/>
                <w:sz w:val="24"/>
              </w:rPr>
              <w:t>2</w:t>
            </w:r>
            <w:r w:rsidR="00011DCD">
              <w:rPr>
                <w:b/>
                <w:sz w:val="24"/>
              </w:rPr>
              <w:t>7</w:t>
            </w:r>
            <w:r w:rsidRPr="00944E35">
              <w:rPr>
                <w:rFonts w:hint="eastAsia"/>
                <w:sz w:val="24"/>
              </w:rPr>
              <w:t xml:space="preserve">. </w:t>
            </w:r>
            <w:r w:rsidRPr="00283A04">
              <w:rPr>
                <w:rFonts w:hint="eastAsia"/>
                <w:sz w:val="24"/>
              </w:rPr>
              <w:t>The</w:t>
            </w:r>
            <w:r w:rsidRPr="00283A04">
              <w:rPr>
                <w:sz w:val="24"/>
              </w:rPr>
              <w:t xml:space="preserve"> </w:t>
            </w:r>
            <w:smartTag w:uri="urn:schemas-microsoft-com:office:smarttags" w:element="chmetcnv">
              <w:smartTagPr>
                <w:attr w:name="UnitName" w:val="C"/>
                <w:attr w:name="SourceValue" w:val="13"/>
                <w:attr w:name="HasSpace" w:val="False"/>
                <w:attr w:name="Negative" w:val="False"/>
                <w:attr w:name="NumberType" w:val="1"/>
                <w:attr w:name="TCSC" w:val="0"/>
              </w:smartTagPr>
              <w:r w:rsidRPr="00283A04">
                <w:rPr>
                  <w:sz w:val="24"/>
                  <w:vertAlign w:val="superscript"/>
                </w:rPr>
                <w:t>13</w:t>
              </w:r>
              <w:r w:rsidRPr="00283A04">
                <w:rPr>
                  <w:sz w:val="24"/>
                </w:rPr>
                <w:t>C</w:t>
              </w:r>
            </w:smartTag>
            <w:r w:rsidRPr="00283A04">
              <w:rPr>
                <w:sz w:val="24"/>
              </w:rPr>
              <w:t xml:space="preserve"> NMR spectr</w:t>
            </w:r>
            <w:r w:rsidRPr="00283A04">
              <w:rPr>
                <w:rFonts w:hint="eastAsia"/>
                <w:sz w:val="24"/>
              </w:rPr>
              <w:t>um</w:t>
            </w:r>
            <w:r w:rsidRPr="00283A04">
              <w:rPr>
                <w:sz w:val="24"/>
              </w:rPr>
              <w:t xml:space="preserve"> of</w:t>
            </w:r>
            <w:r w:rsidRPr="00283A04">
              <w:rPr>
                <w:rFonts w:hint="eastAsia"/>
                <w:iCs/>
                <w:sz w:val="24"/>
              </w:rPr>
              <w:t xml:space="preserve"> </w:t>
            </w:r>
            <w:r>
              <w:rPr>
                <w:b/>
                <w:sz w:val="24"/>
              </w:rPr>
              <w:t>4</w:t>
            </w:r>
            <w:r w:rsidRPr="00283A04">
              <w:rPr>
                <w:sz w:val="24"/>
              </w:rPr>
              <w:t xml:space="preserve"> in DMSO</w:t>
            </w:r>
          </w:p>
        </w:tc>
        <w:tc>
          <w:tcPr>
            <w:tcW w:w="803" w:type="dxa"/>
            <w:shd w:val="clear" w:color="auto" w:fill="auto"/>
            <w:vAlign w:val="center"/>
          </w:tcPr>
          <w:p w:rsidR="00283A04" w:rsidRPr="00944E35" w:rsidRDefault="00283A04" w:rsidP="00591BED">
            <w:pPr>
              <w:jc w:val="left"/>
              <w:rPr>
                <w:sz w:val="24"/>
              </w:rPr>
            </w:pPr>
            <w:r>
              <w:rPr>
                <w:sz w:val="24"/>
              </w:rPr>
              <w:t>1</w:t>
            </w:r>
            <w:r w:rsidR="00011DCD">
              <w:rPr>
                <w:sz w:val="24"/>
              </w:rPr>
              <w:t>7</w:t>
            </w:r>
          </w:p>
        </w:tc>
      </w:tr>
      <w:tr w:rsidR="00283A04" w:rsidTr="00591BED">
        <w:trPr>
          <w:trHeight w:val="323"/>
        </w:trPr>
        <w:tc>
          <w:tcPr>
            <w:tcW w:w="8001" w:type="dxa"/>
            <w:shd w:val="clear" w:color="auto" w:fill="auto"/>
          </w:tcPr>
          <w:p w:rsidR="00283A04" w:rsidRPr="00CA471D" w:rsidRDefault="00283A04" w:rsidP="00011DCD">
            <w:pPr>
              <w:rPr>
                <w:kern w:val="0"/>
                <w:sz w:val="24"/>
              </w:rPr>
            </w:pPr>
            <w:r w:rsidRPr="00302948">
              <w:rPr>
                <w:rFonts w:hint="eastAsia"/>
                <w:b/>
                <w:sz w:val="24"/>
              </w:rPr>
              <w:t>Figure</w:t>
            </w:r>
            <w:r w:rsidRPr="00F61FE1">
              <w:rPr>
                <w:rFonts w:hint="eastAsia"/>
                <w:b/>
                <w:sz w:val="24"/>
              </w:rPr>
              <w:t xml:space="preserve"> S</w:t>
            </w:r>
            <w:r>
              <w:rPr>
                <w:b/>
                <w:sz w:val="24"/>
              </w:rPr>
              <w:t>2</w:t>
            </w:r>
            <w:r w:rsidR="00011DCD">
              <w:rPr>
                <w:b/>
                <w:sz w:val="24"/>
              </w:rPr>
              <w:t>8</w:t>
            </w:r>
            <w:r w:rsidRPr="00944E35">
              <w:rPr>
                <w:rFonts w:hint="eastAsia"/>
                <w:sz w:val="24"/>
              </w:rPr>
              <w:t>.</w:t>
            </w:r>
            <w:r w:rsidRPr="00A26318">
              <w:rPr>
                <w:rFonts w:hint="eastAsia"/>
                <w:sz w:val="24"/>
              </w:rPr>
              <w:t xml:space="preserve"> </w:t>
            </w:r>
            <w:r w:rsidRPr="00283A04">
              <w:rPr>
                <w:rFonts w:hint="eastAsia"/>
                <w:sz w:val="24"/>
              </w:rPr>
              <w:t>The</w:t>
            </w:r>
            <w:r w:rsidRPr="00283A04">
              <w:rPr>
                <w:rFonts w:hint="eastAsia"/>
                <w:b/>
                <w:sz w:val="24"/>
              </w:rPr>
              <w:t xml:space="preserve"> </w:t>
            </w:r>
            <w:r w:rsidRPr="00283A04">
              <w:rPr>
                <w:rFonts w:hint="eastAsia"/>
                <w:sz w:val="24"/>
              </w:rPr>
              <w:t>H</w:t>
            </w:r>
            <w:r w:rsidRPr="00283A04">
              <w:rPr>
                <w:sz w:val="24"/>
              </w:rPr>
              <w:t>S</w:t>
            </w:r>
            <w:r w:rsidRPr="00283A04">
              <w:rPr>
                <w:rFonts w:hint="eastAsia"/>
                <w:sz w:val="24"/>
              </w:rPr>
              <w:t>QC spectrum of</w:t>
            </w:r>
            <w:r>
              <w:rPr>
                <w:sz w:val="24"/>
              </w:rPr>
              <w:t xml:space="preserve"> </w:t>
            </w:r>
            <w:r>
              <w:rPr>
                <w:b/>
                <w:sz w:val="24"/>
              </w:rPr>
              <w:t>4</w:t>
            </w:r>
            <w:r w:rsidRPr="00283A04">
              <w:rPr>
                <w:rFonts w:hint="eastAsia"/>
                <w:sz w:val="24"/>
              </w:rPr>
              <w:t xml:space="preserve"> in</w:t>
            </w:r>
            <w:r w:rsidRPr="00283A04">
              <w:rPr>
                <w:sz w:val="24"/>
              </w:rPr>
              <w:t xml:space="preserve"> DMSO</w:t>
            </w:r>
          </w:p>
        </w:tc>
        <w:tc>
          <w:tcPr>
            <w:tcW w:w="803" w:type="dxa"/>
            <w:shd w:val="clear" w:color="auto" w:fill="auto"/>
            <w:vAlign w:val="center"/>
          </w:tcPr>
          <w:p w:rsidR="00283A04" w:rsidRPr="00944E35" w:rsidRDefault="00283A04" w:rsidP="00591BED">
            <w:pPr>
              <w:jc w:val="left"/>
              <w:rPr>
                <w:sz w:val="24"/>
              </w:rPr>
            </w:pPr>
            <w:r>
              <w:rPr>
                <w:sz w:val="24"/>
              </w:rPr>
              <w:t>1</w:t>
            </w:r>
            <w:r w:rsidR="00011DCD">
              <w:rPr>
                <w:sz w:val="24"/>
              </w:rPr>
              <w:t>7</w:t>
            </w:r>
          </w:p>
        </w:tc>
      </w:tr>
      <w:tr w:rsidR="00283A04" w:rsidTr="00591BED">
        <w:trPr>
          <w:trHeight w:val="323"/>
        </w:trPr>
        <w:tc>
          <w:tcPr>
            <w:tcW w:w="8001" w:type="dxa"/>
            <w:shd w:val="clear" w:color="auto" w:fill="auto"/>
          </w:tcPr>
          <w:p w:rsidR="00283A04" w:rsidRPr="00944E35" w:rsidRDefault="00283A04" w:rsidP="00011DCD">
            <w:pPr>
              <w:rPr>
                <w:sz w:val="24"/>
              </w:rPr>
            </w:pPr>
            <w:r w:rsidRPr="00302948">
              <w:rPr>
                <w:rFonts w:hint="eastAsia"/>
                <w:b/>
                <w:sz w:val="24"/>
              </w:rPr>
              <w:t>Figure</w:t>
            </w:r>
            <w:r w:rsidRPr="00F61FE1">
              <w:rPr>
                <w:rFonts w:hint="eastAsia"/>
                <w:b/>
                <w:sz w:val="24"/>
              </w:rPr>
              <w:t xml:space="preserve"> S</w:t>
            </w:r>
            <w:r>
              <w:rPr>
                <w:b/>
                <w:sz w:val="24"/>
              </w:rPr>
              <w:t>2</w:t>
            </w:r>
            <w:r w:rsidR="00011DCD">
              <w:rPr>
                <w:b/>
                <w:sz w:val="24"/>
              </w:rPr>
              <w:t>9</w:t>
            </w:r>
            <w:r w:rsidRPr="00944E35">
              <w:rPr>
                <w:rFonts w:hint="eastAsia"/>
                <w:sz w:val="24"/>
              </w:rPr>
              <w:t>. The</w:t>
            </w:r>
            <w:r w:rsidRPr="00944E35">
              <w:rPr>
                <w:rFonts w:hint="eastAsia"/>
                <w:b/>
                <w:sz w:val="24"/>
              </w:rPr>
              <w:t xml:space="preserve"> </w:t>
            </w:r>
            <w:r>
              <w:rPr>
                <w:rFonts w:hint="eastAsia"/>
                <w:sz w:val="24"/>
              </w:rPr>
              <w:t>HMBC spectrum of</w:t>
            </w:r>
            <w:r w:rsidRPr="003362AB">
              <w:rPr>
                <w:rFonts w:ascii="Times" w:hAnsi="Times" w:hint="eastAsia"/>
                <w:iCs/>
                <w:kern w:val="0"/>
                <w:sz w:val="24"/>
              </w:rPr>
              <w:t xml:space="preserve"> </w:t>
            </w:r>
            <w:r>
              <w:rPr>
                <w:b/>
                <w:sz w:val="24"/>
              </w:rPr>
              <w:t xml:space="preserve">4 </w:t>
            </w:r>
            <w:r w:rsidRPr="00944E35">
              <w:rPr>
                <w:rFonts w:hint="eastAsia"/>
                <w:sz w:val="24"/>
              </w:rPr>
              <w:t>in</w:t>
            </w:r>
            <w:r w:rsidRPr="00944E35">
              <w:rPr>
                <w:sz w:val="24"/>
              </w:rPr>
              <w:t xml:space="preserve"> </w:t>
            </w:r>
            <w:r>
              <w:rPr>
                <w:sz w:val="24"/>
              </w:rPr>
              <w:t>DMSO</w:t>
            </w:r>
          </w:p>
        </w:tc>
        <w:tc>
          <w:tcPr>
            <w:tcW w:w="803" w:type="dxa"/>
            <w:shd w:val="clear" w:color="auto" w:fill="auto"/>
            <w:vAlign w:val="center"/>
          </w:tcPr>
          <w:p w:rsidR="00283A04" w:rsidRPr="00944E35" w:rsidRDefault="00283A04" w:rsidP="00591BED">
            <w:pPr>
              <w:jc w:val="left"/>
              <w:rPr>
                <w:sz w:val="24"/>
              </w:rPr>
            </w:pPr>
            <w:r>
              <w:rPr>
                <w:sz w:val="24"/>
              </w:rPr>
              <w:t>1</w:t>
            </w:r>
            <w:r w:rsidR="00011DCD">
              <w:rPr>
                <w:sz w:val="24"/>
              </w:rPr>
              <w:t>8</w:t>
            </w:r>
          </w:p>
        </w:tc>
      </w:tr>
      <w:tr w:rsidR="00283A04" w:rsidTr="00591BED">
        <w:trPr>
          <w:trHeight w:val="323"/>
        </w:trPr>
        <w:tc>
          <w:tcPr>
            <w:tcW w:w="8001" w:type="dxa"/>
            <w:shd w:val="clear" w:color="auto" w:fill="auto"/>
          </w:tcPr>
          <w:p w:rsidR="00283A04" w:rsidRPr="00944E35" w:rsidRDefault="00283A04" w:rsidP="00011DCD">
            <w:pPr>
              <w:rPr>
                <w:sz w:val="24"/>
              </w:rPr>
            </w:pPr>
            <w:r w:rsidRPr="00302948">
              <w:rPr>
                <w:rFonts w:hint="eastAsia"/>
                <w:b/>
                <w:sz w:val="24"/>
              </w:rPr>
              <w:t>Figure</w:t>
            </w:r>
            <w:r w:rsidRPr="00F61FE1">
              <w:rPr>
                <w:rFonts w:hint="eastAsia"/>
                <w:b/>
                <w:sz w:val="24"/>
              </w:rPr>
              <w:t xml:space="preserve"> S</w:t>
            </w:r>
            <w:r w:rsidR="00011DCD">
              <w:rPr>
                <w:b/>
                <w:sz w:val="24"/>
              </w:rPr>
              <w:t>30</w:t>
            </w:r>
            <w:r w:rsidRPr="00944E35">
              <w:rPr>
                <w:rFonts w:hint="eastAsia"/>
                <w:sz w:val="24"/>
              </w:rPr>
              <w:t>.</w:t>
            </w:r>
            <w:r w:rsidRPr="00A26318">
              <w:rPr>
                <w:rFonts w:hint="eastAsia"/>
                <w:sz w:val="24"/>
              </w:rPr>
              <w:t xml:space="preserve"> The</w:t>
            </w:r>
            <w:r w:rsidRPr="00A26318">
              <w:rPr>
                <w:sz w:val="24"/>
                <w:vertAlign w:val="superscript"/>
              </w:rPr>
              <w:t xml:space="preserve"> </w:t>
            </w:r>
            <w:r>
              <w:rPr>
                <w:rFonts w:hint="eastAsia"/>
                <w:sz w:val="24"/>
              </w:rPr>
              <w:t>HRESI</w:t>
            </w:r>
            <w:r>
              <w:rPr>
                <w:sz w:val="24"/>
              </w:rPr>
              <w:t>MS</w:t>
            </w:r>
            <w:r w:rsidRPr="00A26318">
              <w:rPr>
                <w:sz w:val="24"/>
              </w:rPr>
              <w:t xml:space="preserve"> spectr</w:t>
            </w:r>
            <w:r>
              <w:rPr>
                <w:rFonts w:hint="eastAsia"/>
                <w:sz w:val="24"/>
              </w:rPr>
              <w:t>um</w:t>
            </w:r>
            <w:r w:rsidRPr="00A26318">
              <w:rPr>
                <w:sz w:val="24"/>
              </w:rPr>
              <w:t xml:space="preserve"> of</w:t>
            </w:r>
            <w:r>
              <w:rPr>
                <w:sz w:val="24"/>
              </w:rPr>
              <w:t xml:space="preserve"> </w:t>
            </w:r>
            <w:r>
              <w:rPr>
                <w:b/>
                <w:sz w:val="24"/>
              </w:rPr>
              <w:t>4</w:t>
            </w:r>
          </w:p>
        </w:tc>
        <w:tc>
          <w:tcPr>
            <w:tcW w:w="803" w:type="dxa"/>
            <w:shd w:val="clear" w:color="auto" w:fill="auto"/>
            <w:vAlign w:val="center"/>
          </w:tcPr>
          <w:p w:rsidR="00283A04" w:rsidRPr="00944E35" w:rsidRDefault="00283A04" w:rsidP="00591BED">
            <w:pPr>
              <w:jc w:val="left"/>
              <w:rPr>
                <w:sz w:val="24"/>
              </w:rPr>
            </w:pPr>
            <w:r>
              <w:rPr>
                <w:sz w:val="24"/>
              </w:rPr>
              <w:t>1</w:t>
            </w:r>
            <w:r w:rsidR="00011DCD">
              <w:rPr>
                <w:sz w:val="24"/>
              </w:rPr>
              <w:t>8</w:t>
            </w:r>
          </w:p>
        </w:tc>
      </w:tr>
      <w:tr w:rsidR="00283A04" w:rsidTr="00591BED">
        <w:trPr>
          <w:trHeight w:val="323"/>
        </w:trPr>
        <w:tc>
          <w:tcPr>
            <w:tcW w:w="8001" w:type="dxa"/>
            <w:shd w:val="clear" w:color="auto" w:fill="auto"/>
          </w:tcPr>
          <w:p w:rsidR="00283A04" w:rsidRPr="00E24EEB" w:rsidRDefault="00283A04" w:rsidP="00011DCD">
            <w:pPr>
              <w:pStyle w:val="a7"/>
              <w:widowControl/>
              <w:autoSpaceDE w:val="0"/>
              <w:autoSpaceDN w:val="0"/>
              <w:adjustRightInd w:val="0"/>
              <w:ind w:firstLineChars="0" w:firstLine="0"/>
              <w:outlineLvl w:val="0"/>
              <w:rPr>
                <w:rFonts w:ascii="Times New Roman" w:eastAsia="宋体" w:hAnsi="Times New Roman"/>
                <w:b/>
                <w:bCs/>
                <w:kern w:val="0"/>
                <w:sz w:val="24"/>
                <w:szCs w:val="24"/>
              </w:rPr>
            </w:pPr>
            <w:r w:rsidRPr="00302948">
              <w:rPr>
                <w:rFonts w:hint="eastAsia"/>
                <w:b/>
                <w:sz w:val="24"/>
              </w:rPr>
              <w:t xml:space="preserve">Figure </w:t>
            </w:r>
            <w:r w:rsidRPr="00E24895">
              <w:rPr>
                <w:rFonts w:hint="eastAsia"/>
                <w:b/>
                <w:sz w:val="24"/>
              </w:rPr>
              <w:t>S</w:t>
            </w:r>
            <w:r w:rsidR="00011DCD">
              <w:rPr>
                <w:b/>
                <w:sz w:val="24"/>
              </w:rPr>
              <w:t>31</w:t>
            </w:r>
            <w:r w:rsidRPr="00944E35">
              <w:rPr>
                <w:rFonts w:hint="eastAsia"/>
                <w:sz w:val="24"/>
              </w:rPr>
              <w:t>. The</w:t>
            </w:r>
            <w:r w:rsidRPr="00944E35">
              <w:rPr>
                <w:sz w:val="24"/>
                <w:vertAlign w:val="superscript"/>
              </w:rPr>
              <w:t xml:space="preserve"> 1</w:t>
            </w:r>
            <w:r w:rsidRPr="00944E35">
              <w:rPr>
                <w:sz w:val="24"/>
              </w:rPr>
              <w:t>H NMR spectr</w:t>
            </w:r>
            <w:r>
              <w:rPr>
                <w:rFonts w:hint="eastAsia"/>
                <w:sz w:val="24"/>
              </w:rPr>
              <w:t>um</w:t>
            </w:r>
            <w:r w:rsidRPr="00944E35">
              <w:rPr>
                <w:sz w:val="24"/>
              </w:rPr>
              <w:t xml:space="preserve"> of</w:t>
            </w:r>
            <w:r w:rsidRPr="003362AB">
              <w:rPr>
                <w:rFonts w:ascii="Times" w:hAnsi="Times" w:hint="eastAsia"/>
                <w:iCs/>
                <w:kern w:val="0"/>
                <w:sz w:val="24"/>
              </w:rPr>
              <w:t xml:space="preserve"> </w:t>
            </w:r>
            <w:r>
              <w:rPr>
                <w:b/>
                <w:sz w:val="24"/>
              </w:rPr>
              <w:t>5</w:t>
            </w:r>
            <w:r w:rsidRPr="00944E35">
              <w:rPr>
                <w:sz w:val="24"/>
              </w:rPr>
              <w:t xml:space="preserve"> in </w:t>
            </w:r>
            <w:r w:rsidR="00F60C8B" w:rsidRPr="00F60C8B">
              <w:rPr>
                <w:rFonts w:hint="eastAsia"/>
                <w:sz w:val="24"/>
              </w:rPr>
              <w:t>CDCl</w:t>
            </w:r>
            <w:r w:rsidR="00F60C8B" w:rsidRPr="00F60C8B">
              <w:rPr>
                <w:rFonts w:hint="eastAsia"/>
                <w:sz w:val="24"/>
                <w:vertAlign w:val="subscript"/>
              </w:rPr>
              <w:t>3</w:t>
            </w:r>
          </w:p>
        </w:tc>
        <w:tc>
          <w:tcPr>
            <w:tcW w:w="803" w:type="dxa"/>
            <w:shd w:val="clear" w:color="auto" w:fill="auto"/>
            <w:vAlign w:val="center"/>
          </w:tcPr>
          <w:p w:rsidR="00283A04" w:rsidRPr="00944E35" w:rsidRDefault="00283A04" w:rsidP="00591BED">
            <w:pPr>
              <w:jc w:val="left"/>
              <w:rPr>
                <w:sz w:val="24"/>
              </w:rPr>
            </w:pPr>
            <w:r>
              <w:rPr>
                <w:sz w:val="24"/>
              </w:rPr>
              <w:t>1</w:t>
            </w:r>
            <w:r w:rsidR="00011DCD">
              <w:rPr>
                <w:sz w:val="24"/>
              </w:rPr>
              <w:t>9</w:t>
            </w:r>
          </w:p>
        </w:tc>
      </w:tr>
      <w:tr w:rsidR="00283A04" w:rsidTr="00591BED">
        <w:trPr>
          <w:trHeight w:val="323"/>
        </w:trPr>
        <w:tc>
          <w:tcPr>
            <w:tcW w:w="8001" w:type="dxa"/>
            <w:shd w:val="clear" w:color="auto" w:fill="auto"/>
          </w:tcPr>
          <w:p w:rsidR="00283A04" w:rsidRPr="00944E35" w:rsidRDefault="00283A04" w:rsidP="00011DCD">
            <w:pPr>
              <w:rPr>
                <w:sz w:val="24"/>
              </w:rPr>
            </w:pPr>
            <w:r w:rsidRPr="00302948">
              <w:rPr>
                <w:rFonts w:hint="eastAsia"/>
                <w:b/>
                <w:sz w:val="24"/>
              </w:rPr>
              <w:t xml:space="preserve">Figure </w:t>
            </w:r>
            <w:r w:rsidRPr="00E24895">
              <w:rPr>
                <w:b/>
                <w:sz w:val="24"/>
              </w:rPr>
              <w:t>S</w:t>
            </w:r>
            <w:r>
              <w:rPr>
                <w:b/>
                <w:sz w:val="24"/>
              </w:rPr>
              <w:t>3</w:t>
            </w:r>
            <w:r w:rsidR="00011DCD">
              <w:rPr>
                <w:b/>
                <w:sz w:val="24"/>
              </w:rPr>
              <w:t>2</w:t>
            </w:r>
            <w:r w:rsidRPr="00944E35">
              <w:rPr>
                <w:sz w:val="24"/>
              </w:rPr>
              <w:t xml:space="preserve">. </w:t>
            </w:r>
            <w:r w:rsidRPr="00944E35">
              <w:rPr>
                <w:rFonts w:hint="eastAsia"/>
                <w:sz w:val="24"/>
              </w:rPr>
              <w:t>The</w:t>
            </w:r>
            <w:r w:rsidRPr="00944E35">
              <w:rPr>
                <w:sz w:val="24"/>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944E35">
                <w:rPr>
                  <w:sz w:val="24"/>
                  <w:vertAlign w:val="superscript"/>
                </w:rPr>
                <w:t>13</w:t>
              </w:r>
              <w:r w:rsidRPr="00944E35">
                <w:rPr>
                  <w:sz w:val="24"/>
                </w:rPr>
                <w:t>C</w:t>
              </w:r>
            </w:smartTag>
            <w:r w:rsidRPr="00944E35">
              <w:rPr>
                <w:sz w:val="24"/>
              </w:rPr>
              <w:t xml:space="preserve"> NMR spectr</w:t>
            </w:r>
            <w:r>
              <w:rPr>
                <w:rFonts w:hint="eastAsia"/>
                <w:sz w:val="24"/>
              </w:rPr>
              <w:t>um</w:t>
            </w:r>
            <w:r w:rsidRPr="00944E35">
              <w:rPr>
                <w:sz w:val="24"/>
              </w:rPr>
              <w:t xml:space="preserve"> of</w:t>
            </w:r>
            <w:r w:rsidRPr="003362AB">
              <w:rPr>
                <w:rFonts w:ascii="Times" w:hAnsi="Times" w:hint="eastAsia"/>
                <w:iCs/>
                <w:kern w:val="0"/>
                <w:sz w:val="24"/>
              </w:rPr>
              <w:t xml:space="preserve"> </w:t>
            </w:r>
            <w:r>
              <w:rPr>
                <w:b/>
                <w:sz w:val="24"/>
              </w:rPr>
              <w:t>5</w:t>
            </w:r>
            <w:r w:rsidRPr="00944E35">
              <w:rPr>
                <w:sz w:val="24"/>
              </w:rPr>
              <w:t xml:space="preserve"> in</w:t>
            </w:r>
            <w:r w:rsidR="00F60C8B" w:rsidRPr="00F60C8B">
              <w:rPr>
                <w:rFonts w:ascii="Times New Roman" w:eastAsia="宋体" w:hAnsi="Times New Roman" w:cs="Times New Roman" w:hint="eastAsia"/>
                <w:szCs w:val="24"/>
              </w:rPr>
              <w:t xml:space="preserve"> </w:t>
            </w:r>
            <w:r w:rsidR="00F60C8B" w:rsidRPr="00F60C8B">
              <w:rPr>
                <w:rFonts w:hint="eastAsia"/>
                <w:sz w:val="24"/>
              </w:rPr>
              <w:t>CDCl</w:t>
            </w:r>
            <w:r w:rsidR="00F60C8B" w:rsidRPr="00F60C8B">
              <w:rPr>
                <w:rFonts w:hint="eastAsia"/>
                <w:sz w:val="24"/>
                <w:vertAlign w:val="subscript"/>
              </w:rPr>
              <w:t>3</w:t>
            </w:r>
          </w:p>
        </w:tc>
        <w:tc>
          <w:tcPr>
            <w:tcW w:w="803" w:type="dxa"/>
            <w:shd w:val="clear" w:color="auto" w:fill="auto"/>
            <w:vAlign w:val="center"/>
          </w:tcPr>
          <w:p w:rsidR="00283A04" w:rsidRPr="00944E35" w:rsidRDefault="00283A04" w:rsidP="00591BED">
            <w:pPr>
              <w:jc w:val="left"/>
              <w:rPr>
                <w:sz w:val="24"/>
              </w:rPr>
            </w:pPr>
            <w:r>
              <w:rPr>
                <w:sz w:val="24"/>
              </w:rPr>
              <w:t>1</w:t>
            </w:r>
            <w:r w:rsidR="00011DCD">
              <w:rPr>
                <w:sz w:val="24"/>
              </w:rPr>
              <w:t>9</w:t>
            </w:r>
          </w:p>
        </w:tc>
      </w:tr>
      <w:tr w:rsidR="00283A04" w:rsidTr="00591BED">
        <w:trPr>
          <w:trHeight w:val="323"/>
        </w:trPr>
        <w:tc>
          <w:tcPr>
            <w:tcW w:w="8001" w:type="dxa"/>
            <w:shd w:val="clear" w:color="auto" w:fill="auto"/>
          </w:tcPr>
          <w:p w:rsidR="00283A04" w:rsidRPr="00944E35" w:rsidRDefault="00283A04" w:rsidP="00011DCD">
            <w:pPr>
              <w:rPr>
                <w:sz w:val="24"/>
              </w:rPr>
            </w:pPr>
            <w:r w:rsidRPr="00302948">
              <w:rPr>
                <w:rFonts w:hint="eastAsia"/>
                <w:b/>
                <w:sz w:val="24"/>
              </w:rPr>
              <w:t xml:space="preserve">Figure </w:t>
            </w:r>
            <w:r w:rsidRPr="00F61FE1">
              <w:rPr>
                <w:b/>
                <w:sz w:val="24"/>
              </w:rPr>
              <w:t>S</w:t>
            </w:r>
            <w:r>
              <w:rPr>
                <w:b/>
                <w:sz w:val="24"/>
              </w:rPr>
              <w:t>3</w:t>
            </w:r>
            <w:r w:rsidR="00011DCD">
              <w:rPr>
                <w:b/>
                <w:sz w:val="24"/>
              </w:rPr>
              <w:t>3</w:t>
            </w:r>
            <w:r w:rsidRPr="00944E35">
              <w:rPr>
                <w:sz w:val="24"/>
              </w:rPr>
              <w:t xml:space="preserve">. </w:t>
            </w:r>
            <w:r w:rsidRPr="00944E35">
              <w:rPr>
                <w:rFonts w:hint="eastAsia"/>
                <w:sz w:val="24"/>
              </w:rPr>
              <w:t>The</w:t>
            </w:r>
            <w:r w:rsidRPr="00D624E7">
              <w:rPr>
                <w:sz w:val="24"/>
              </w:rPr>
              <w:t xml:space="preserve"> </w:t>
            </w:r>
            <w:r w:rsidRPr="00D624E7">
              <w:rPr>
                <w:rFonts w:hint="eastAsia"/>
                <w:sz w:val="24"/>
              </w:rPr>
              <w:t>DEPT</w:t>
            </w:r>
            <w:r w:rsidRPr="00944E35">
              <w:rPr>
                <w:sz w:val="24"/>
              </w:rPr>
              <w:t xml:space="preserve"> spectr</w:t>
            </w:r>
            <w:r>
              <w:rPr>
                <w:rFonts w:hint="eastAsia"/>
                <w:sz w:val="24"/>
              </w:rPr>
              <w:t>um</w:t>
            </w:r>
            <w:r w:rsidRPr="00944E35">
              <w:rPr>
                <w:sz w:val="24"/>
              </w:rPr>
              <w:t xml:space="preserve"> of</w:t>
            </w:r>
            <w:r>
              <w:rPr>
                <w:sz w:val="24"/>
              </w:rPr>
              <w:t xml:space="preserve"> </w:t>
            </w:r>
            <w:r>
              <w:rPr>
                <w:b/>
                <w:sz w:val="24"/>
              </w:rPr>
              <w:t xml:space="preserve">5 </w:t>
            </w:r>
            <w:r w:rsidRPr="00944E35">
              <w:rPr>
                <w:sz w:val="24"/>
              </w:rPr>
              <w:t>in</w:t>
            </w:r>
            <w:r w:rsidR="00F60C8B" w:rsidRPr="00F60C8B">
              <w:rPr>
                <w:rFonts w:ascii="Times New Roman" w:eastAsia="宋体" w:hAnsi="Times New Roman" w:cs="Times New Roman" w:hint="eastAsia"/>
                <w:szCs w:val="24"/>
              </w:rPr>
              <w:t xml:space="preserve"> </w:t>
            </w:r>
            <w:r w:rsidR="00F60C8B" w:rsidRPr="00F60C8B">
              <w:rPr>
                <w:rFonts w:hint="eastAsia"/>
                <w:sz w:val="24"/>
              </w:rPr>
              <w:t>CDCl</w:t>
            </w:r>
            <w:r w:rsidR="00F60C8B" w:rsidRPr="00F60C8B">
              <w:rPr>
                <w:rFonts w:hint="eastAsia"/>
                <w:sz w:val="24"/>
                <w:vertAlign w:val="subscript"/>
              </w:rPr>
              <w:t>3</w:t>
            </w:r>
          </w:p>
        </w:tc>
        <w:tc>
          <w:tcPr>
            <w:tcW w:w="803" w:type="dxa"/>
            <w:shd w:val="clear" w:color="auto" w:fill="auto"/>
            <w:vAlign w:val="center"/>
          </w:tcPr>
          <w:p w:rsidR="00283A04" w:rsidRDefault="00011DCD" w:rsidP="00591BED">
            <w:pPr>
              <w:jc w:val="left"/>
              <w:rPr>
                <w:sz w:val="24"/>
              </w:rPr>
            </w:pPr>
            <w:r>
              <w:rPr>
                <w:sz w:val="24"/>
              </w:rPr>
              <w:t>20</w:t>
            </w:r>
          </w:p>
        </w:tc>
      </w:tr>
      <w:tr w:rsidR="00283A04" w:rsidTr="00591BED">
        <w:trPr>
          <w:trHeight w:val="323"/>
        </w:trPr>
        <w:tc>
          <w:tcPr>
            <w:tcW w:w="8001" w:type="dxa"/>
            <w:shd w:val="clear" w:color="auto" w:fill="auto"/>
          </w:tcPr>
          <w:p w:rsidR="00283A04" w:rsidRPr="00944E35" w:rsidRDefault="00283A04" w:rsidP="00011DCD">
            <w:pPr>
              <w:rPr>
                <w:sz w:val="24"/>
              </w:rPr>
            </w:pPr>
            <w:r w:rsidRPr="00302948">
              <w:rPr>
                <w:rFonts w:hint="eastAsia"/>
                <w:b/>
                <w:sz w:val="24"/>
              </w:rPr>
              <w:t xml:space="preserve">Figure </w:t>
            </w:r>
            <w:r w:rsidRPr="00F61FE1">
              <w:rPr>
                <w:b/>
                <w:sz w:val="24"/>
              </w:rPr>
              <w:t>S</w:t>
            </w:r>
            <w:r>
              <w:rPr>
                <w:b/>
                <w:sz w:val="24"/>
              </w:rPr>
              <w:t>3</w:t>
            </w:r>
            <w:r w:rsidR="00011DCD">
              <w:rPr>
                <w:b/>
                <w:sz w:val="24"/>
              </w:rPr>
              <w:t>4</w:t>
            </w:r>
            <w:r w:rsidRPr="00944E35">
              <w:rPr>
                <w:sz w:val="24"/>
              </w:rPr>
              <w:t>.</w:t>
            </w:r>
            <w:r w:rsidRPr="00944E35">
              <w:rPr>
                <w:rFonts w:hint="eastAsia"/>
                <w:sz w:val="24"/>
              </w:rPr>
              <w:t xml:space="preserve"> The</w:t>
            </w:r>
            <w:r w:rsidRPr="00944E35">
              <w:rPr>
                <w:rFonts w:hint="eastAsia"/>
                <w:b/>
                <w:sz w:val="24"/>
              </w:rPr>
              <w:t xml:space="preserve"> </w:t>
            </w:r>
            <w:r w:rsidRPr="00944E35">
              <w:rPr>
                <w:rFonts w:hint="eastAsia"/>
                <w:sz w:val="24"/>
              </w:rPr>
              <w:t>H</w:t>
            </w:r>
            <w:r>
              <w:rPr>
                <w:sz w:val="24"/>
              </w:rPr>
              <w:t>S</w:t>
            </w:r>
            <w:r w:rsidRPr="00944E35">
              <w:rPr>
                <w:rFonts w:hint="eastAsia"/>
                <w:sz w:val="24"/>
              </w:rPr>
              <w:t>QC spectrum of</w:t>
            </w:r>
            <w:r w:rsidRPr="003362AB">
              <w:rPr>
                <w:rFonts w:ascii="Times" w:hAnsi="Times" w:hint="eastAsia"/>
                <w:iCs/>
                <w:kern w:val="0"/>
                <w:sz w:val="24"/>
              </w:rPr>
              <w:t xml:space="preserve"> </w:t>
            </w:r>
            <w:r>
              <w:rPr>
                <w:b/>
                <w:sz w:val="24"/>
              </w:rPr>
              <w:t>5</w:t>
            </w:r>
            <w:r w:rsidRPr="00944E35">
              <w:rPr>
                <w:rFonts w:hint="eastAsia"/>
                <w:sz w:val="24"/>
              </w:rPr>
              <w:t xml:space="preserve"> in</w:t>
            </w:r>
            <w:r w:rsidR="00F60C8B" w:rsidRPr="00F60C8B">
              <w:rPr>
                <w:rFonts w:ascii="Times New Roman" w:eastAsia="宋体" w:hAnsi="Times New Roman" w:cs="Times New Roman" w:hint="eastAsia"/>
                <w:szCs w:val="24"/>
              </w:rPr>
              <w:t xml:space="preserve"> </w:t>
            </w:r>
            <w:r w:rsidR="00F60C8B" w:rsidRPr="00F60C8B">
              <w:rPr>
                <w:rFonts w:hint="eastAsia"/>
                <w:sz w:val="24"/>
              </w:rPr>
              <w:t>CDCl</w:t>
            </w:r>
            <w:r w:rsidR="00F60C8B" w:rsidRPr="00F60C8B">
              <w:rPr>
                <w:rFonts w:hint="eastAsia"/>
                <w:sz w:val="24"/>
                <w:vertAlign w:val="subscript"/>
              </w:rPr>
              <w:t>3</w:t>
            </w:r>
          </w:p>
        </w:tc>
        <w:tc>
          <w:tcPr>
            <w:tcW w:w="803" w:type="dxa"/>
            <w:shd w:val="clear" w:color="auto" w:fill="auto"/>
            <w:vAlign w:val="center"/>
          </w:tcPr>
          <w:p w:rsidR="00283A04" w:rsidRDefault="00011DCD" w:rsidP="00591BED">
            <w:pPr>
              <w:jc w:val="left"/>
              <w:rPr>
                <w:sz w:val="24"/>
              </w:rPr>
            </w:pPr>
            <w:r>
              <w:rPr>
                <w:sz w:val="24"/>
              </w:rPr>
              <w:t>20</w:t>
            </w:r>
          </w:p>
        </w:tc>
      </w:tr>
      <w:tr w:rsidR="00283A04" w:rsidTr="00591BED">
        <w:trPr>
          <w:trHeight w:val="323"/>
        </w:trPr>
        <w:tc>
          <w:tcPr>
            <w:tcW w:w="8001" w:type="dxa"/>
            <w:shd w:val="clear" w:color="auto" w:fill="auto"/>
          </w:tcPr>
          <w:p w:rsidR="00283A04" w:rsidRPr="00CA471D" w:rsidRDefault="00283A04" w:rsidP="00011DCD">
            <w:pPr>
              <w:rPr>
                <w:kern w:val="0"/>
                <w:sz w:val="24"/>
              </w:rPr>
            </w:pPr>
            <w:r w:rsidRPr="00302948">
              <w:rPr>
                <w:rFonts w:hint="eastAsia"/>
                <w:b/>
                <w:sz w:val="24"/>
              </w:rPr>
              <w:t>Figure</w:t>
            </w:r>
            <w:r w:rsidRPr="00F61FE1">
              <w:rPr>
                <w:rFonts w:hint="eastAsia"/>
                <w:b/>
                <w:sz w:val="24"/>
              </w:rPr>
              <w:t xml:space="preserve"> S</w:t>
            </w:r>
            <w:r>
              <w:rPr>
                <w:b/>
                <w:sz w:val="24"/>
              </w:rPr>
              <w:t>3</w:t>
            </w:r>
            <w:r w:rsidR="00011DCD">
              <w:rPr>
                <w:b/>
                <w:sz w:val="24"/>
              </w:rPr>
              <w:t>5</w:t>
            </w:r>
            <w:r w:rsidRPr="00944E35">
              <w:rPr>
                <w:rFonts w:hint="eastAsia"/>
                <w:sz w:val="24"/>
              </w:rPr>
              <w:t>. The</w:t>
            </w:r>
            <w:r w:rsidRPr="00944E35">
              <w:rPr>
                <w:rFonts w:hint="eastAsia"/>
                <w:b/>
                <w:sz w:val="24"/>
              </w:rPr>
              <w:t xml:space="preserve"> </w:t>
            </w:r>
            <w:r>
              <w:rPr>
                <w:rFonts w:hint="eastAsia"/>
                <w:sz w:val="24"/>
              </w:rPr>
              <w:t>HMBC spectrum of</w:t>
            </w:r>
            <w:r w:rsidRPr="003362AB">
              <w:rPr>
                <w:rFonts w:ascii="Times" w:hAnsi="Times" w:hint="eastAsia"/>
                <w:iCs/>
                <w:kern w:val="0"/>
                <w:sz w:val="24"/>
              </w:rPr>
              <w:t xml:space="preserve"> </w:t>
            </w:r>
            <w:r>
              <w:rPr>
                <w:b/>
                <w:sz w:val="24"/>
              </w:rPr>
              <w:t xml:space="preserve">5 </w:t>
            </w:r>
            <w:r w:rsidRPr="00944E35">
              <w:rPr>
                <w:rFonts w:hint="eastAsia"/>
                <w:sz w:val="24"/>
              </w:rPr>
              <w:t>in</w:t>
            </w:r>
            <w:r w:rsidRPr="00944E35">
              <w:rPr>
                <w:sz w:val="24"/>
              </w:rPr>
              <w:t xml:space="preserve"> </w:t>
            </w:r>
            <w:r w:rsidR="00F60C8B" w:rsidRPr="00F60C8B">
              <w:rPr>
                <w:rFonts w:hint="eastAsia"/>
                <w:sz w:val="24"/>
              </w:rPr>
              <w:t>CDCl</w:t>
            </w:r>
            <w:r w:rsidR="00F60C8B" w:rsidRPr="00F60C8B">
              <w:rPr>
                <w:rFonts w:hint="eastAsia"/>
                <w:sz w:val="24"/>
                <w:vertAlign w:val="subscript"/>
              </w:rPr>
              <w:t>3</w:t>
            </w:r>
          </w:p>
        </w:tc>
        <w:tc>
          <w:tcPr>
            <w:tcW w:w="803" w:type="dxa"/>
            <w:shd w:val="clear" w:color="auto" w:fill="auto"/>
            <w:vAlign w:val="center"/>
          </w:tcPr>
          <w:p w:rsidR="00283A04" w:rsidRDefault="00405EE7" w:rsidP="00591BED">
            <w:pPr>
              <w:jc w:val="left"/>
              <w:rPr>
                <w:sz w:val="24"/>
              </w:rPr>
            </w:pPr>
            <w:r>
              <w:rPr>
                <w:rFonts w:hint="eastAsia"/>
                <w:sz w:val="24"/>
              </w:rPr>
              <w:t>2</w:t>
            </w:r>
            <w:r w:rsidR="00011DCD">
              <w:rPr>
                <w:sz w:val="24"/>
              </w:rPr>
              <w:t>1</w:t>
            </w:r>
          </w:p>
        </w:tc>
      </w:tr>
      <w:tr w:rsidR="00283A04" w:rsidTr="00591BED">
        <w:trPr>
          <w:trHeight w:val="323"/>
        </w:trPr>
        <w:tc>
          <w:tcPr>
            <w:tcW w:w="8001" w:type="dxa"/>
            <w:shd w:val="clear" w:color="auto" w:fill="auto"/>
          </w:tcPr>
          <w:p w:rsidR="00283A04" w:rsidRPr="00944E35" w:rsidRDefault="00283A04" w:rsidP="00011DCD">
            <w:pPr>
              <w:rPr>
                <w:sz w:val="24"/>
              </w:rPr>
            </w:pPr>
            <w:r w:rsidRPr="00302948">
              <w:rPr>
                <w:rFonts w:hint="eastAsia"/>
                <w:b/>
                <w:sz w:val="24"/>
              </w:rPr>
              <w:t>Figure</w:t>
            </w:r>
            <w:r w:rsidRPr="00F61FE1">
              <w:rPr>
                <w:rFonts w:hint="eastAsia"/>
                <w:b/>
                <w:sz w:val="24"/>
              </w:rPr>
              <w:t xml:space="preserve"> S</w:t>
            </w:r>
            <w:r>
              <w:rPr>
                <w:b/>
                <w:sz w:val="24"/>
              </w:rPr>
              <w:t>3</w:t>
            </w:r>
            <w:r w:rsidR="00011DCD">
              <w:rPr>
                <w:b/>
                <w:sz w:val="24"/>
              </w:rPr>
              <w:t>6</w:t>
            </w:r>
            <w:r w:rsidRPr="00944E35">
              <w:rPr>
                <w:rFonts w:hint="eastAsia"/>
                <w:sz w:val="24"/>
              </w:rPr>
              <w:t>.</w:t>
            </w:r>
            <w:r w:rsidRPr="00A26318">
              <w:rPr>
                <w:rFonts w:hint="eastAsia"/>
                <w:sz w:val="24"/>
              </w:rPr>
              <w:t xml:space="preserve"> The</w:t>
            </w:r>
            <w:r w:rsidRPr="00A26318">
              <w:rPr>
                <w:sz w:val="24"/>
                <w:vertAlign w:val="superscript"/>
              </w:rPr>
              <w:t xml:space="preserve"> </w:t>
            </w:r>
            <w:r>
              <w:rPr>
                <w:rFonts w:hint="eastAsia"/>
                <w:sz w:val="24"/>
              </w:rPr>
              <w:t>HRESI</w:t>
            </w:r>
            <w:r>
              <w:rPr>
                <w:sz w:val="24"/>
              </w:rPr>
              <w:t>MS</w:t>
            </w:r>
            <w:r w:rsidRPr="00A26318">
              <w:rPr>
                <w:sz w:val="24"/>
              </w:rPr>
              <w:t xml:space="preserve"> spectr</w:t>
            </w:r>
            <w:r>
              <w:rPr>
                <w:rFonts w:hint="eastAsia"/>
                <w:sz w:val="24"/>
              </w:rPr>
              <w:t>um</w:t>
            </w:r>
            <w:r w:rsidRPr="00A26318">
              <w:rPr>
                <w:sz w:val="24"/>
              </w:rPr>
              <w:t xml:space="preserve"> of</w:t>
            </w:r>
            <w:r>
              <w:rPr>
                <w:sz w:val="24"/>
              </w:rPr>
              <w:t xml:space="preserve"> </w:t>
            </w:r>
            <w:r>
              <w:rPr>
                <w:b/>
                <w:sz w:val="24"/>
              </w:rPr>
              <w:t>5</w:t>
            </w:r>
          </w:p>
        </w:tc>
        <w:tc>
          <w:tcPr>
            <w:tcW w:w="803" w:type="dxa"/>
            <w:shd w:val="clear" w:color="auto" w:fill="auto"/>
            <w:vAlign w:val="center"/>
          </w:tcPr>
          <w:p w:rsidR="00283A04" w:rsidRDefault="00405EE7" w:rsidP="00591BED">
            <w:pPr>
              <w:jc w:val="left"/>
              <w:rPr>
                <w:sz w:val="24"/>
              </w:rPr>
            </w:pPr>
            <w:r>
              <w:rPr>
                <w:rFonts w:hint="eastAsia"/>
                <w:sz w:val="24"/>
              </w:rPr>
              <w:t>2</w:t>
            </w:r>
            <w:r w:rsidR="00011DCD">
              <w:rPr>
                <w:sz w:val="24"/>
              </w:rPr>
              <w:t>1</w:t>
            </w:r>
          </w:p>
        </w:tc>
      </w:tr>
      <w:tr w:rsidR="00283A04" w:rsidTr="00591BED">
        <w:trPr>
          <w:trHeight w:val="323"/>
        </w:trPr>
        <w:tc>
          <w:tcPr>
            <w:tcW w:w="8001" w:type="dxa"/>
            <w:shd w:val="clear" w:color="auto" w:fill="auto"/>
          </w:tcPr>
          <w:p w:rsidR="00283A04" w:rsidRPr="00E24EEB" w:rsidRDefault="00283A04" w:rsidP="00011DCD">
            <w:pPr>
              <w:pStyle w:val="a7"/>
              <w:widowControl/>
              <w:autoSpaceDE w:val="0"/>
              <w:autoSpaceDN w:val="0"/>
              <w:adjustRightInd w:val="0"/>
              <w:ind w:firstLineChars="0" w:firstLine="0"/>
              <w:outlineLvl w:val="0"/>
              <w:rPr>
                <w:rFonts w:ascii="Times New Roman" w:eastAsia="宋体" w:hAnsi="Times New Roman"/>
                <w:b/>
                <w:bCs/>
                <w:kern w:val="0"/>
                <w:sz w:val="24"/>
                <w:szCs w:val="24"/>
              </w:rPr>
            </w:pPr>
            <w:r w:rsidRPr="00302948">
              <w:rPr>
                <w:rFonts w:hint="eastAsia"/>
                <w:b/>
                <w:sz w:val="24"/>
              </w:rPr>
              <w:t xml:space="preserve">Figure </w:t>
            </w:r>
            <w:r w:rsidRPr="00E24895">
              <w:rPr>
                <w:rFonts w:hint="eastAsia"/>
                <w:b/>
                <w:sz w:val="24"/>
              </w:rPr>
              <w:t>S</w:t>
            </w:r>
            <w:r>
              <w:rPr>
                <w:b/>
                <w:sz w:val="24"/>
              </w:rPr>
              <w:t>3</w:t>
            </w:r>
            <w:r w:rsidR="00011DCD">
              <w:rPr>
                <w:b/>
                <w:sz w:val="24"/>
              </w:rPr>
              <w:t>7</w:t>
            </w:r>
            <w:r w:rsidRPr="00944E35">
              <w:rPr>
                <w:rFonts w:hint="eastAsia"/>
                <w:sz w:val="24"/>
              </w:rPr>
              <w:t>. The</w:t>
            </w:r>
            <w:r w:rsidRPr="00944E35">
              <w:rPr>
                <w:sz w:val="24"/>
                <w:vertAlign w:val="superscript"/>
              </w:rPr>
              <w:t xml:space="preserve"> 1</w:t>
            </w:r>
            <w:r w:rsidRPr="00944E35">
              <w:rPr>
                <w:sz w:val="24"/>
              </w:rPr>
              <w:t>H NMR spectr</w:t>
            </w:r>
            <w:r>
              <w:rPr>
                <w:rFonts w:hint="eastAsia"/>
                <w:sz w:val="24"/>
              </w:rPr>
              <w:t>um</w:t>
            </w:r>
            <w:r w:rsidRPr="00944E35">
              <w:rPr>
                <w:sz w:val="24"/>
              </w:rPr>
              <w:t xml:space="preserve"> of</w:t>
            </w:r>
            <w:r w:rsidRPr="003362AB">
              <w:rPr>
                <w:rFonts w:ascii="Times" w:hAnsi="Times" w:hint="eastAsia"/>
                <w:iCs/>
                <w:kern w:val="0"/>
                <w:sz w:val="24"/>
              </w:rPr>
              <w:t xml:space="preserve"> </w:t>
            </w:r>
            <w:r>
              <w:rPr>
                <w:b/>
                <w:sz w:val="24"/>
              </w:rPr>
              <w:t>6</w:t>
            </w:r>
            <w:r w:rsidRPr="00944E35">
              <w:rPr>
                <w:sz w:val="24"/>
              </w:rPr>
              <w:t xml:space="preserve"> in </w:t>
            </w:r>
            <w:r>
              <w:rPr>
                <w:sz w:val="24"/>
              </w:rPr>
              <w:t>DMSO</w:t>
            </w:r>
          </w:p>
        </w:tc>
        <w:tc>
          <w:tcPr>
            <w:tcW w:w="803" w:type="dxa"/>
            <w:shd w:val="clear" w:color="auto" w:fill="auto"/>
            <w:vAlign w:val="center"/>
          </w:tcPr>
          <w:p w:rsidR="00283A04" w:rsidRDefault="00405EE7" w:rsidP="00591BED">
            <w:pPr>
              <w:jc w:val="left"/>
              <w:rPr>
                <w:sz w:val="24"/>
              </w:rPr>
            </w:pPr>
            <w:r>
              <w:rPr>
                <w:rFonts w:hint="eastAsia"/>
                <w:sz w:val="24"/>
              </w:rPr>
              <w:t>2</w:t>
            </w:r>
            <w:r w:rsidR="00011DCD">
              <w:rPr>
                <w:sz w:val="24"/>
              </w:rPr>
              <w:t>2</w:t>
            </w:r>
          </w:p>
        </w:tc>
      </w:tr>
      <w:tr w:rsidR="00283A04" w:rsidTr="00591BED">
        <w:trPr>
          <w:trHeight w:val="323"/>
        </w:trPr>
        <w:tc>
          <w:tcPr>
            <w:tcW w:w="8001" w:type="dxa"/>
            <w:shd w:val="clear" w:color="auto" w:fill="auto"/>
          </w:tcPr>
          <w:p w:rsidR="00283A04" w:rsidRPr="00944E35" w:rsidRDefault="00283A04" w:rsidP="00011DCD">
            <w:pPr>
              <w:rPr>
                <w:sz w:val="24"/>
              </w:rPr>
            </w:pPr>
            <w:r w:rsidRPr="00302948">
              <w:rPr>
                <w:rFonts w:hint="eastAsia"/>
                <w:b/>
                <w:sz w:val="24"/>
              </w:rPr>
              <w:t xml:space="preserve">Figure </w:t>
            </w:r>
            <w:r w:rsidRPr="00E24895">
              <w:rPr>
                <w:b/>
                <w:sz w:val="24"/>
              </w:rPr>
              <w:t>S</w:t>
            </w:r>
            <w:r>
              <w:rPr>
                <w:b/>
                <w:sz w:val="24"/>
              </w:rPr>
              <w:t>3</w:t>
            </w:r>
            <w:r w:rsidR="00011DCD">
              <w:rPr>
                <w:b/>
                <w:sz w:val="24"/>
              </w:rPr>
              <w:t>8</w:t>
            </w:r>
            <w:r w:rsidRPr="00944E35">
              <w:rPr>
                <w:sz w:val="24"/>
              </w:rPr>
              <w:t xml:space="preserve">. </w:t>
            </w:r>
            <w:r w:rsidRPr="00944E35">
              <w:rPr>
                <w:rFonts w:hint="eastAsia"/>
                <w:sz w:val="24"/>
              </w:rPr>
              <w:t>The</w:t>
            </w:r>
            <w:r w:rsidRPr="00944E35">
              <w:rPr>
                <w:sz w:val="24"/>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944E35">
                <w:rPr>
                  <w:sz w:val="24"/>
                  <w:vertAlign w:val="superscript"/>
                </w:rPr>
                <w:t>13</w:t>
              </w:r>
              <w:r w:rsidRPr="00944E35">
                <w:rPr>
                  <w:sz w:val="24"/>
                </w:rPr>
                <w:t>C</w:t>
              </w:r>
            </w:smartTag>
            <w:r w:rsidRPr="00944E35">
              <w:rPr>
                <w:sz w:val="24"/>
              </w:rPr>
              <w:t xml:space="preserve"> NMR spectr</w:t>
            </w:r>
            <w:r>
              <w:rPr>
                <w:rFonts w:hint="eastAsia"/>
                <w:sz w:val="24"/>
              </w:rPr>
              <w:t>um</w:t>
            </w:r>
            <w:r w:rsidRPr="00944E35">
              <w:rPr>
                <w:sz w:val="24"/>
              </w:rPr>
              <w:t xml:space="preserve"> of</w:t>
            </w:r>
            <w:r w:rsidRPr="003362AB">
              <w:rPr>
                <w:rFonts w:ascii="Times" w:hAnsi="Times" w:hint="eastAsia"/>
                <w:iCs/>
                <w:kern w:val="0"/>
                <w:sz w:val="24"/>
              </w:rPr>
              <w:t xml:space="preserve"> </w:t>
            </w:r>
            <w:r>
              <w:rPr>
                <w:b/>
                <w:sz w:val="24"/>
              </w:rPr>
              <w:t>6</w:t>
            </w:r>
            <w:r w:rsidRPr="00944E35">
              <w:rPr>
                <w:sz w:val="24"/>
              </w:rPr>
              <w:t xml:space="preserve"> in </w:t>
            </w:r>
            <w:r w:rsidRPr="009745FB">
              <w:rPr>
                <w:sz w:val="24"/>
              </w:rPr>
              <w:t>DMSO</w:t>
            </w:r>
          </w:p>
        </w:tc>
        <w:tc>
          <w:tcPr>
            <w:tcW w:w="803" w:type="dxa"/>
            <w:shd w:val="clear" w:color="auto" w:fill="auto"/>
            <w:vAlign w:val="center"/>
          </w:tcPr>
          <w:p w:rsidR="00283A04" w:rsidRDefault="00405EE7" w:rsidP="00591BED">
            <w:pPr>
              <w:jc w:val="left"/>
              <w:rPr>
                <w:sz w:val="24"/>
              </w:rPr>
            </w:pPr>
            <w:r>
              <w:rPr>
                <w:rFonts w:hint="eastAsia"/>
                <w:sz w:val="24"/>
              </w:rPr>
              <w:t>2</w:t>
            </w:r>
            <w:r w:rsidR="00011DCD">
              <w:rPr>
                <w:sz w:val="24"/>
              </w:rPr>
              <w:t>2</w:t>
            </w:r>
          </w:p>
        </w:tc>
      </w:tr>
      <w:tr w:rsidR="00283A04" w:rsidTr="00591BED">
        <w:trPr>
          <w:trHeight w:val="323"/>
        </w:trPr>
        <w:tc>
          <w:tcPr>
            <w:tcW w:w="8001" w:type="dxa"/>
            <w:shd w:val="clear" w:color="auto" w:fill="auto"/>
          </w:tcPr>
          <w:p w:rsidR="00283A04" w:rsidRPr="00944E35" w:rsidRDefault="00283A04" w:rsidP="00011DCD">
            <w:pPr>
              <w:rPr>
                <w:sz w:val="24"/>
              </w:rPr>
            </w:pPr>
            <w:r w:rsidRPr="00302948">
              <w:rPr>
                <w:rFonts w:hint="eastAsia"/>
                <w:b/>
                <w:sz w:val="24"/>
              </w:rPr>
              <w:t xml:space="preserve">Figure </w:t>
            </w:r>
            <w:r w:rsidRPr="00F61FE1">
              <w:rPr>
                <w:b/>
                <w:sz w:val="24"/>
              </w:rPr>
              <w:t>S</w:t>
            </w:r>
            <w:r>
              <w:rPr>
                <w:b/>
                <w:sz w:val="24"/>
              </w:rPr>
              <w:t>3</w:t>
            </w:r>
            <w:r w:rsidR="00011DCD">
              <w:rPr>
                <w:b/>
                <w:sz w:val="24"/>
              </w:rPr>
              <w:t>9</w:t>
            </w:r>
            <w:r w:rsidRPr="00944E35">
              <w:rPr>
                <w:sz w:val="24"/>
              </w:rPr>
              <w:t xml:space="preserve">. </w:t>
            </w:r>
            <w:r w:rsidRPr="00944E35">
              <w:rPr>
                <w:rFonts w:hint="eastAsia"/>
                <w:sz w:val="24"/>
              </w:rPr>
              <w:t>The</w:t>
            </w:r>
            <w:r w:rsidRPr="00D624E7">
              <w:rPr>
                <w:sz w:val="24"/>
              </w:rPr>
              <w:t xml:space="preserve"> </w:t>
            </w:r>
            <w:r w:rsidRPr="00D624E7">
              <w:rPr>
                <w:rFonts w:hint="eastAsia"/>
                <w:sz w:val="24"/>
              </w:rPr>
              <w:t>DEPT</w:t>
            </w:r>
            <w:r w:rsidRPr="00944E35">
              <w:rPr>
                <w:sz w:val="24"/>
              </w:rPr>
              <w:t xml:space="preserve"> spectr</w:t>
            </w:r>
            <w:r>
              <w:rPr>
                <w:rFonts w:hint="eastAsia"/>
                <w:sz w:val="24"/>
              </w:rPr>
              <w:t>um</w:t>
            </w:r>
            <w:r w:rsidRPr="00944E35">
              <w:rPr>
                <w:sz w:val="24"/>
              </w:rPr>
              <w:t xml:space="preserve"> of</w:t>
            </w:r>
            <w:r>
              <w:rPr>
                <w:sz w:val="24"/>
              </w:rPr>
              <w:t xml:space="preserve"> </w:t>
            </w:r>
            <w:r>
              <w:rPr>
                <w:b/>
                <w:sz w:val="24"/>
              </w:rPr>
              <w:t xml:space="preserve">6 </w:t>
            </w:r>
            <w:r w:rsidRPr="00944E35">
              <w:rPr>
                <w:sz w:val="24"/>
              </w:rPr>
              <w:t xml:space="preserve">in </w:t>
            </w:r>
            <w:r>
              <w:rPr>
                <w:sz w:val="24"/>
              </w:rPr>
              <w:t>DMSO</w:t>
            </w:r>
          </w:p>
        </w:tc>
        <w:tc>
          <w:tcPr>
            <w:tcW w:w="803" w:type="dxa"/>
            <w:shd w:val="clear" w:color="auto" w:fill="auto"/>
            <w:vAlign w:val="center"/>
          </w:tcPr>
          <w:p w:rsidR="00283A04" w:rsidRDefault="00405EE7" w:rsidP="00591BED">
            <w:pPr>
              <w:jc w:val="left"/>
              <w:rPr>
                <w:sz w:val="24"/>
              </w:rPr>
            </w:pPr>
            <w:r>
              <w:rPr>
                <w:rFonts w:hint="eastAsia"/>
                <w:sz w:val="24"/>
              </w:rPr>
              <w:t>2</w:t>
            </w:r>
            <w:r w:rsidR="00011DCD">
              <w:rPr>
                <w:sz w:val="24"/>
              </w:rPr>
              <w:t>3</w:t>
            </w:r>
          </w:p>
        </w:tc>
      </w:tr>
      <w:tr w:rsidR="00283A04" w:rsidTr="00591BED">
        <w:trPr>
          <w:trHeight w:val="323"/>
        </w:trPr>
        <w:tc>
          <w:tcPr>
            <w:tcW w:w="8001" w:type="dxa"/>
            <w:shd w:val="clear" w:color="auto" w:fill="auto"/>
          </w:tcPr>
          <w:p w:rsidR="00283A04" w:rsidRPr="00944E35" w:rsidRDefault="00283A04" w:rsidP="00011DCD">
            <w:pPr>
              <w:rPr>
                <w:sz w:val="24"/>
              </w:rPr>
            </w:pPr>
            <w:r w:rsidRPr="00302948">
              <w:rPr>
                <w:rFonts w:hint="eastAsia"/>
                <w:b/>
                <w:sz w:val="24"/>
              </w:rPr>
              <w:lastRenderedPageBreak/>
              <w:t xml:space="preserve">Figure </w:t>
            </w:r>
            <w:r w:rsidRPr="00F61FE1">
              <w:rPr>
                <w:b/>
                <w:sz w:val="24"/>
              </w:rPr>
              <w:t>S</w:t>
            </w:r>
            <w:r w:rsidR="00011DCD">
              <w:rPr>
                <w:b/>
                <w:sz w:val="24"/>
              </w:rPr>
              <w:t>40</w:t>
            </w:r>
            <w:r w:rsidRPr="00944E35">
              <w:rPr>
                <w:sz w:val="24"/>
              </w:rPr>
              <w:t>.</w:t>
            </w:r>
            <w:r w:rsidRPr="00944E35">
              <w:rPr>
                <w:rFonts w:hint="eastAsia"/>
                <w:sz w:val="24"/>
              </w:rPr>
              <w:t xml:space="preserve"> The</w:t>
            </w:r>
            <w:r w:rsidRPr="00944E35">
              <w:rPr>
                <w:rFonts w:hint="eastAsia"/>
                <w:b/>
                <w:sz w:val="24"/>
              </w:rPr>
              <w:t xml:space="preserve"> </w:t>
            </w:r>
            <w:r w:rsidRPr="00944E35">
              <w:rPr>
                <w:rFonts w:hint="eastAsia"/>
                <w:sz w:val="24"/>
              </w:rPr>
              <w:t>H</w:t>
            </w:r>
            <w:r>
              <w:rPr>
                <w:sz w:val="24"/>
              </w:rPr>
              <w:t>S</w:t>
            </w:r>
            <w:r w:rsidRPr="00944E35">
              <w:rPr>
                <w:rFonts w:hint="eastAsia"/>
                <w:sz w:val="24"/>
              </w:rPr>
              <w:t>QC spectrum of</w:t>
            </w:r>
            <w:r w:rsidRPr="003362AB">
              <w:rPr>
                <w:rFonts w:ascii="Times" w:hAnsi="Times" w:hint="eastAsia"/>
                <w:iCs/>
                <w:kern w:val="0"/>
                <w:sz w:val="24"/>
              </w:rPr>
              <w:t xml:space="preserve"> </w:t>
            </w:r>
            <w:r>
              <w:rPr>
                <w:b/>
                <w:sz w:val="24"/>
              </w:rPr>
              <w:t>6</w:t>
            </w:r>
            <w:r w:rsidRPr="00944E35">
              <w:rPr>
                <w:rFonts w:hint="eastAsia"/>
                <w:sz w:val="24"/>
              </w:rPr>
              <w:t xml:space="preserve"> in</w:t>
            </w:r>
            <w:r>
              <w:t xml:space="preserve"> </w:t>
            </w:r>
            <w:r w:rsidRPr="009745FB">
              <w:rPr>
                <w:sz w:val="24"/>
              </w:rPr>
              <w:t>DMSO</w:t>
            </w:r>
          </w:p>
        </w:tc>
        <w:tc>
          <w:tcPr>
            <w:tcW w:w="803" w:type="dxa"/>
            <w:shd w:val="clear" w:color="auto" w:fill="auto"/>
            <w:vAlign w:val="center"/>
          </w:tcPr>
          <w:p w:rsidR="00283A04" w:rsidRDefault="00405EE7" w:rsidP="00591BED">
            <w:pPr>
              <w:jc w:val="left"/>
              <w:rPr>
                <w:sz w:val="24"/>
              </w:rPr>
            </w:pPr>
            <w:r>
              <w:rPr>
                <w:rFonts w:hint="eastAsia"/>
                <w:sz w:val="24"/>
              </w:rPr>
              <w:t>2</w:t>
            </w:r>
            <w:r w:rsidR="00011DCD">
              <w:rPr>
                <w:sz w:val="24"/>
              </w:rPr>
              <w:t>3</w:t>
            </w:r>
          </w:p>
        </w:tc>
      </w:tr>
      <w:tr w:rsidR="00283A04" w:rsidTr="00591BED">
        <w:trPr>
          <w:trHeight w:val="323"/>
        </w:trPr>
        <w:tc>
          <w:tcPr>
            <w:tcW w:w="8001" w:type="dxa"/>
            <w:shd w:val="clear" w:color="auto" w:fill="auto"/>
          </w:tcPr>
          <w:p w:rsidR="00283A04" w:rsidRPr="00CA471D" w:rsidRDefault="00283A04" w:rsidP="00011DCD">
            <w:pPr>
              <w:rPr>
                <w:kern w:val="0"/>
                <w:sz w:val="24"/>
              </w:rPr>
            </w:pPr>
            <w:r w:rsidRPr="00302948">
              <w:rPr>
                <w:rFonts w:hint="eastAsia"/>
                <w:b/>
                <w:sz w:val="24"/>
              </w:rPr>
              <w:t>Figure</w:t>
            </w:r>
            <w:r w:rsidRPr="00F61FE1">
              <w:rPr>
                <w:rFonts w:hint="eastAsia"/>
                <w:b/>
                <w:sz w:val="24"/>
              </w:rPr>
              <w:t xml:space="preserve"> S</w:t>
            </w:r>
            <w:r w:rsidR="00011DCD">
              <w:rPr>
                <w:b/>
                <w:sz w:val="24"/>
              </w:rPr>
              <w:t>41</w:t>
            </w:r>
            <w:r w:rsidRPr="00944E35">
              <w:rPr>
                <w:rFonts w:hint="eastAsia"/>
                <w:sz w:val="24"/>
              </w:rPr>
              <w:t>. The</w:t>
            </w:r>
            <w:r w:rsidRPr="00944E35">
              <w:rPr>
                <w:rFonts w:hint="eastAsia"/>
                <w:b/>
                <w:sz w:val="24"/>
              </w:rPr>
              <w:t xml:space="preserve"> </w:t>
            </w:r>
            <w:r>
              <w:rPr>
                <w:rFonts w:hint="eastAsia"/>
                <w:sz w:val="24"/>
              </w:rPr>
              <w:t>HMBC spectrum of</w:t>
            </w:r>
            <w:r w:rsidRPr="003362AB">
              <w:rPr>
                <w:rFonts w:ascii="Times" w:hAnsi="Times" w:hint="eastAsia"/>
                <w:iCs/>
                <w:kern w:val="0"/>
                <w:sz w:val="24"/>
              </w:rPr>
              <w:t xml:space="preserve"> </w:t>
            </w:r>
            <w:r>
              <w:rPr>
                <w:b/>
                <w:sz w:val="24"/>
              </w:rPr>
              <w:t xml:space="preserve">6 </w:t>
            </w:r>
            <w:r w:rsidRPr="00944E35">
              <w:rPr>
                <w:rFonts w:hint="eastAsia"/>
                <w:sz w:val="24"/>
              </w:rPr>
              <w:t>in</w:t>
            </w:r>
            <w:r w:rsidRPr="00944E35">
              <w:rPr>
                <w:sz w:val="24"/>
              </w:rPr>
              <w:t xml:space="preserve"> </w:t>
            </w:r>
            <w:r>
              <w:rPr>
                <w:sz w:val="24"/>
              </w:rPr>
              <w:t>DMSO</w:t>
            </w:r>
          </w:p>
        </w:tc>
        <w:tc>
          <w:tcPr>
            <w:tcW w:w="803" w:type="dxa"/>
            <w:shd w:val="clear" w:color="auto" w:fill="auto"/>
            <w:vAlign w:val="center"/>
          </w:tcPr>
          <w:p w:rsidR="00283A04" w:rsidRDefault="00405EE7" w:rsidP="00591BED">
            <w:pPr>
              <w:jc w:val="left"/>
              <w:rPr>
                <w:sz w:val="24"/>
              </w:rPr>
            </w:pPr>
            <w:r>
              <w:rPr>
                <w:rFonts w:hint="eastAsia"/>
                <w:sz w:val="24"/>
              </w:rPr>
              <w:t>2</w:t>
            </w:r>
            <w:r w:rsidR="00011DCD">
              <w:rPr>
                <w:sz w:val="24"/>
              </w:rPr>
              <w:t>4</w:t>
            </w:r>
          </w:p>
        </w:tc>
      </w:tr>
      <w:tr w:rsidR="00283A04" w:rsidTr="00591BED">
        <w:trPr>
          <w:trHeight w:val="323"/>
        </w:trPr>
        <w:tc>
          <w:tcPr>
            <w:tcW w:w="8001" w:type="dxa"/>
            <w:shd w:val="clear" w:color="auto" w:fill="auto"/>
          </w:tcPr>
          <w:p w:rsidR="00283A04" w:rsidRPr="00944E35" w:rsidRDefault="00283A04" w:rsidP="00011DCD">
            <w:pPr>
              <w:rPr>
                <w:sz w:val="24"/>
              </w:rPr>
            </w:pPr>
            <w:r w:rsidRPr="00302948">
              <w:rPr>
                <w:rFonts w:hint="eastAsia"/>
                <w:b/>
                <w:sz w:val="24"/>
              </w:rPr>
              <w:t>Figure</w:t>
            </w:r>
            <w:r w:rsidRPr="00F61FE1">
              <w:rPr>
                <w:rFonts w:hint="eastAsia"/>
                <w:b/>
                <w:sz w:val="24"/>
              </w:rPr>
              <w:t xml:space="preserve"> S</w:t>
            </w:r>
            <w:r>
              <w:rPr>
                <w:b/>
                <w:sz w:val="24"/>
              </w:rPr>
              <w:t>4</w:t>
            </w:r>
            <w:r w:rsidR="00011DCD">
              <w:rPr>
                <w:b/>
                <w:sz w:val="24"/>
              </w:rPr>
              <w:t>2</w:t>
            </w:r>
            <w:r w:rsidRPr="00944E35">
              <w:rPr>
                <w:rFonts w:hint="eastAsia"/>
                <w:sz w:val="24"/>
              </w:rPr>
              <w:t>.</w:t>
            </w:r>
            <w:r w:rsidRPr="00A26318">
              <w:rPr>
                <w:rFonts w:hint="eastAsia"/>
                <w:sz w:val="24"/>
              </w:rPr>
              <w:t xml:space="preserve"> The</w:t>
            </w:r>
            <w:r w:rsidRPr="00A26318">
              <w:rPr>
                <w:sz w:val="24"/>
                <w:vertAlign w:val="superscript"/>
              </w:rPr>
              <w:t xml:space="preserve"> </w:t>
            </w:r>
            <w:r>
              <w:rPr>
                <w:rFonts w:hint="eastAsia"/>
                <w:sz w:val="24"/>
              </w:rPr>
              <w:t>HRESI</w:t>
            </w:r>
            <w:r>
              <w:rPr>
                <w:sz w:val="24"/>
              </w:rPr>
              <w:t>MS</w:t>
            </w:r>
            <w:r w:rsidRPr="00A26318">
              <w:rPr>
                <w:sz w:val="24"/>
              </w:rPr>
              <w:t xml:space="preserve"> spectr</w:t>
            </w:r>
            <w:r>
              <w:rPr>
                <w:rFonts w:hint="eastAsia"/>
                <w:sz w:val="24"/>
              </w:rPr>
              <w:t>um</w:t>
            </w:r>
            <w:r w:rsidRPr="00A26318">
              <w:rPr>
                <w:sz w:val="24"/>
              </w:rPr>
              <w:t xml:space="preserve"> of</w:t>
            </w:r>
            <w:r>
              <w:rPr>
                <w:sz w:val="24"/>
              </w:rPr>
              <w:t xml:space="preserve"> </w:t>
            </w:r>
            <w:r w:rsidR="007B72B0">
              <w:rPr>
                <w:b/>
                <w:sz w:val="24"/>
              </w:rPr>
              <w:t>7</w:t>
            </w:r>
          </w:p>
        </w:tc>
        <w:tc>
          <w:tcPr>
            <w:tcW w:w="803" w:type="dxa"/>
            <w:shd w:val="clear" w:color="auto" w:fill="auto"/>
            <w:vAlign w:val="center"/>
          </w:tcPr>
          <w:p w:rsidR="00283A04" w:rsidRDefault="00405EE7" w:rsidP="00591BED">
            <w:pPr>
              <w:jc w:val="left"/>
              <w:rPr>
                <w:sz w:val="24"/>
              </w:rPr>
            </w:pPr>
            <w:r>
              <w:rPr>
                <w:rFonts w:hint="eastAsia"/>
                <w:sz w:val="24"/>
              </w:rPr>
              <w:t>2</w:t>
            </w:r>
            <w:r w:rsidR="00011DCD">
              <w:rPr>
                <w:sz w:val="24"/>
              </w:rPr>
              <w:t>4</w:t>
            </w:r>
          </w:p>
        </w:tc>
      </w:tr>
      <w:tr w:rsidR="00283A04" w:rsidTr="00591BED">
        <w:trPr>
          <w:trHeight w:val="323"/>
        </w:trPr>
        <w:tc>
          <w:tcPr>
            <w:tcW w:w="8001" w:type="dxa"/>
            <w:shd w:val="clear" w:color="auto" w:fill="auto"/>
          </w:tcPr>
          <w:p w:rsidR="00283A04" w:rsidRPr="00E24EEB" w:rsidRDefault="00283A04" w:rsidP="00011DCD">
            <w:pPr>
              <w:pStyle w:val="a7"/>
              <w:widowControl/>
              <w:autoSpaceDE w:val="0"/>
              <w:autoSpaceDN w:val="0"/>
              <w:adjustRightInd w:val="0"/>
              <w:ind w:firstLineChars="0" w:firstLine="0"/>
              <w:outlineLvl w:val="0"/>
              <w:rPr>
                <w:rFonts w:ascii="Times New Roman" w:eastAsia="宋体" w:hAnsi="Times New Roman"/>
                <w:b/>
                <w:bCs/>
                <w:kern w:val="0"/>
                <w:sz w:val="24"/>
                <w:szCs w:val="24"/>
              </w:rPr>
            </w:pPr>
            <w:r w:rsidRPr="00302948">
              <w:rPr>
                <w:rFonts w:hint="eastAsia"/>
                <w:b/>
                <w:sz w:val="24"/>
              </w:rPr>
              <w:t xml:space="preserve">Figure </w:t>
            </w:r>
            <w:r w:rsidRPr="00E24895">
              <w:rPr>
                <w:rFonts w:hint="eastAsia"/>
                <w:b/>
                <w:sz w:val="24"/>
              </w:rPr>
              <w:t>S</w:t>
            </w:r>
            <w:r w:rsidR="00BD2A22">
              <w:rPr>
                <w:b/>
                <w:sz w:val="24"/>
              </w:rPr>
              <w:t>4</w:t>
            </w:r>
            <w:r w:rsidR="00011DCD">
              <w:rPr>
                <w:b/>
                <w:sz w:val="24"/>
              </w:rPr>
              <w:t>3</w:t>
            </w:r>
            <w:r w:rsidRPr="00944E35">
              <w:rPr>
                <w:rFonts w:hint="eastAsia"/>
                <w:sz w:val="24"/>
              </w:rPr>
              <w:t>. The</w:t>
            </w:r>
            <w:r w:rsidRPr="00944E35">
              <w:rPr>
                <w:sz w:val="24"/>
                <w:vertAlign w:val="superscript"/>
              </w:rPr>
              <w:t xml:space="preserve"> 1</w:t>
            </w:r>
            <w:r w:rsidRPr="00944E35">
              <w:rPr>
                <w:sz w:val="24"/>
              </w:rPr>
              <w:t>H NMR spectr</w:t>
            </w:r>
            <w:r>
              <w:rPr>
                <w:rFonts w:hint="eastAsia"/>
                <w:sz w:val="24"/>
              </w:rPr>
              <w:t>um</w:t>
            </w:r>
            <w:r w:rsidRPr="00944E35">
              <w:rPr>
                <w:sz w:val="24"/>
              </w:rPr>
              <w:t xml:space="preserve"> of</w:t>
            </w:r>
            <w:r w:rsidRPr="003362AB">
              <w:rPr>
                <w:rFonts w:ascii="Times" w:hAnsi="Times" w:hint="eastAsia"/>
                <w:iCs/>
                <w:kern w:val="0"/>
                <w:sz w:val="24"/>
              </w:rPr>
              <w:t xml:space="preserve"> </w:t>
            </w:r>
            <w:r w:rsidR="007B72B0">
              <w:rPr>
                <w:b/>
                <w:sz w:val="24"/>
              </w:rPr>
              <w:t>7</w:t>
            </w:r>
            <w:r w:rsidRPr="00944E35">
              <w:rPr>
                <w:sz w:val="24"/>
              </w:rPr>
              <w:t xml:space="preserve"> in </w:t>
            </w:r>
            <w:r>
              <w:rPr>
                <w:sz w:val="24"/>
              </w:rPr>
              <w:t>DMSO</w:t>
            </w:r>
          </w:p>
        </w:tc>
        <w:tc>
          <w:tcPr>
            <w:tcW w:w="803" w:type="dxa"/>
            <w:shd w:val="clear" w:color="auto" w:fill="auto"/>
            <w:vAlign w:val="center"/>
          </w:tcPr>
          <w:p w:rsidR="00283A04" w:rsidRDefault="00405EE7" w:rsidP="00591BED">
            <w:pPr>
              <w:jc w:val="left"/>
              <w:rPr>
                <w:sz w:val="24"/>
              </w:rPr>
            </w:pPr>
            <w:r>
              <w:rPr>
                <w:rFonts w:hint="eastAsia"/>
                <w:sz w:val="24"/>
              </w:rPr>
              <w:t>2</w:t>
            </w:r>
            <w:r w:rsidR="00011DCD">
              <w:rPr>
                <w:sz w:val="24"/>
              </w:rPr>
              <w:t>5</w:t>
            </w:r>
          </w:p>
        </w:tc>
      </w:tr>
      <w:tr w:rsidR="00283A04" w:rsidTr="00591BED">
        <w:trPr>
          <w:trHeight w:val="323"/>
        </w:trPr>
        <w:tc>
          <w:tcPr>
            <w:tcW w:w="8001" w:type="dxa"/>
            <w:shd w:val="clear" w:color="auto" w:fill="auto"/>
          </w:tcPr>
          <w:p w:rsidR="00283A04" w:rsidRPr="00944E35" w:rsidRDefault="00283A04" w:rsidP="00011DCD">
            <w:pPr>
              <w:rPr>
                <w:sz w:val="24"/>
              </w:rPr>
            </w:pPr>
            <w:r w:rsidRPr="00302948">
              <w:rPr>
                <w:rFonts w:hint="eastAsia"/>
                <w:b/>
                <w:sz w:val="24"/>
              </w:rPr>
              <w:t xml:space="preserve">Figure </w:t>
            </w:r>
            <w:r w:rsidRPr="00E24895">
              <w:rPr>
                <w:b/>
                <w:sz w:val="24"/>
              </w:rPr>
              <w:t>S</w:t>
            </w:r>
            <w:r w:rsidR="00BD2A22">
              <w:rPr>
                <w:b/>
                <w:sz w:val="24"/>
              </w:rPr>
              <w:t>4</w:t>
            </w:r>
            <w:r w:rsidR="00011DCD">
              <w:rPr>
                <w:b/>
                <w:sz w:val="24"/>
              </w:rPr>
              <w:t>4</w:t>
            </w:r>
            <w:r w:rsidRPr="00944E35">
              <w:rPr>
                <w:sz w:val="24"/>
              </w:rPr>
              <w:t xml:space="preserve">. </w:t>
            </w:r>
            <w:r w:rsidRPr="00944E35">
              <w:rPr>
                <w:rFonts w:hint="eastAsia"/>
                <w:sz w:val="24"/>
              </w:rPr>
              <w:t>The</w:t>
            </w:r>
            <w:r w:rsidRPr="00944E35">
              <w:rPr>
                <w:sz w:val="24"/>
              </w:rPr>
              <w:t xml:space="preserve"> </w:t>
            </w:r>
            <w:smartTag w:uri="urn:schemas-microsoft-com:office:smarttags" w:element="chmetcnv">
              <w:smartTagPr>
                <w:attr w:name="UnitName" w:val="C"/>
                <w:attr w:name="SourceValue" w:val="13"/>
                <w:attr w:name="HasSpace" w:val="False"/>
                <w:attr w:name="Negative" w:val="False"/>
                <w:attr w:name="NumberType" w:val="1"/>
                <w:attr w:name="TCSC" w:val="0"/>
              </w:smartTagPr>
              <w:r w:rsidRPr="00944E35">
                <w:rPr>
                  <w:sz w:val="24"/>
                  <w:vertAlign w:val="superscript"/>
                </w:rPr>
                <w:t>13</w:t>
              </w:r>
              <w:r w:rsidRPr="00944E35">
                <w:rPr>
                  <w:sz w:val="24"/>
                </w:rPr>
                <w:t>C</w:t>
              </w:r>
            </w:smartTag>
            <w:r w:rsidRPr="00944E35">
              <w:rPr>
                <w:sz w:val="24"/>
              </w:rPr>
              <w:t xml:space="preserve"> NMR spectr</w:t>
            </w:r>
            <w:r>
              <w:rPr>
                <w:rFonts w:hint="eastAsia"/>
                <w:sz w:val="24"/>
              </w:rPr>
              <w:t>um</w:t>
            </w:r>
            <w:r w:rsidRPr="00944E35">
              <w:rPr>
                <w:sz w:val="24"/>
              </w:rPr>
              <w:t xml:space="preserve"> of</w:t>
            </w:r>
            <w:r w:rsidRPr="003362AB">
              <w:rPr>
                <w:rFonts w:ascii="Times" w:hAnsi="Times" w:hint="eastAsia"/>
                <w:iCs/>
                <w:kern w:val="0"/>
                <w:sz w:val="24"/>
              </w:rPr>
              <w:t xml:space="preserve"> </w:t>
            </w:r>
            <w:r w:rsidR="007B72B0">
              <w:rPr>
                <w:b/>
                <w:sz w:val="24"/>
              </w:rPr>
              <w:t>7</w:t>
            </w:r>
            <w:r w:rsidRPr="00944E35">
              <w:rPr>
                <w:sz w:val="24"/>
              </w:rPr>
              <w:t xml:space="preserve"> in </w:t>
            </w:r>
            <w:r w:rsidRPr="009745FB">
              <w:rPr>
                <w:sz w:val="24"/>
              </w:rPr>
              <w:t>DMSO</w:t>
            </w:r>
          </w:p>
        </w:tc>
        <w:tc>
          <w:tcPr>
            <w:tcW w:w="803" w:type="dxa"/>
            <w:shd w:val="clear" w:color="auto" w:fill="auto"/>
            <w:vAlign w:val="center"/>
          </w:tcPr>
          <w:p w:rsidR="00283A04" w:rsidRDefault="00405EE7" w:rsidP="00591BED">
            <w:pPr>
              <w:jc w:val="left"/>
              <w:rPr>
                <w:sz w:val="24"/>
              </w:rPr>
            </w:pPr>
            <w:r>
              <w:rPr>
                <w:rFonts w:hint="eastAsia"/>
                <w:sz w:val="24"/>
              </w:rPr>
              <w:t>2</w:t>
            </w:r>
            <w:r w:rsidR="00011DCD">
              <w:rPr>
                <w:sz w:val="24"/>
              </w:rPr>
              <w:t>5</w:t>
            </w:r>
          </w:p>
        </w:tc>
      </w:tr>
      <w:tr w:rsidR="00283A04" w:rsidTr="00591BED">
        <w:trPr>
          <w:trHeight w:val="323"/>
        </w:trPr>
        <w:tc>
          <w:tcPr>
            <w:tcW w:w="8001" w:type="dxa"/>
            <w:shd w:val="clear" w:color="auto" w:fill="auto"/>
          </w:tcPr>
          <w:p w:rsidR="00283A04" w:rsidRPr="00944E35" w:rsidRDefault="00283A04" w:rsidP="00011DCD">
            <w:pPr>
              <w:rPr>
                <w:sz w:val="24"/>
              </w:rPr>
            </w:pPr>
            <w:r w:rsidRPr="00302948">
              <w:rPr>
                <w:rFonts w:hint="eastAsia"/>
                <w:b/>
                <w:sz w:val="24"/>
              </w:rPr>
              <w:t xml:space="preserve">Figure </w:t>
            </w:r>
            <w:r w:rsidRPr="00F61FE1">
              <w:rPr>
                <w:b/>
                <w:sz w:val="24"/>
              </w:rPr>
              <w:t>S</w:t>
            </w:r>
            <w:r w:rsidR="00BD2A22">
              <w:rPr>
                <w:b/>
                <w:sz w:val="24"/>
              </w:rPr>
              <w:t>4</w:t>
            </w:r>
            <w:r w:rsidR="00011DCD">
              <w:rPr>
                <w:b/>
                <w:sz w:val="24"/>
              </w:rPr>
              <w:t>5</w:t>
            </w:r>
            <w:r w:rsidRPr="00944E35">
              <w:rPr>
                <w:sz w:val="24"/>
              </w:rPr>
              <w:t xml:space="preserve">. </w:t>
            </w:r>
            <w:r w:rsidRPr="00944E35">
              <w:rPr>
                <w:rFonts w:hint="eastAsia"/>
                <w:sz w:val="24"/>
              </w:rPr>
              <w:t>The</w:t>
            </w:r>
            <w:r w:rsidRPr="00D624E7">
              <w:rPr>
                <w:sz w:val="24"/>
              </w:rPr>
              <w:t xml:space="preserve"> </w:t>
            </w:r>
            <w:r w:rsidRPr="00D624E7">
              <w:rPr>
                <w:rFonts w:hint="eastAsia"/>
                <w:sz w:val="24"/>
              </w:rPr>
              <w:t>DEPT</w:t>
            </w:r>
            <w:r w:rsidRPr="00944E35">
              <w:rPr>
                <w:sz w:val="24"/>
              </w:rPr>
              <w:t xml:space="preserve"> spectr</w:t>
            </w:r>
            <w:r>
              <w:rPr>
                <w:rFonts w:hint="eastAsia"/>
                <w:sz w:val="24"/>
              </w:rPr>
              <w:t>um</w:t>
            </w:r>
            <w:r w:rsidRPr="00944E35">
              <w:rPr>
                <w:sz w:val="24"/>
              </w:rPr>
              <w:t xml:space="preserve"> of</w:t>
            </w:r>
            <w:r>
              <w:rPr>
                <w:sz w:val="24"/>
              </w:rPr>
              <w:t xml:space="preserve"> </w:t>
            </w:r>
            <w:r w:rsidR="007B72B0">
              <w:rPr>
                <w:b/>
                <w:sz w:val="24"/>
              </w:rPr>
              <w:t>7</w:t>
            </w:r>
            <w:r>
              <w:rPr>
                <w:b/>
                <w:sz w:val="24"/>
              </w:rPr>
              <w:t xml:space="preserve"> </w:t>
            </w:r>
            <w:r w:rsidRPr="00944E35">
              <w:rPr>
                <w:sz w:val="24"/>
              </w:rPr>
              <w:t xml:space="preserve">in </w:t>
            </w:r>
            <w:r>
              <w:rPr>
                <w:sz w:val="24"/>
              </w:rPr>
              <w:t>DMSO</w:t>
            </w:r>
          </w:p>
        </w:tc>
        <w:tc>
          <w:tcPr>
            <w:tcW w:w="803" w:type="dxa"/>
            <w:shd w:val="clear" w:color="auto" w:fill="auto"/>
            <w:vAlign w:val="center"/>
          </w:tcPr>
          <w:p w:rsidR="00283A04" w:rsidRDefault="00405EE7" w:rsidP="00591BED">
            <w:pPr>
              <w:jc w:val="left"/>
              <w:rPr>
                <w:sz w:val="24"/>
              </w:rPr>
            </w:pPr>
            <w:r>
              <w:rPr>
                <w:rFonts w:hint="eastAsia"/>
                <w:sz w:val="24"/>
              </w:rPr>
              <w:t>2</w:t>
            </w:r>
            <w:r w:rsidR="00011DCD">
              <w:rPr>
                <w:sz w:val="24"/>
              </w:rPr>
              <w:t>6</w:t>
            </w:r>
          </w:p>
        </w:tc>
      </w:tr>
      <w:tr w:rsidR="00283A04" w:rsidTr="00591BED">
        <w:trPr>
          <w:trHeight w:val="323"/>
        </w:trPr>
        <w:tc>
          <w:tcPr>
            <w:tcW w:w="8001" w:type="dxa"/>
            <w:shd w:val="clear" w:color="auto" w:fill="auto"/>
          </w:tcPr>
          <w:p w:rsidR="00283A04" w:rsidRPr="00944E35" w:rsidRDefault="00283A04" w:rsidP="00011DCD">
            <w:pPr>
              <w:rPr>
                <w:sz w:val="24"/>
              </w:rPr>
            </w:pPr>
            <w:r w:rsidRPr="00302948">
              <w:rPr>
                <w:rFonts w:hint="eastAsia"/>
                <w:b/>
                <w:sz w:val="24"/>
              </w:rPr>
              <w:t xml:space="preserve">Figure </w:t>
            </w:r>
            <w:r w:rsidRPr="00F61FE1">
              <w:rPr>
                <w:b/>
                <w:sz w:val="24"/>
              </w:rPr>
              <w:t>S</w:t>
            </w:r>
            <w:r w:rsidR="00BD2A22">
              <w:rPr>
                <w:b/>
                <w:sz w:val="24"/>
              </w:rPr>
              <w:t>4</w:t>
            </w:r>
            <w:r w:rsidR="00011DCD">
              <w:rPr>
                <w:b/>
                <w:sz w:val="24"/>
              </w:rPr>
              <w:t>6</w:t>
            </w:r>
            <w:r w:rsidRPr="00944E35">
              <w:rPr>
                <w:sz w:val="24"/>
              </w:rPr>
              <w:t>.</w:t>
            </w:r>
            <w:r w:rsidRPr="00944E35">
              <w:rPr>
                <w:rFonts w:hint="eastAsia"/>
                <w:sz w:val="24"/>
              </w:rPr>
              <w:t xml:space="preserve"> The</w:t>
            </w:r>
            <w:r w:rsidRPr="00944E35">
              <w:rPr>
                <w:rFonts w:hint="eastAsia"/>
                <w:b/>
                <w:sz w:val="24"/>
              </w:rPr>
              <w:t xml:space="preserve"> </w:t>
            </w:r>
            <w:r w:rsidRPr="00944E35">
              <w:rPr>
                <w:rFonts w:hint="eastAsia"/>
                <w:sz w:val="24"/>
              </w:rPr>
              <w:t>H</w:t>
            </w:r>
            <w:r>
              <w:rPr>
                <w:sz w:val="24"/>
              </w:rPr>
              <w:t>S</w:t>
            </w:r>
            <w:r w:rsidRPr="00944E35">
              <w:rPr>
                <w:rFonts w:hint="eastAsia"/>
                <w:sz w:val="24"/>
              </w:rPr>
              <w:t>QC spectrum of</w:t>
            </w:r>
            <w:r w:rsidRPr="003362AB">
              <w:rPr>
                <w:rFonts w:ascii="Times" w:hAnsi="Times" w:hint="eastAsia"/>
                <w:iCs/>
                <w:kern w:val="0"/>
                <w:sz w:val="24"/>
              </w:rPr>
              <w:t xml:space="preserve"> </w:t>
            </w:r>
            <w:r w:rsidR="007B72B0">
              <w:rPr>
                <w:b/>
                <w:sz w:val="24"/>
              </w:rPr>
              <w:t>7</w:t>
            </w:r>
            <w:r w:rsidRPr="00944E35">
              <w:rPr>
                <w:rFonts w:hint="eastAsia"/>
                <w:sz w:val="24"/>
              </w:rPr>
              <w:t xml:space="preserve"> in</w:t>
            </w:r>
            <w:r>
              <w:t xml:space="preserve"> </w:t>
            </w:r>
            <w:r w:rsidRPr="009745FB">
              <w:rPr>
                <w:sz w:val="24"/>
              </w:rPr>
              <w:t>DMSO</w:t>
            </w:r>
          </w:p>
        </w:tc>
        <w:tc>
          <w:tcPr>
            <w:tcW w:w="803" w:type="dxa"/>
            <w:shd w:val="clear" w:color="auto" w:fill="auto"/>
            <w:vAlign w:val="center"/>
          </w:tcPr>
          <w:p w:rsidR="00283A04" w:rsidRDefault="00405EE7" w:rsidP="00591BED">
            <w:pPr>
              <w:jc w:val="left"/>
              <w:rPr>
                <w:sz w:val="24"/>
              </w:rPr>
            </w:pPr>
            <w:r>
              <w:rPr>
                <w:rFonts w:hint="eastAsia"/>
                <w:sz w:val="24"/>
              </w:rPr>
              <w:t>2</w:t>
            </w:r>
            <w:r w:rsidR="00011DCD">
              <w:rPr>
                <w:sz w:val="24"/>
              </w:rPr>
              <w:t>6</w:t>
            </w:r>
          </w:p>
        </w:tc>
      </w:tr>
      <w:tr w:rsidR="00283A04" w:rsidTr="00591BED">
        <w:trPr>
          <w:trHeight w:val="323"/>
        </w:trPr>
        <w:tc>
          <w:tcPr>
            <w:tcW w:w="8001" w:type="dxa"/>
            <w:shd w:val="clear" w:color="auto" w:fill="auto"/>
          </w:tcPr>
          <w:p w:rsidR="00283A04" w:rsidRPr="00CA471D" w:rsidRDefault="00283A04" w:rsidP="00011DCD">
            <w:pPr>
              <w:rPr>
                <w:kern w:val="0"/>
                <w:sz w:val="24"/>
              </w:rPr>
            </w:pPr>
            <w:r w:rsidRPr="00302948">
              <w:rPr>
                <w:rFonts w:hint="eastAsia"/>
                <w:b/>
                <w:sz w:val="24"/>
              </w:rPr>
              <w:t>Figure</w:t>
            </w:r>
            <w:r w:rsidRPr="00F61FE1">
              <w:rPr>
                <w:rFonts w:hint="eastAsia"/>
                <w:b/>
                <w:sz w:val="24"/>
              </w:rPr>
              <w:t xml:space="preserve"> S</w:t>
            </w:r>
            <w:r w:rsidR="00BD2A22">
              <w:rPr>
                <w:b/>
                <w:sz w:val="24"/>
              </w:rPr>
              <w:t>4</w:t>
            </w:r>
            <w:r w:rsidR="00011DCD">
              <w:rPr>
                <w:b/>
                <w:sz w:val="24"/>
              </w:rPr>
              <w:t>7</w:t>
            </w:r>
            <w:r w:rsidRPr="00944E35">
              <w:rPr>
                <w:rFonts w:hint="eastAsia"/>
                <w:sz w:val="24"/>
              </w:rPr>
              <w:t>. The</w:t>
            </w:r>
            <w:r w:rsidRPr="00944E35">
              <w:rPr>
                <w:rFonts w:hint="eastAsia"/>
                <w:b/>
                <w:sz w:val="24"/>
              </w:rPr>
              <w:t xml:space="preserve"> </w:t>
            </w:r>
            <w:r>
              <w:rPr>
                <w:rFonts w:hint="eastAsia"/>
                <w:sz w:val="24"/>
              </w:rPr>
              <w:t>HMBC spectrum of</w:t>
            </w:r>
            <w:r w:rsidRPr="003362AB">
              <w:rPr>
                <w:rFonts w:ascii="Times" w:hAnsi="Times" w:hint="eastAsia"/>
                <w:iCs/>
                <w:kern w:val="0"/>
                <w:sz w:val="24"/>
              </w:rPr>
              <w:t xml:space="preserve"> </w:t>
            </w:r>
            <w:r w:rsidR="007B72B0">
              <w:rPr>
                <w:b/>
                <w:sz w:val="24"/>
              </w:rPr>
              <w:t>7</w:t>
            </w:r>
            <w:r>
              <w:rPr>
                <w:b/>
                <w:sz w:val="24"/>
              </w:rPr>
              <w:t xml:space="preserve"> </w:t>
            </w:r>
            <w:r w:rsidRPr="00944E35">
              <w:rPr>
                <w:rFonts w:hint="eastAsia"/>
                <w:sz w:val="24"/>
              </w:rPr>
              <w:t>in</w:t>
            </w:r>
            <w:r w:rsidRPr="00944E35">
              <w:rPr>
                <w:sz w:val="24"/>
              </w:rPr>
              <w:t xml:space="preserve"> </w:t>
            </w:r>
            <w:r>
              <w:rPr>
                <w:sz w:val="24"/>
              </w:rPr>
              <w:t>DMSO</w:t>
            </w:r>
          </w:p>
        </w:tc>
        <w:tc>
          <w:tcPr>
            <w:tcW w:w="803" w:type="dxa"/>
            <w:shd w:val="clear" w:color="auto" w:fill="auto"/>
            <w:vAlign w:val="center"/>
          </w:tcPr>
          <w:p w:rsidR="00283A04" w:rsidRDefault="00405EE7" w:rsidP="00591BED">
            <w:pPr>
              <w:jc w:val="left"/>
              <w:rPr>
                <w:sz w:val="24"/>
              </w:rPr>
            </w:pPr>
            <w:r>
              <w:rPr>
                <w:rFonts w:hint="eastAsia"/>
                <w:sz w:val="24"/>
              </w:rPr>
              <w:t>2</w:t>
            </w:r>
            <w:r w:rsidR="00011DCD">
              <w:rPr>
                <w:sz w:val="24"/>
              </w:rPr>
              <w:t>7</w:t>
            </w:r>
          </w:p>
        </w:tc>
      </w:tr>
      <w:tr w:rsidR="00283A04" w:rsidTr="00591BED">
        <w:trPr>
          <w:trHeight w:val="323"/>
        </w:trPr>
        <w:tc>
          <w:tcPr>
            <w:tcW w:w="8001" w:type="dxa"/>
            <w:shd w:val="clear" w:color="auto" w:fill="auto"/>
          </w:tcPr>
          <w:p w:rsidR="00283A04" w:rsidRPr="00944E35" w:rsidRDefault="00283A04" w:rsidP="00011DCD">
            <w:pPr>
              <w:rPr>
                <w:sz w:val="24"/>
              </w:rPr>
            </w:pPr>
            <w:r w:rsidRPr="00302948">
              <w:rPr>
                <w:rFonts w:hint="eastAsia"/>
                <w:b/>
                <w:sz w:val="24"/>
              </w:rPr>
              <w:t>Figure</w:t>
            </w:r>
            <w:r w:rsidRPr="00F61FE1">
              <w:rPr>
                <w:rFonts w:hint="eastAsia"/>
                <w:b/>
                <w:sz w:val="24"/>
              </w:rPr>
              <w:t xml:space="preserve"> S</w:t>
            </w:r>
            <w:r>
              <w:rPr>
                <w:b/>
                <w:sz w:val="24"/>
              </w:rPr>
              <w:t>4</w:t>
            </w:r>
            <w:r w:rsidR="00011DCD">
              <w:rPr>
                <w:b/>
                <w:sz w:val="24"/>
              </w:rPr>
              <w:t>8</w:t>
            </w:r>
            <w:r w:rsidRPr="00944E35">
              <w:rPr>
                <w:rFonts w:hint="eastAsia"/>
                <w:sz w:val="24"/>
              </w:rPr>
              <w:t>.</w:t>
            </w:r>
            <w:r w:rsidRPr="00A26318">
              <w:rPr>
                <w:rFonts w:hint="eastAsia"/>
                <w:sz w:val="24"/>
              </w:rPr>
              <w:t xml:space="preserve"> The</w:t>
            </w:r>
            <w:r w:rsidRPr="00A26318">
              <w:rPr>
                <w:sz w:val="24"/>
                <w:vertAlign w:val="superscript"/>
              </w:rPr>
              <w:t xml:space="preserve"> </w:t>
            </w:r>
            <w:r>
              <w:rPr>
                <w:rFonts w:hint="eastAsia"/>
                <w:sz w:val="24"/>
              </w:rPr>
              <w:t>HRESI</w:t>
            </w:r>
            <w:r>
              <w:rPr>
                <w:sz w:val="24"/>
              </w:rPr>
              <w:t>MS</w:t>
            </w:r>
            <w:r w:rsidRPr="00A26318">
              <w:rPr>
                <w:sz w:val="24"/>
              </w:rPr>
              <w:t xml:space="preserve"> spectr</w:t>
            </w:r>
            <w:r>
              <w:rPr>
                <w:rFonts w:hint="eastAsia"/>
                <w:sz w:val="24"/>
              </w:rPr>
              <w:t>um</w:t>
            </w:r>
            <w:r w:rsidRPr="00A26318">
              <w:rPr>
                <w:sz w:val="24"/>
              </w:rPr>
              <w:t xml:space="preserve"> of</w:t>
            </w:r>
            <w:r>
              <w:rPr>
                <w:sz w:val="24"/>
              </w:rPr>
              <w:t xml:space="preserve"> </w:t>
            </w:r>
            <w:r w:rsidR="007B72B0">
              <w:rPr>
                <w:b/>
                <w:sz w:val="24"/>
              </w:rPr>
              <w:t>7</w:t>
            </w:r>
          </w:p>
        </w:tc>
        <w:tc>
          <w:tcPr>
            <w:tcW w:w="803" w:type="dxa"/>
            <w:shd w:val="clear" w:color="auto" w:fill="auto"/>
            <w:vAlign w:val="center"/>
          </w:tcPr>
          <w:p w:rsidR="00283A04" w:rsidRDefault="00405EE7" w:rsidP="00591BED">
            <w:pPr>
              <w:jc w:val="left"/>
              <w:rPr>
                <w:sz w:val="24"/>
              </w:rPr>
            </w:pPr>
            <w:r>
              <w:rPr>
                <w:rFonts w:hint="eastAsia"/>
                <w:sz w:val="24"/>
              </w:rPr>
              <w:t>2</w:t>
            </w:r>
            <w:r w:rsidR="00011DCD">
              <w:rPr>
                <w:sz w:val="24"/>
              </w:rPr>
              <w:t>7</w:t>
            </w:r>
          </w:p>
        </w:tc>
      </w:tr>
      <w:tr w:rsidR="00283A04" w:rsidTr="00591BED">
        <w:trPr>
          <w:trHeight w:val="323"/>
        </w:trPr>
        <w:tc>
          <w:tcPr>
            <w:tcW w:w="8001" w:type="dxa"/>
            <w:shd w:val="clear" w:color="auto" w:fill="auto"/>
          </w:tcPr>
          <w:p w:rsidR="00283A04" w:rsidRPr="007B72B0" w:rsidRDefault="007B72B0" w:rsidP="00011DCD">
            <w:pPr>
              <w:rPr>
                <w:b/>
                <w:sz w:val="24"/>
              </w:rPr>
            </w:pPr>
            <w:r w:rsidRPr="007B72B0">
              <w:rPr>
                <w:b/>
                <w:sz w:val="24"/>
              </w:rPr>
              <w:t>Figure S4</w:t>
            </w:r>
            <w:r w:rsidR="00011DCD">
              <w:rPr>
                <w:b/>
                <w:sz w:val="24"/>
              </w:rPr>
              <w:t>9</w:t>
            </w:r>
            <w:r w:rsidRPr="007B72B0">
              <w:rPr>
                <w:b/>
                <w:sz w:val="24"/>
              </w:rPr>
              <w:t xml:space="preserve"> </w:t>
            </w:r>
            <w:r w:rsidRPr="007B72B0">
              <w:rPr>
                <w:sz w:val="24"/>
              </w:rPr>
              <w:t>Eight possible stereoisomers (</w:t>
            </w:r>
            <w:r w:rsidRPr="007B72B0">
              <w:rPr>
                <w:b/>
                <w:sz w:val="24"/>
              </w:rPr>
              <w:t>a</w:t>
            </w:r>
            <w:r w:rsidRPr="007B72B0">
              <w:rPr>
                <w:sz w:val="24"/>
              </w:rPr>
              <w:t>-</w:t>
            </w:r>
            <w:r w:rsidRPr="007B72B0">
              <w:rPr>
                <w:b/>
                <w:sz w:val="24"/>
              </w:rPr>
              <w:t>h</w:t>
            </w:r>
            <w:r w:rsidRPr="007B72B0">
              <w:rPr>
                <w:sz w:val="24"/>
              </w:rPr>
              <w:t xml:space="preserve">) of </w:t>
            </w:r>
            <w:r w:rsidRPr="007B72B0">
              <w:rPr>
                <w:b/>
                <w:sz w:val="24"/>
              </w:rPr>
              <w:t>1</w:t>
            </w:r>
          </w:p>
        </w:tc>
        <w:tc>
          <w:tcPr>
            <w:tcW w:w="803" w:type="dxa"/>
            <w:shd w:val="clear" w:color="auto" w:fill="auto"/>
            <w:vAlign w:val="center"/>
          </w:tcPr>
          <w:p w:rsidR="00283A04" w:rsidRDefault="00011DCD" w:rsidP="00591BED">
            <w:pPr>
              <w:jc w:val="left"/>
              <w:rPr>
                <w:sz w:val="24"/>
              </w:rPr>
            </w:pPr>
            <w:r>
              <w:rPr>
                <w:rFonts w:hint="eastAsia"/>
                <w:sz w:val="24"/>
              </w:rPr>
              <w:t>28</w:t>
            </w:r>
          </w:p>
        </w:tc>
      </w:tr>
      <w:tr w:rsidR="007B72B0" w:rsidTr="00591BED">
        <w:trPr>
          <w:trHeight w:val="323"/>
        </w:trPr>
        <w:tc>
          <w:tcPr>
            <w:tcW w:w="8001" w:type="dxa"/>
            <w:shd w:val="clear" w:color="auto" w:fill="auto"/>
          </w:tcPr>
          <w:p w:rsidR="007B72B0" w:rsidRPr="007B72B0" w:rsidRDefault="007B72B0" w:rsidP="007B72B0">
            <w:pPr>
              <w:rPr>
                <w:sz w:val="24"/>
              </w:rPr>
            </w:pPr>
            <w:r w:rsidRPr="007B72B0">
              <w:rPr>
                <w:b/>
                <w:sz w:val="24"/>
              </w:rPr>
              <w:t>Table S1</w:t>
            </w:r>
            <w:r w:rsidRPr="007B72B0">
              <w:rPr>
                <w:sz w:val="24"/>
              </w:rPr>
              <w:t xml:space="preserve"> Energies of </w:t>
            </w:r>
            <w:r w:rsidRPr="007B72B0">
              <w:rPr>
                <w:b/>
                <w:sz w:val="24"/>
              </w:rPr>
              <w:t>1</w:t>
            </w:r>
            <w:r w:rsidRPr="007B72B0">
              <w:rPr>
                <w:sz w:val="24"/>
              </w:rPr>
              <w:t xml:space="preserve"> at MMFF94 force field.</w:t>
            </w:r>
          </w:p>
        </w:tc>
        <w:tc>
          <w:tcPr>
            <w:tcW w:w="803" w:type="dxa"/>
            <w:shd w:val="clear" w:color="auto" w:fill="auto"/>
            <w:vAlign w:val="center"/>
          </w:tcPr>
          <w:p w:rsidR="007B72B0" w:rsidRDefault="00011DCD" w:rsidP="00591BED">
            <w:pPr>
              <w:jc w:val="left"/>
              <w:rPr>
                <w:sz w:val="24"/>
              </w:rPr>
            </w:pPr>
            <w:r>
              <w:rPr>
                <w:rFonts w:hint="eastAsia"/>
                <w:sz w:val="24"/>
              </w:rPr>
              <w:t>28</w:t>
            </w:r>
            <w:r>
              <w:rPr>
                <w:sz w:val="24"/>
              </w:rPr>
              <w:t>-</w:t>
            </w:r>
            <w:r w:rsidR="00591BED">
              <w:rPr>
                <w:sz w:val="24"/>
              </w:rPr>
              <w:t>29</w:t>
            </w:r>
          </w:p>
        </w:tc>
      </w:tr>
      <w:tr w:rsidR="007B72B0" w:rsidTr="00591BED">
        <w:trPr>
          <w:trHeight w:val="323"/>
        </w:trPr>
        <w:tc>
          <w:tcPr>
            <w:tcW w:w="8001" w:type="dxa"/>
            <w:shd w:val="clear" w:color="auto" w:fill="auto"/>
          </w:tcPr>
          <w:p w:rsidR="007B72B0" w:rsidRPr="007B72B0" w:rsidRDefault="007B72B0" w:rsidP="007B72B0">
            <w:pPr>
              <w:rPr>
                <w:sz w:val="24"/>
              </w:rPr>
            </w:pPr>
            <w:r w:rsidRPr="007B72B0">
              <w:rPr>
                <w:b/>
                <w:sz w:val="24"/>
              </w:rPr>
              <w:t>Table S2</w:t>
            </w:r>
            <w:r w:rsidRPr="007B72B0">
              <w:rPr>
                <w:sz w:val="24"/>
              </w:rPr>
              <w:t xml:space="preserve"> Energies of </w:t>
            </w:r>
            <w:r w:rsidRPr="007B72B0">
              <w:rPr>
                <w:b/>
                <w:sz w:val="24"/>
              </w:rPr>
              <w:t>1</w:t>
            </w:r>
            <w:r w:rsidRPr="007B72B0">
              <w:rPr>
                <w:sz w:val="24"/>
              </w:rPr>
              <w:t xml:space="preserve"> at B3LYP/6-311G(d,p) in methanol</w:t>
            </w:r>
          </w:p>
        </w:tc>
        <w:tc>
          <w:tcPr>
            <w:tcW w:w="803" w:type="dxa"/>
            <w:shd w:val="clear" w:color="auto" w:fill="auto"/>
            <w:vAlign w:val="center"/>
          </w:tcPr>
          <w:p w:rsidR="007B72B0" w:rsidRDefault="00591BED" w:rsidP="00591BED">
            <w:pPr>
              <w:jc w:val="left"/>
              <w:rPr>
                <w:sz w:val="24"/>
              </w:rPr>
            </w:pPr>
            <w:r>
              <w:rPr>
                <w:rFonts w:hint="eastAsia"/>
                <w:sz w:val="24"/>
              </w:rPr>
              <w:t>29-33</w:t>
            </w:r>
          </w:p>
        </w:tc>
      </w:tr>
      <w:tr w:rsidR="007B72B0" w:rsidTr="00591BED">
        <w:trPr>
          <w:trHeight w:val="323"/>
        </w:trPr>
        <w:tc>
          <w:tcPr>
            <w:tcW w:w="8001" w:type="dxa"/>
            <w:shd w:val="clear" w:color="auto" w:fill="auto"/>
          </w:tcPr>
          <w:p w:rsidR="007B72B0" w:rsidRPr="007B72B0" w:rsidRDefault="007B72B0" w:rsidP="007B72B0">
            <w:pPr>
              <w:rPr>
                <w:sz w:val="24"/>
              </w:rPr>
            </w:pPr>
            <w:r w:rsidRPr="007B72B0">
              <w:rPr>
                <w:b/>
                <w:sz w:val="24"/>
              </w:rPr>
              <w:t>Table S3</w:t>
            </w:r>
            <w:r w:rsidRPr="007B72B0">
              <w:rPr>
                <w:sz w:val="24"/>
              </w:rPr>
              <w:t xml:space="preserve"> Energies of configurations </w:t>
            </w:r>
            <w:r w:rsidRPr="007B72B0">
              <w:rPr>
                <w:b/>
                <w:sz w:val="24"/>
              </w:rPr>
              <w:t>e</w:t>
            </w:r>
            <w:r w:rsidRPr="007B72B0">
              <w:rPr>
                <w:sz w:val="24"/>
              </w:rPr>
              <w:t xml:space="preserve"> and </w:t>
            </w:r>
            <w:r w:rsidRPr="007B72B0">
              <w:rPr>
                <w:b/>
                <w:sz w:val="24"/>
              </w:rPr>
              <w:t>f</w:t>
            </w:r>
            <w:r w:rsidRPr="007B72B0">
              <w:rPr>
                <w:sz w:val="24"/>
              </w:rPr>
              <w:t xml:space="preserve"> of </w:t>
            </w:r>
            <w:r w:rsidRPr="007B72B0">
              <w:rPr>
                <w:b/>
                <w:sz w:val="24"/>
              </w:rPr>
              <w:t>1</w:t>
            </w:r>
            <w:r w:rsidRPr="007B72B0">
              <w:rPr>
                <w:sz w:val="24"/>
              </w:rPr>
              <w:t xml:space="preserve"> at B3LYP/6-31+G(d,p) in gas phase.</w:t>
            </w:r>
          </w:p>
        </w:tc>
        <w:tc>
          <w:tcPr>
            <w:tcW w:w="803" w:type="dxa"/>
            <w:shd w:val="clear" w:color="auto" w:fill="auto"/>
            <w:vAlign w:val="center"/>
          </w:tcPr>
          <w:p w:rsidR="007B72B0" w:rsidRDefault="00591BED" w:rsidP="00591BED">
            <w:pPr>
              <w:jc w:val="left"/>
              <w:rPr>
                <w:sz w:val="24"/>
              </w:rPr>
            </w:pPr>
            <w:r>
              <w:rPr>
                <w:rFonts w:hint="eastAsia"/>
                <w:sz w:val="24"/>
              </w:rPr>
              <w:t>33-34</w:t>
            </w:r>
          </w:p>
        </w:tc>
      </w:tr>
      <w:tr w:rsidR="007B72B0" w:rsidTr="00591BED">
        <w:trPr>
          <w:trHeight w:val="323"/>
        </w:trPr>
        <w:tc>
          <w:tcPr>
            <w:tcW w:w="8001" w:type="dxa"/>
            <w:shd w:val="clear" w:color="auto" w:fill="auto"/>
          </w:tcPr>
          <w:p w:rsidR="007B72B0" w:rsidRPr="007B72B0" w:rsidRDefault="007B72B0" w:rsidP="007B72B0">
            <w:pPr>
              <w:rPr>
                <w:sz w:val="24"/>
              </w:rPr>
            </w:pPr>
            <w:r w:rsidRPr="007B72B0">
              <w:rPr>
                <w:b/>
                <w:sz w:val="24"/>
              </w:rPr>
              <w:t>Table S4</w:t>
            </w:r>
            <w:r w:rsidRPr="007B72B0">
              <w:rPr>
                <w:sz w:val="24"/>
              </w:rPr>
              <w:t xml:space="preserve"> Standard orientations of configurations of </w:t>
            </w:r>
            <w:r w:rsidRPr="007B72B0">
              <w:rPr>
                <w:b/>
                <w:sz w:val="24"/>
              </w:rPr>
              <w:t>1</w:t>
            </w:r>
            <w:r w:rsidRPr="007B72B0">
              <w:rPr>
                <w:sz w:val="24"/>
              </w:rPr>
              <w:t xml:space="preserve"> at B3LYP/6-311G(d,p) level in methanol for ECD calculations.</w:t>
            </w:r>
          </w:p>
        </w:tc>
        <w:tc>
          <w:tcPr>
            <w:tcW w:w="803" w:type="dxa"/>
            <w:shd w:val="clear" w:color="auto" w:fill="auto"/>
            <w:vAlign w:val="center"/>
          </w:tcPr>
          <w:p w:rsidR="007B72B0" w:rsidRDefault="00591BED" w:rsidP="00591BED">
            <w:pPr>
              <w:jc w:val="left"/>
              <w:rPr>
                <w:sz w:val="24"/>
              </w:rPr>
            </w:pPr>
            <w:r>
              <w:rPr>
                <w:rFonts w:hint="eastAsia"/>
                <w:sz w:val="24"/>
              </w:rPr>
              <w:t>34-73</w:t>
            </w:r>
          </w:p>
        </w:tc>
      </w:tr>
      <w:tr w:rsidR="007B72B0" w:rsidTr="00591BED">
        <w:trPr>
          <w:trHeight w:val="323"/>
        </w:trPr>
        <w:tc>
          <w:tcPr>
            <w:tcW w:w="8001" w:type="dxa"/>
            <w:shd w:val="clear" w:color="auto" w:fill="auto"/>
          </w:tcPr>
          <w:p w:rsidR="007B72B0" w:rsidRPr="007B72B0" w:rsidRDefault="007B72B0" w:rsidP="00283A04">
            <w:pPr>
              <w:rPr>
                <w:sz w:val="24"/>
              </w:rPr>
            </w:pPr>
            <w:r w:rsidRPr="007B72B0">
              <w:rPr>
                <w:b/>
                <w:sz w:val="24"/>
              </w:rPr>
              <w:t>Table S5</w:t>
            </w:r>
            <w:r w:rsidRPr="007B72B0">
              <w:rPr>
                <w:sz w:val="24"/>
              </w:rPr>
              <w:t xml:space="preserve"> Standard orientations of configurations </w:t>
            </w:r>
            <w:r w:rsidRPr="007B72B0">
              <w:rPr>
                <w:b/>
                <w:sz w:val="24"/>
              </w:rPr>
              <w:t>e</w:t>
            </w:r>
            <w:r w:rsidRPr="007B72B0">
              <w:rPr>
                <w:sz w:val="24"/>
              </w:rPr>
              <w:t xml:space="preserve"> and </w:t>
            </w:r>
            <w:r w:rsidRPr="007B72B0">
              <w:rPr>
                <w:b/>
                <w:sz w:val="24"/>
              </w:rPr>
              <w:t>f</w:t>
            </w:r>
            <w:r w:rsidRPr="007B72B0">
              <w:rPr>
                <w:sz w:val="24"/>
              </w:rPr>
              <w:t xml:space="preserve"> at B3LYP/6-31+G(d,p) level in gas phase for NMR calculations.</w:t>
            </w:r>
          </w:p>
        </w:tc>
        <w:tc>
          <w:tcPr>
            <w:tcW w:w="803" w:type="dxa"/>
            <w:shd w:val="clear" w:color="auto" w:fill="auto"/>
            <w:vAlign w:val="center"/>
          </w:tcPr>
          <w:p w:rsidR="007B72B0" w:rsidRDefault="00591BED" w:rsidP="00591BED">
            <w:pPr>
              <w:jc w:val="left"/>
              <w:rPr>
                <w:sz w:val="24"/>
              </w:rPr>
            </w:pPr>
            <w:r>
              <w:rPr>
                <w:rFonts w:hint="eastAsia"/>
                <w:sz w:val="24"/>
              </w:rPr>
              <w:t>73-83</w:t>
            </w:r>
          </w:p>
        </w:tc>
      </w:tr>
      <w:tr w:rsidR="007B72B0" w:rsidTr="00591BED">
        <w:trPr>
          <w:trHeight w:val="323"/>
        </w:trPr>
        <w:tc>
          <w:tcPr>
            <w:tcW w:w="8001" w:type="dxa"/>
            <w:shd w:val="clear" w:color="auto" w:fill="auto"/>
          </w:tcPr>
          <w:p w:rsidR="007B72B0" w:rsidRPr="00F4389D" w:rsidRDefault="00F4389D" w:rsidP="00283A04">
            <w:pPr>
              <w:rPr>
                <w:sz w:val="24"/>
              </w:rPr>
            </w:pPr>
            <w:r w:rsidRPr="00F4389D">
              <w:rPr>
                <w:b/>
                <w:sz w:val="24"/>
              </w:rPr>
              <w:t>Table S6</w:t>
            </w:r>
            <w:r w:rsidRPr="00F4389D">
              <w:rPr>
                <w:sz w:val="24"/>
              </w:rPr>
              <w:t xml:space="preserve"> UV-shift and σ values for ECD spectrum comparisons.</w:t>
            </w:r>
          </w:p>
        </w:tc>
        <w:tc>
          <w:tcPr>
            <w:tcW w:w="803" w:type="dxa"/>
            <w:shd w:val="clear" w:color="auto" w:fill="auto"/>
            <w:vAlign w:val="center"/>
          </w:tcPr>
          <w:p w:rsidR="007B72B0" w:rsidRPr="00F4389D" w:rsidRDefault="00F4389D" w:rsidP="00591BED">
            <w:pPr>
              <w:jc w:val="left"/>
              <w:rPr>
                <w:sz w:val="24"/>
              </w:rPr>
            </w:pPr>
            <w:r>
              <w:rPr>
                <w:sz w:val="24"/>
              </w:rPr>
              <w:t>83</w:t>
            </w:r>
          </w:p>
        </w:tc>
      </w:tr>
      <w:tr w:rsidR="00F4389D" w:rsidTr="00591BED">
        <w:trPr>
          <w:trHeight w:val="323"/>
        </w:trPr>
        <w:tc>
          <w:tcPr>
            <w:tcW w:w="8001" w:type="dxa"/>
            <w:shd w:val="clear" w:color="auto" w:fill="auto"/>
          </w:tcPr>
          <w:p w:rsidR="00F4389D" w:rsidRPr="007B72B0" w:rsidRDefault="00EC26CA" w:rsidP="00EC26CA">
            <w:pPr>
              <w:rPr>
                <w:b/>
                <w:sz w:val="24"/>
              </w:rPr>
            </w:pPr>
            <w:r>
              <w:rPr>
                <w:b/>
                <w:sz w:val="24"/>
              </w:rPr>
              <w:t>Table S7</w:t>
            </w:r>
            <w:r w:rsidR="00F4389D" w:rsidRPr="007B72B0">
              <w:rPr>
                <w:sz w:val="24"/>
              </w:rPr>
              <w:t xml:space="preserve"> Statistics of Ordinary Least Squares (OLS) Linear Regression of experimental and computed </w:t>
            </w:r>
            <w:r w:rsidR="00F4389D" w:rsidRPr="007B72B0">
              <w:rPr>
                <w:sz w:val="24"/>
                <w:vertAlign w:val="superscript"/>
              </w:rPr>
              <w:t>13</w:t>
            </w:r>
            <w:r w:rsidR="00F4389D" w:rsidRPr="007B72B0">
              <w:rPr>
                <w:sz w:val="24"/>
              </w:rPr>
              <w:t>C-NMR chemical shifts.</w:t>
            </w:r>
          </w:p>
        </w:tc>
        <w:tc>
          <w:tcPr>
            <w:tcW w:w="803" w:type="dxa"/>
            <w:shd w:val="clear" w:color="auto" w:fill="auto"/>
            <w:vAlign w:val="center"/>
          </w:tcPr>
          <w:p w:rsidR="00F4389D" w:rsidRDefault="00F4389D" w:rsidP="00F4389D">
            <w:pPr>
              <w:jc w:val="left"/>
              <w:rPr>
                <w:sz w:val="24"/>
              </w:rPr>
            </w:pPr>
            <w:r>
              <w:rPr>
                <w:rFonts w:hint="eastAsia"/>
                <w:sz w:val="24"/>
              </w:rPr>
              <w:t>8</w:t>
            </w:r>
            <w:r>
              <w:rPr>
                <w:sz w:val="24"/>
              </w:rPr>
              <w:t>4</w:t>
            </w:r>
          </w:p>
        </w:tc>
      </w:tr>
      <w:tr w:rsidR="007B72B0" w:rsidTr="00591BED">
        <w:trPr>
          <w:trHeight w:val="323"/>
        </w:trPr>
        <w:tc>
          <w:tcPr>
            <w:tcW w:w="8001" w:type="dxa"/>
            <w:shd w:val="clear" w:color="auto" w:fill="auto"/>
          </w:tcPr>
          <w:p w:rsidR="007B72B0" w:rsidRPr="007B72B0" w:rsidRDefault="007B72B0" w:rsidP="00F4389D">
            <w:pPr>
              <w:rPr>
                <w:sz w:val="24"/>
              </w:rPr>
            </w:pPr>
            <w:r w:rsidRPr="007B72B0">
              <w:rPr>
                <w:b/>
                <w:sz w:val="24"/>
              </w:rPr>
              <w:t>Table S</w:t>
            </w:r>
            <w:r w:rsidR="00F4389D">
              <w:rPr>
                <w:b/>
                <w:sz w:val="24"/>
              </w:rPr>
              <w:t>8</w:t>
            </w:r>
            <w:r w:rsidRPr="007B72B0">
              <w:rPr>
                <w:sz w:val="24"/>
              </w:rPr>
              <w:t xml:space="preserve"> Experimental and computed </w:t>
            </w:r>
            <w:r w:rsidRPr="007B72B0">
              <w:rPr>
                <w:sz w:val="24"/>
                <w:vertAlign w:val="superscript"/>
              </w:rPr>
              <w:t>13</w:t>
            </w:r>
            <w:r w:rsidR="00405EE7">
              <w:rPr>
                <w:sz w:val="24"/>
              </w:rPr>
              <w:t xml:space="preserve">C-NMR chemical shifts of </w:t>
            </w:r>
            <w:r w:rsidR="00405EE7" w:rsidRPr="00405EE7">
              <w:rPr>
                <w:b/>
                <w:sz w:val="24"/>
              </w:rPr>
              <w:t>e</w:t>
            </w:r>
            <w:r w:rsidR="00405EE7">
              <w:rPr>
                <w:sz w:val="24"/>
              </w:rPr>
              <w:t xml:space="preserve"> and </w:t>
            </w:r>
            <w:r w:rsidR="00405EE7" w:rsidRPr="00405EE7">
              <w:rPr>
                <w:b/>
                <w:sz w:val="24"/>
              </w:rPr>
              <w:t>f</w:t>
            </w:r>
          </w:p>
        </w:tc>
        <w:tc>
          <w:tcPr>
            <w:tcW w:w="803" w:type="dxa"/>
            <w:shd w:val="clear" w:color="auto" w:fill="auto"/>
            <w:vAlign w:val="center"/>
          </w:tcPr>
          <w:p w:rsidR="007B72B0" w:rsidRDefault="00591BED" w:rsidP="00591BED">
            <w:pPr>
              <w:jc w:val="left"/>
              <w:rPr>
                <w:sz w:val="24"/>
              </w:rPr>
            </w:pPr>
            <w:r>
              <w:rPr>
                <w:rFonts w:hint="eastAsia"/>
                <w:sz w:val="24"/>
              </w:rPr>
              <w:t>85</w:t>
            </w:r>
          </w:p>
        </w:tc>
      </w:tr>
      <w:tr w:rsidR="007B72B0" w:rsidTr="00591BED">
        <w:trPr>
          <w:trHeight w:val="323"/>
        </w:trPr>
        <w:tc>
          <w:tcPr>
            <w:tcW w:w="8001" w:type="dxa"/>
            <w:shd w:val="clear" w:color="auto" w:fill="auto"/>
          </w:tcPr>
          <w:p w:rsidR="007B72B0" w:rsidRPr="00944E35" w:rsidRDefault="007B72B0" w:rsidP="00F4389D">
            <w:pPr>
              <w:rPr>
                <w:sz w:val="24"/>
              </w:rPr>
            </w:pPr>
            <w:r w:rsidRPr="007B72B0">
              <w:rPr>
                <w:b/>
                <w:sz w:val="24"/>
              </w:rPr>
              <w:t>Table S</w:t>
            </w:r>
            <w:r w:rsidR="00F4389D">
              <w:rPr>
                <w:b/>
                <w:sz w:val="24"/>
              </w:rPr>
              <w:t>9</w:t>
            </w:r>
            <w:r w:rsidRPr="007B72B0">
              <w:rPr>
                <w:b/>
                <w:sz w:val="24"/>
              </w:rPr>
              <w:t xml:space="preserve"> </w:t>
            </w:r>
            <w:r w:rsidRPr="007B72B0">
              <w:rPr>
                <w:sz w:val="24"/>
              </w:rPr>
              <w:t xml:space="preserve">Crystal data and structure refinement for </w:t>
            </w:r>
            <w:r w:rsidRPr="007B72B0">
              <w:rPr>
                <w:b/>
                <w:sz w:val="24"/>
              </w:rPr>
              <w:t>3</w:t>
            </w:r>
          </w:p>
        </w:tc>
        <w:tc>
          <w:tcPr>
            <w:tcW w:w="803" w:type="dxa"/>
            <w:shd w:val="clear" w:color="auto" w:fill="auto"/>
            <w:vAlign w:val="center"/>
          </w:tcPr>
          <w:p w:rsidR="007B72B0" w:rsidRDefault="00591BED" w:rsidP="00591BED">
            <w:pPr>
              <w:jc w:val="left"/>
              <w:rPr>
                <w:sz w:val="24"/>
              </w:rPr>
            </w:pPr>
            <w:r>
              <w:rPr>
                <w:rFonts w:hint="eastAsia"/>
                <w:sz w:val="24"/>
              </w:rPr>
              <w:t>85-86</w:t>
            </w:r>
          </w:p>
        </w:tc>
      </w:tr>
      <w:tr w:rsidR="000E6593" w:rsidTr="00591BED">
        <w:trPr>
          <w:trHeight w:val="323"/>
        </w:trPr>
        <w:tc>
          <w:tcPr>
            <w:tcW w:w="8001" w:type="dxa"/>
            <w:shd w:val="clear" w:color="auto" w:fill="auto"/>
          </w:tcPr>
          <w:p w:rsidR="000E6593" w:rsidRPr="000E6593" w:rsidRDefault="000E6593" w:rsidP="000E6593">
            <w:pPr>
              <w:rPr>
                <w:b/>
                <w:sz w:val="24"/>
              </w:rPr>
            </w:pPr>
            <w:r w:rsidRPr="000E6593">
              <w:rPr>
                <w:b/>
                <w:sz w:val="24"/>
              </w:rPr>
              <w:t>Cytotoxicity Assay</w:t>
            </w:r>
          </w:p>
        </w:tc>
        <w:tc>
          <w:tcPr>
            <w:tcW w:w="803" w:type="dxa"/>
            <w:shd w:val="clear" w:color="auto" w:fill="auto"/>
            <w:vAlign w:val="center"/>
          </w:tcPr>
          <w:p w:rsidR="000E6593" w:rsidRPr="000E6593" w:rsidRDefault="000E6593" w:rsidP="000E6593">
            <w:pPr>
              <w:jc w:val="left"/>
              <w:rPr>
                <w:sz w:val="24"/>
              </w:rPr>
            </w:pPr>
            <w:r w:rsidRPr="000E6593">
              <w:rPr>
                <w:rFonts w:hint="eastAsia"/>
                <w:sz w:val="24"/>
              </w:rPr>
              <w:t>86</w:t>
            </w:r>
          </w:p>
        </w:tc>
      </w:tr>
      <w:tr w:rsidR="000E6593" w:rsidTr="00591BED">
        <w:trPr>
          <w:trHeight w:val="323"/>
        </w:trPr>
        <w:tc>
          <w:tcPr>
            <w:tcW w:w="8001" w:type="dxa"/>
            <w:shd w:val="clear" w:color="auto" w:fill="auto"/>
          </w:tcPr>
          <w:p w:rsidR="000E6593" w:rsidRPr="007B72B0" w:rsidRDefault="000E6593" w:rsidP="000E6593">
            <w:pPr>
              <w:rPr>
                <w:b/>
                <w:sz w:val="24"/>
              </w:rPr>
            </w:pPr>
            <w:r w:rsidRPr="000E6593">
              <w:rPr>
                <w:b/>
                <w:sz w:val="24"/>
              </w:rPr>
              <w:t>COX-2 Inhibitory Activity Assay</w:t>
            </w:r>
          </w:p>
        </w:tc>
        <w:tc>
          <w:tcPr>
            <w:tcW w:w="803" w:type="dxa"/>
            <w:shd w:val="clear" w:color="auto" w:fill="auto"/>
            <w:vAlign w:val="center"/>
          </w:tcPr>
          <w:p w:rsidR="000E6593" w:rsidRDefault="000E6593" w:rsidP="00591BED">
            <w:pPr>
              <w:jc w:val="left"/>
              <w:rPr>
                <w:sz w:val="24"/>
              </w:rPr>
            </w:pPr>
            <w:r>
              <w:rPr>
                <w:rFonts w:hint="eastAsia"/>
                <w:sz w:val="24"/>
              </w:rPr>
              <w:t>86</w:t>
            </w:r>
          </w:p>
        </w:tc>
      </w:tr>
    </w:tbl>
    <w:p w:rsidR="00D2049A" w:rsidRPr="007D693D" w:rsidRDefault="00D2049A" w:rsidP="00D2049A">
      <w:pPr>
        <w:tabs>
          <w:tab w:val="left" w:pos="882"/>
        </w:tabs>
        <w:rPr>
          <w:rFonts w:ascii="Times New Roman" w:hAnsi="Times New Roman" w:cs="Times New Roman"/>
          <w:szCs w:val="21"/>
        </w:rPr>
      </w:pPr>
    </w:p>
    <w:p w:rsidR="00411B5F" w:rsidRPr="007D693D" w:rsidRDefault="00411B5F">
      <w:pPr>
        <w:widowControl/>
        <w:jc w:val="left"/>
        <w:rPr>
          <w:rFonts w:ascii="Times New Roman" w:hAnsi="Times New Roman" w:cs="Times New Roman"/>
          <w:szCs w:val="21"/>
        </w:rPr>
      </w:pPr>
      <w:r w:rsidRPr="007D693D">
        <w:rPr>
          <w:rFonts w:ascii="Times New Roman" w:hAnsi="Times New Roman" w:cs="Times New Roman"/>
          <w:szCs w:val="21"/>
        </w:rPr>
        <w:br w:type="page"/>
      </w:r>
    </w:p>
    <w:p w:rsidR="00E151E9" w:rsidRDefault="00E151E9" w:rsidP="00411B5F">
      <w:pPr>
        <w:spacing w:before="120" w:after="240"/>
        <w:jc w:val="left"/>
        <w:rPr>
          <w:rFonts w:ascii="Times New Roman" w:hAnsi="Times New Roman" w:cs="Times New Roman"/>
          <w:color w:val="000000"/>
          <w:szCs w:val="21"/>
        </w:rPr>
      </w:pPr>
    </w:p>
    <w:p w:rsidR="00411B5F" w:rsidRPr="007D693D" w:rsidRDefault="00411B5F" w:rsidP="00411B5F">
      <w:pPr>
        <w:spacing w:before="120" w:after="240"/>
        <w:jc w:val="left"/>
        <w:rPr>
          <w:rFonts w:ascii="Times New Roman" w:hAnsi="Times New Roman" w:cs="Times New Roman"/>
          <w:color w:val="000000"/>
          <w:szCs w:val="21"/>
        </w:rPr>
      </w:pPr>
      <w:r w:rsidRPr="007D693D">
        <w:rPr>
          <w:rFonts w:ascii="Times New Roman" w:hAnsi="Times New Roman" w:cs="Times New Roman"/>
          <w:noProof/>
          <w:szCs w:val="21"/>
        </w:rPr>
        <w:drawing>
          <wp:inline distT="0" distB="0" distL="0" distR="0" wp14:anchorId="078E5817" wp14:editId="7AD612F7">
            <wp:extent cx="4899025" cy="366395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7"/>
                    <a:stretch>
                      <a:fillRect/>
                    </a:stretch>
                  </pic:blipFill>
                  <pic:spPr>
                    <a:xfrm>
                      <a:off x="0" y="0"/>
                      <a:ext cx="4904279" cy="3667991"/>
                    </a:xfrm>
                    <a:prstGeom prst="rect">
                      <a:avLst/>
                    </a:prstGeom>
                  </pic:spPr>
                </pic:pic>
              </a:graphicData>
            </a:graphic>
          </wp:inline>
        </w:drawing>
      </w:r>
    </w:p>
    <w:p w:rsidR="00411B5F" w:rsidRPr="007D693D" w:rsidRDefault="00411B5F" w:rsidP="00411B5F">
      <w:pPr>
        <w:spacing w:before="120" w:after="240"/>
        <w:jc w:val="left"/>
        <w:rPr>
          <w:rFonts w:ascii="Times New Roman" w:hAnsi="Times New Roman" w:cs="Times New Roman"/>
          <w:color w:val="000000"/>
          <w:szCs w:val="21"/>
        </w:rPr>
      </w:pPr>
      <w:r w:rsidRPr="007D693D">
        <w:rPr>
          <w:rFonts w:ascii="Times New Roman" w:hAnsi="Times New Roman" w:cs="Times New Roman"/>
          <w:b/>
          <w:szCs w:val="21"/>
        </w:rPr>
        <w:t xml:space="preserve">Figure S1 </w:t>
      </w:r>
      <w:r w:rsidRPr="007D693D">
        <w:rPr>
          <w:rFonts w:ascii="Times New Roman" w:hAnsi="Times New Roman" w:cs="Times New Roman"/>
          <w:szCs w:val="21"/>
          <w:vertAlign w:val="superscript"/>
        </w:rPr>
        <w:t>1</w:t>
      </w:r>
      <w:r w:rsidRPr="007D693D">
        <w:rPr>
          <w:rFonts w:ascii="Times New Roman" w:hAnsi="Times New Roman" w:cs="Times New Roman"/>
          <w:szCs w:val="21"/>
        </w:rPr>
        <w:t>H NMR spectrum of compound</w:t>
      </w:r>
      <w:r w:rsidRPr="007D693D">
        <w:rPr>
          <w:rFonts w:ascii="Times New Roman" w:hAnsi="Times New Roman" w:cs="Times New Roman"/>
          <w:b/>
          <w:szCs w:val="21"/>
        </w:rPr>
        <w:t xml:space="preserve"> </w:t>
      </w:r>
      <w:r w:rsidRPr="007D693D">
        <w:rPr>
          <w:rFonts w:ascii="Times New Roman" w:hAnsi="Times New Roman" w:cs="Times New Roman"/>
          <w:b/>
          <w:kern w:val="0"/>
          <w:szCs w:val="21"/>
        </w:rPr>
        <w:t>1</w:t>
      </w:r>
      <w:r w:rsidRPr="007D693D">
        <w:rPr>
          <w:rFonts w:ascii="Times New Roman" w:hAnsi="Times New Roman" w:cs="Times New Roman"/>
          <w:kern w:val="0"/>
          <w:szCs w:val="21"/>
        </w:rPr>
        <w:t xml:space="preserve"> </w:t>
      </w:r>
      <w:r w:rsidRPr="007D693D">
        <w:rPr>
          <w:rFonts w:ascii="Times New Roman" w:hAnsi="Times New Roman" w:cs="Times New Roman"/>
          <w:color w:val="000000"/>
          <w:szCs w:val="21"/>
        </w:rPr>
        <w:t>(500 MHz,</w:t>
      </w:r>
      <w:r w:rsidRPr="007D693D">
        <w:rPr>
          <w:rFonts w:ascii="Times New Roman" w:hAnsi="Times New Roman" w:cs="Times New Roman"/>
          <w:szCs w:val="21"/>
        </w:rPr>
        <w:t xml:space="preserve"> DMSO-</w:t>
      </w:r>
      <w:r w:rsidRPr="007D693D">
        <w:rPr>
          <w:rFonts w:ascii="Times New Roman" w:hAnsi="Times New Roman" w:cs="Times New Roman"/>
          <w:i/>
          <w:szCs w:val="21"/>
        </w:rPr>
        <w:t>d</w:t>
      </w:r>
      <w:r w:rsidRPr="007D693D">
        <w:rPr>
          <w:rFonts w:ascii="Times New Roman" w:hAnsi="Times New Roman" w:cs="Times New Roman"/>
          <w:szCs w:val="21"/>
        </w:rPr>
        <w:t>6</w:t>
      </w:r>
      <w:r w:rsidRPr="007D693D">
        <w:rPr>
          <w:rFonts w:ascii="Times New Roman" w:hAnsi="Times New Roman" w:cs="Times New Roman"/>
          <w:color w:val="000000"/>
          <w:szCs w:val="21"/>
        </w:rPr>
        <w:t>)</w:t>
      </w:r>
    </w:p>
    <w:p w:rsidR="00411B5F" w:rsidRPr="007D693D" w:rsidRDefault="00411B5F" w:rsidP="00411B5F">
      <w:pPr>
        <w:spacing w:before="120" w:after="240"/>
        <w:jc w:val="left"/>
        <w:rPr>
          <w:rFonts w:ascii="Times New Roman" w:hAnsi="Times New Roman" w:cs="Times New Roman"/>
          <w:szCs w:val="21"/>
        </w:rPr>
      </w:pPr>
      <w:r w:rsidRPr="007D693D">
        <w:rPr>
          <w:rFonts w:ascii="Times New Roman" w:hAnsi="Times New Roman" w:cs="Times New Roman"/>
          <w:noProof/>
          <w:szCs w:val="21"/>
        </w:rPr>
        <w:drawing>
          <wp:inline distT="0" distB="0" distL="0" distR="0" wp14:anchorId="01A278CF" wp14:editId="5101400A">
            <wp:extent cx="5085715" cy="3787140"/>
            <wp:effectExtent l="0" t="0" r="635" b="381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8"/>
                    <a:stretch>
                      <a:fillRect/>
                    </a:stretch>
                  </pic:blipFill>
                  <pic:spPr>
                    <a:xfrm>
                      <a:off x="0" y="0"/>
                      <a:ext cx="5086759" cy="3787988"/>
                    </a:xfrm>
                    <a:prstGeom prst="rect">
                      <a:avLst/>
                    </a:prstGeom>
                  </pic:spPr>
                </pic:pic>
              </a:graphicData>
            </a:graphic>
          </wp:inline>
        </w:drawing>
      </w:r>
    </w:p>
    <w:p w:rsidR="00411B5F" w:rsidRPr="007D693D" w:rsidRDefault="00411B5F" w:rsidP="00411B5F">
      <w:pPr>
        <w:spacing w:before="120" w:after="240"/>
        <w:jc w:val="left"/>
        <w:rPr>
          <w:rFonts w:ascii="Times New Roman" w:hAnsi="Times New Roman" w:cs="Times New Roman"/>
          <w:b/>
          <w:szCs w:val="21"/>
        </w:rPr>
      </w:pPr>
      <w:r w:rsidRPr="007D693D">
        <w:rPr>
          <w:rFonts w:ascii="Times New Roman" w:hAnsi="Times New Roman" w:cs="Times New Roman"/>
          <w:b/>
          <w:szCs w:val="21"/>
        </w:rPr>
        <w:lastRenderedPageBreak/>
        <w:t xml:space="preserve">Figure S2 </w:t>
      </w:r>
      <w:r w:rsidRPr="007D693D">
        <w:rPr>
          <w:rFonts w:ascii="Times New Roman" w:hAnsi="Times New Roman" w:cs="Times New Roman"/>
          <w:szCs w:val="21"/>
          <w:vertAlign w:val="superscript"/>
        </w:rPr>
        <w:t>13</w:t>
      </w:r>
      <w:r w:rsidRPr="007D693D">
        <w:rPr>
          <w:rFonts w:ascii="Times New Roman" w:hAnsi="Times New Roman" w:cs="Times New Roman"/>
          <w:szCs w:val="21"/>
        </w:rPr>
        <w:t xml:space="preserve">C NMR spectrum of compound </w:t>
      </w:r>
      <w:r w:rsidR="00405EE7">
        <w:rPr>
          <w:rFonts w:ascii="Times New Roman" w:hAnsi="Times New Roman" w:cs="Times New Roman"/>
          <w:b/>
          <w:kern w:val="0"/>
          <w:szCs w:val="21"/>
        </w:rPr>
        <w:t>1</w:t>
      </w:r>
      <w:r w:rsidRPr="007D693D">
        <w:rPr>
          <w:rFonts w:ascii="Times New Roman" w:hAnsi="Times New Roman" w:cs="Times New Roman"/>
          <w:b/>
          <w:kern w:val="0"/>
          <w:szCs w:val="21"/>
        </w:rPr>
        <w:t xml:space="preserve"> </w:t>
      </w:r>
      <w:r w:rsidRPr="007D693D">
        <w:rPr>
          <w:rFonts w:ascii="Times New Roman" w:hAnsi="Times New Roman" w:cs="Times New Roman"/>
          <w:color w:val="000000"/>
          <w:szCs w:val="21"/>
        </w:rPr>
        <w:t xml:space="preserve">(125 MHz, </w:t>
      </w:r>
      <w:r w:rsidRPr="007D693D">
        <w:rPr>
          <w:rFonts w:ascii="Times New Roman" w:hAnsi="Times New Roman" w:cs="Times New Roman"/>
          <w:szCs w:val="21"/>
        </w:rPr>
        <w:t>DMSO-</w:t>
      </w:r>
      <w:r w:rsidRPr="007D693D">
        <w:rPr>
          <w:rFonts w:ascii="Times New Roman" w:hAnsi="Times New Roman" w:cs="Times New Roman"/>
          <w:i/>
          <w:szCs w:val="21"/>
        </w:rPr>
        <w:t>d</w:t>
      </w:r>
      <w:r w:rsidRPr="007D693D">
        <w:rPr>
          <w:rFonts w:ascii="Times New Roman" w:hAnsi="Times New Roman" w:cs="Times New Roman"/>
          <w:szCs w:val="21"/>
        </w:rPr>
        <w:t>6</w:t>
      </w:r>
      <w:r w:rsidRPr="007D693D">
        <w:rPr>
          <w:rFonts w:ascii="Times New Roman" w:hAnsi="Times New Roman" w:cs="Times New Roman"/>
          <w:color w:val="000000"/>
          <w:szCs w:val="21"/>
        </w:rPr>
        <w:t>)</w:t>
      </w:r>
    </w:p>
    <w:p w:rsidR="00411B5F" w:rsidRPr="007D693D" w:rsidRDefault="00411B5F" w:rsidP="00411B5F">
      <w:pPr>
        <w:spacing w:before="120" w:after="240"/>
        <w:jc w:val="left"/>
        <w:rPr>
          <w:rFonts w:ascii="Times New Roman" w:hAnsi="Times New Roman" w:cs="Times New Roman"/>
          <w:b/>
          <w:szCs w:val="21"/>
        </w:rPr>
      </w:pPr>
    </w:p>
    <w:p w:rsidR="00411B5F" w:rsidRPr="007D693D" w:rsidRDefault="00411B5F" w:rsidP="00411B5F">
      <w:pPr>
        <w:spacing w:before="120" w:after="240"/>
        <w:jc w:val="left"/>
        <w:rPr>
          <w:rFonts w:ascii="Times New Roman" w:hAnsi="Times New Roman" w:cs="Times New Roman"/>
          <w:b/>
          <w:szCs w:val="21"/>
        </w:rPr>
      </w:pPr>
      <w:r w:rsidRPr="007D693D">
        <w:rPr>
          <w:rFonts w:ascii="Times New Roman" w:hAnsi="Times New Roman" w:cs="Times New Roman"/>
          <w:noProof/>
          <w:szCs w:val="21"/>
        </w:rPr>
        <w:drawing>
          <wp:inline distT="0" distB="0" distL="0" distR="0" wp14:anchorId="3802AB3B" wp14:editId="596FD571">
            <wp:extent cx="4873276" cy="3711361"/>
            <wp:effectExtent l="0" t="0" r="3810" b="381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9"/>
                    <a:stretch>
                      <a:fillRect/>
                    </a:stretch>
                  </pic:blipFill>
                  <pic:spPr>
                    <a:xfrm>
                      <a:off x="0" y="0"/>
                      <a:ext cx="4875506" cy="3713059"/>
                    </a:xfrm>
                    <a:prstGeom prst="rect">
                      <a:avLst/>
                    </a:prstGeom>
                  </pic:spPr>
                </pic:pic>
              </a:graphicData>
            </a:graphic>
          </wp:inline>
        </w:drawing>
      </w:r>
    </w:p>
    <w:p w:rsidR="00411B5F" w:rsidRPr="007D693D" w:rsidRDefault="00411B5F" w:rsidP="00411B5F">
      <w:pPr>
        <w:spacing w:before="120" w:after="240"/>
        <w:jc w:val="left"/>
        <w:rPr>
          <w:rFonts w:ascii="Times New Roman" w:hAnsi="Times New Roman" w:cs="Times New Roman"/>
          <w:color w:val="000000"/>
          <w:szCs w:val="21"/>
        </w:rPr>
      </w:pPr>
      <w:r w:rsidRPr="007D693D">
        <w:rPr>
          <w:rFonts w:ascii="Times New Roman" w:hAnsi="Times New Roman" w:cs="Times New Roman"/>
          <w:b/>
          <w:szCs w:val="21"/>
        </w:rPr>
        <w:t xml:space="preserve">Figure S3 </w:t>
      </w:r>
      <w:r w:rsidRPr="007D693D">
        <w:rPr>
          <w:rFonts w:ascii="Times New Roman" w:hAnsi="Times New Roman" w:cs="Times New Roman"/>
          <w:szCs w:val="21"/>
        </w:rPr>
        <w:t>DEPT-135 spectrum of compound</w:t>
      </w:r>
      <w:r w:rsidRPr="007D693D">
        <w:rPr>
          <w:rFonts w:ascii="Times New Roman" w:hAnsi="Times New Roman" w:cs="Times New Roman"/>
          <w:b/>
          <w:kern w:val="0"/>
          <w:szCs w:val="21"/>
        </w:rPr>
        <w:t xml:space="preserve"> 1</w:t>
      </w:r>
      <w:r w:rsidRPr="007D693D">
        <w:rPr>
          <w:rFonts w:ascii="Times New Roman" w:hAnsi="Times New Roman" w:cs="Times New Roman"/>
          <w:szCs w:val="21"/>
        </w:rPr>
        <w:t xml:space="preserve"> </w:t>
      </w:r>
      <w:r w:rsidRPr="007D693D">
        <w:rPr>
          <w:rFonts w:ascii="Times New Roman" w:hAnsi="Times New Roman" w:cs="Times New Roman"/>
          <w:color w:val="000000"/>
          <w:szCs w:val="21"/>
        </w:rPr>
        <w:t xml:space="preserve">(125 MHz, </w:t>
      </w:r>
      <w:r w:rsidRPr="007D693D">
        <w:rPr>
          <w:rFonts w:ascii="Times New Roman" w:hAnsi="Times New Roman" w:cs="Times New Roman"/>
          <w:szCs w:val="21"/>
        </w:rPr>
        <w:t>DMSO-</w:t>
      </w:r>
      <w:r w:rsidRPr="007D693D">
        <w:rPr>
          <w:rFonts w:ascii="Times New Roman" w:hAnsi="Times New Roman" w:cs="Times New Roman"/>
          <w:i/>
          <w:szCs w:val="21"/>
        </w:rPr>
        <w:t>d</w:t>
      </w:r>
      <w:r w:rsidRPr="007D693D">
        <w:rPr>
          <w:rFonts w:ascii="Times New Roman" w:hAnsi="Times New Roman" w:cs="Times New Roman"/>
          <w:szCs w:val="21"/>
        </w:rPr>
        <w:t>6</w:t>
      </w:r>
      <w:r w:rsidRPr="007D693D">
        <w:rPr>
          <w:rFonts w:ascii="Times New Roman" w:hAnsi="Times New Roman" w:cs="Times New Roman"/>
          <w:color w:val="000000"/>
          <w:szCs w:val="21"/>
        </w:rPr>
        <w:t>)</w:t>
      </w:r>
    </w:p>
    <w:p w:rsidR="00411B5F" w:rsidRPr="007D693D" w:rsidRDefault="00411B5F" w:rsidP="00411B5F">
      <w:pPr>
        <w:spacing w:before="120" w:after="240"/>
        <w:jc w:val="left"/>
        <w:rPr>
          <w:rFonts w:ascii="Times New Roman" w:hAnsi="Times New Roman" w:cs="Times New Roman"/>
          <w:szCs w:val="21"/>
        </w:rPr>
      </w:pPr>
      <w:r w:rsidRPr="007D693D">
        <w:rPr>
          <w:rFonts w:ascii="Times New Roman" w:hAnsi="Times New Roman" w:cs="Times New Roman"/>
          <w:noProof/>
          <w:szCs w:val="21"/>
        </w:rPr>
        <w:drawing>
          <wp:inline distT="0" distB="0" distL="0" distR="0" wp14:anchorId="325C362E" wp14:editId="16974C4B">
            <wp:extent cx="4813300" cy="3529965"/>
            <wp:effectExtent l="0" t="0" r="635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10"/>
                    <a:stretch>
                      <a:fillRect/>
                    </a:stretch>
                  </pic:blipFill>
                  <pic:spPr>
                    <a:xfrm>
                      <a:off x="0" y="0"/>
                      <a:ext cx="4813327" cy="3530330"/>
                    </a:xfrm>
                    <a:prstGeom prst="rect">
                      <a:avLst/>
                    </a:prstGeom>
                  </pic:spPr>
                </pic:pic>
              </a:graphicData>
            </a:graphic>
          </wp:inline>
        </w:drawing>
      </w:r>
    </w:p>
    <w:p w:rsidR="00411B5F" w:rsidRDefault="00411B5F" w:rsidP="00411B5F">
      <w:pPr>
        <w:spacing w:before="120" w:after="240"/>
        <w:jc w:val="left"/>
        <w:rPr>
          <w:rFonts w:ascii="Times New Roman" w:hAnsi="Times New Roman" w:cs="Times New Roman"/>
          <w:b/>
          <w:kern w:val="0"/>
          <w:szCs w:val="21"/>
        </w:rPr>
      </w:pPr>
      <w:r w:rsidRPr="007D693D">
        <w:rPr>
          <w:rFonts w:ascii="Times New Roman" w:hAnsi="Times New Roman" w:cs="Times New Roman"/>
          <w:b/>
          <w:szCs w:val="21"/>
        </w:rPr>
        <w:t xml:space="preserve">Figure S4 </w:t>
      </w:r>
      <w:r w:rsidRPr="007D693D">
        <w:rPr>
          <w:rFonts w:ascii="Times New Roman" w:hAnsi="Times New Roman" w:cs="Times New Roman"/>
          <w:szCs w:val="21"/>
        </w:rPr>
        <w:t>HSQC spectrum of compound</w:t>
      </w:r>
      <w:r w:rsidRPr="007D693D">
        <w:rPr>
          <w:rFonts w:ascii="Times New Roman" w:hAnsi="Times New Roman" w:cs="Times New Roman"/>
          <w:b/>
          <w:kern w:val="0"/>
          <w:szCs w:val="21"/>
        </w:rPr>
        <w:t xml:space="preserve"> 1</w:t>
      </w:r>
    </w:p>
    <w:p w:rsidR="00405EE7" w:rsidRDefault="00405EE7" w:rsidP="00411B5F">
      <w:pPr>
        <w:spacing w:before="120" w:after="240"/>
        <w:jc w:val="left"/>
        <w:rPr>
          <w:rFonts w:ascii="Times New Roman" w:hAnsi="Times New Roman" w:cs="Times New Roman"/>
          <w:b/>
          <w:kern w:val="0"/>
          <w:szCs w:val="21"/>
        </w:rPr>
      </w:pPr>
    </w:p>
    <w:p w:rsidR="00405EE7" w:rsidRDefault="00405EE7" w:rsidP="00411B5F">
      <w:pPr>
        <w:spacing w:before="120" w:after="240"/>
        <w:jc w:val="left"/>
        <w:rPr>
          <w:rFonts w:ascii="Times New Roman" w:hAnsi="Times New Roman" w:cs="Times New Roman"/>
          <w:b/>
          <w:kern w:val="0"/>
          <w:szCs w:val="21"/>
        </w:rPr>
      </w:pPr>
      <w:r>
        <w:rPr>
          <w:noProof/>
        </w:rPr>
        <w:drawing>
          <wp:inline distT="0" distB="0" distL="0" distR="0" wp14:anchorId="55A5FF5C" wp14:editId="5C4241EA">
            <wp:extent cx="5274310" cy="36664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666490"/>
                    </a:xfrm>
                    <a:prstGeom prst="rect">
                      <a:avLst/>
                    </a:prstGeom>
                  </pic:spPr>
                </pic:pic>
              </a:graphicData>
            </a:graphic>
          </wp:inline>
        </w:drawing>
      </w:r>
    </w:p>
    <w:p w:rsidR="00405EE7" w:rsidRPr="00405EE7" w:rsidRDefault="00405EE7" w:rsidP="00411B5F">
      <w:pPr>
        <w:spacing w:before="120" w:after="240"/>
        <w:jc w:val="left"/>
        <w:rPr>
          <w:rFonts w:ascii="Times New Roman" w:hAnsi="Times New Roman" w:cs="Times New Roman"/>
          <w:b/>
          <w:kern w:val="0"/>
          <w:szCs w:val="21"/>
        </w:rPr>
      </w:pPr>
      <w:r w:rsidRPr="007D693D">
        <w:rPr>
          <w:rFonts w:ascii="Times New Roman" w:hAnsi="Times New Roman" w:cs="Times New Roman"/>
          <w:b/>
          <w:szCs w:val="21"/>
        </w:rPr>
        <w:t>Figure S</w:t>
      </w:r>
      <w:r>
        <w:rPr>
          <w:rFonts w:ascii="Times New Roman" w:hAnsi="Times New Roman" w:cs="Times New Roman"/>
          <w:b/>
          <w:szCs w:val="21"/>
        </w:rPr>
        <w:t>5</w:t>
      </w:r>
      <w:r w:rsidRPr="007D693D">
        <w:rPr>
          <w:rFonts w:ascii="Times New Roman" w:hAnsi="Times New Roman" w:cs="Times New Roman"/>
          <w:b/>
          <w:szCs w:val="21"/>
        </w:rPr>
        <w:t xml:space="preserve"> </w:t>
      </w:r>
      <w:r>
        <w:rPr>
          <w:rFonts w:ascii="Times New Roman" w:hAnsi="Times New Roman" w:cs="Times New Roman"/>
          <w:szCs w:val="21"/>
        </w:rPr>
        <w:t>COSY</w:t>
      </w:r>
      <w:r w:rsidRPr="007D693D">
        <w:rPr>
          <w:rFonts w:ascii="Times New Roman" w:hAnsi="Times New Roman" w:cs="Times New Roman"/>
          <w:szCs w:val="21"/>
        </w:rPr>
        <w:t xml:space="preserve"> spectrum of compound</w:t>
      </w:r>
      <w:r w:rsidRPr="007D693D">
        <w:rPr>
          <w:rFonts w:ascii="Times New Roman" w:hAnsi="Times New Roman" w:cs="Times New Roman"/>
          <w:b/>
          <w:kern w:val="0"/>
          <w:szCs w:val="21"/>
        </w:rPr>
        <w:t xml:space="preserve"> 1</w:t>
      </w:r>
    </w:p>
    <w:p w:rsidR="00411B5F" w:rsidRPr="007D693D" w:rsidRDefault="00411B5F" w:rsidP="00411B5F">
      <w:pPr>
        <w:spacing w:before="120" w:after="240"/>
        <w:jc w:val="left"/>
        <w:rPr>
          <w:rFonts w:ascii="Times New Roman" w:hAnsi="Times New Roman" w:cs="Times New Roman"/>
          <w:szCs w:val="21"/>
        </w:rPr>
      </w:pPr>
      <w:r w:rsidRPr="007D693D">
        <w:rPr>
          <w:rFonts w:ascii="Times New Roman" w:hAnsi="Times New Roman" w:cs="Times New Roman"/>
          <w:noProof/>
          <w:szCs w:val="21"/>
        </w:rPr>
        <w:drawing>
          <wp:inline distT="0" distB="0" distL="0" distR="0" wp14:anchorId="45569AF5" wp14:editId="26838E4F">
            <wp:extent cx="5274310" cy="3855720"/>
            <wp:effectExtent l="0" t="0" r="254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12"/>
                    <a:stretch>
                      <a:fillRect/>
                    </a:stretch>
                  </pic:blipFill>
                  <pic:spPr>
                    <a:xfrm>
                      <a:off x="0" y="0"/>
                      <a:ext cx="5274310" cy="3856229"/>
                    </a:xfrm>
                    <a:prstGeom prst="rect">
                      <a:avLst/>
                    </a:prstGeom>
                  </pic:spPr>
                </pic:pic>
              </a:graphicData>
            </a:graphic>
          </wp:inline>
        </w:drawing>
      </w:r>
    </w:p>
    <w:p w:rsidR="00411B5F" w:rsidRPr="007D693D" w:rsidRDefault="00411B5F" w:rsidP="00411B5F">
      <w:pPr>
        <w:spacing w:before="120" w:after="240"/>
        <w:jc w:val="left"/>
        <w:rPr>
          <w:rFonts w:ascii="Times New Roman" w:hAnsi="Times New Roman" w:cs="Times New Roman"/>
          <w:b/>
          <w:kern w:val="0"/>
          <w:szCs w:val="21"/>
        </w:rPr>
      </w:pPr>
      <w:r w:rsidRPr="007D693D">
        <w:rPr>
          <w:rFonts w:ascii="Times New Roman" w:hAnsi="Times New Roman" w:cs="Times New Roman"/>
          <w:b/>
          <w:szCs w:val="21"/>
        </w:rPr>
        <w:lastRenderedPageBreak/>
        <w:t>Figure S</w:t>
      </w:r>
      <w:r w:rsidR="00405EE7">
        <w:rPr>
          <w:rFonts w:ascii="Times New Roman" w:hAnsi="Times New Roman" w:cs="Times New Roman"/>
          <w:b/>
          <w:szCs w:val="21"/>
        </w:rPr>
        <w:t>6</w:t>
      </w:r>
      <w:r w:rsidRPr="007D693D">
        <w:rPr>
          <w:rFonts w:ascii="Times New Roman" w:hAnsi="Times New Roman" w:cs="Times New Roman"/>
          <w:b/>
          <w:szCs w:val="21"/>
        </w:rPr>
        <w:t xml:space="preserve"> </w:t>
      </w:r>
      <w:r w:rsidRPr="007D693D">
        <w:rPr>
          <w:rFonts w:ascii="Times New Roman" w:hAnsi="Times New Roman" w:cs="Times New Roman"/>
          <w:szCs w:val="21"/>
        </w:rPr>
        <w:t>HMBC spectrum of</w:t>
      </w:r>
      <w:r w:rsidRPr="007D693D">
        <w:rPr>
          <w:rFonts w:ascii="Times New Roman" w:hAnsi="Times New Roman" w:cs="Times New Roman"/>
          <w:b/>
          <w:szCs w:val="21"/>
        </w:rPr>
        <w:t xml:space="preserve"> </w:t>
      </w:r>
      <w:r w:rsidRPr="007D693D">
        <w:rPr>
          <w:rFonts w:ascii="Times New Roman" w:hAnsi="Times New Roman" w:cs="Times New Roman"/>
          <w:szCs w:val="21"/>
        </w:rPr>
        <w:t>compound</w:t>
      </w:r>
      <w:r w:rsidRPr="007D693D">
        <w:rPr>
          <w:rFonts w:ascii="Times New Roman" w:hAnsi="Times New Roman" w:cs="Times New Roman"/>
          <w:b/>
          <w:kern w:val="0"/>
          <w:szCs w:val="21"/>
        </w:rPr>
        <w:t xml:space="preserve"> 1</w:t>
      </w:r>
    </w:p>
    <w:p w:rsidR="00411B5F" w:rsidRPr="007D693D" w:rsidRDefault="00411B5F" w:rsidP="00411B5F">
      <w:pPr>
        <w:spacing w:before="120" w:after="240"/>
        <w:jc w:val="left"/>
        <w:rPr>
          <w:rFonts w:ascii="Times New Roman" w:hAnsi="Times New Roman" w:cs="Times New Roman"/>
          <w:szCs w:val="21"/>
        </w:rPr>
      </w:pPr>
      <w:r w:rsidRPr="007D693D">
        <w:rPr>
          <w:rFonts w:ascii="Times New Roman" w:hAnsi="Times New Roman" w:cs="Times New Roman"/>
          <w:noProof/>
          <w:szCs w:val="21"/>
        </w:rPr>
        <w:drawing>
          <wp:inline distT="0" distB="0" distL="0" distR="0" wp14:anchorId="1FF7365B" wp14:editId="69ED09BD">
            <wp:extent cx="5127625" cy="3672205"/>
            <wp:effectExtent l="0" t="0" r="0" b="444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13"/>
                    <a:stretch>
                      <a:fillRect/>
                    </a:stretch>
                  </pic:blipFill>
                  <pic:spPr>
                    <a:xfrm>
                      <a:off x="0" y="0"/>
                      <a:ext cx="5134415" cy="3676694"/>
                    </a:xfrm>
                    <a:prstGeom prst="rect">
                      <a:avLst/>
                    </a:prstGeom>
                  </pic:spPr>
                </pic:pic>
              </a:graphicData>
            </a:graphic>
          </wp:inline>
        </w:drawing>
      </w:r>
    </w:p>
    <w:p w:rsidR="00411B5F" w:rsidRPr="007D693D" w:rsidRDefault="00411B5F" w:rsidP="00411B5F">
      <w:pPr>
        <w:spacing w:before="120" w:after="240"/>
        <w:jc w:val="left"/>
        <w:rPr>
          <w:rFonts w:ascii="Times New Roman" w:hAnsi="Times New Roman" w:cs="Times New Roman"/>
          <w:b/>
          <w:szCs w:val="21"/>
        </w:rPr>
      </w:pPr>
      <w:r w:rsidRPr="007D693D">
        <w:rPr>
          <w:rFonts w:ascii="Times New Roman" w:hAnsi="Times New Roman" w:cs="Times New Roman"/>
          <w:b/>
          <w:szCs w:val="21"/>
        </w:rPr>
        <w:t>Figure S</w:t>
      </w:r>
      <w:r w:rsidR="00405EE7">
        <w:rPr>
          <w:rFonts w:ascii="Times New Roman" w:hAnsi="Times New Roman" w:cs="Times New Roman"/>
          <w:b/>
          <w:szCs w:val="21"/>
        </w:rPr>
        <w:t>7</w:t>
      </w:r>
      <w:r w:rsidRPr="007D693D">
        <w:rPr>
          <w:rFonts w:ascii="Times New Roman" w:hAnsi="Times New Roman" w:cs="Times New Roman"/>
          <w:b/>
          <w:szCs w:val="21"/>
        </w:rPr>
        <w:t xml:space="preserve"> </w:t>
      </w:r>
      <w:r w:rsidRPr="007D693D">
        <w:rPr>
          <w:rFonts w:ascii="Times New Roman" w:hAnsi="Times New Roman" w:cs="Times New Roman"/>
          <w:szCs w:val="21"/>
        </w:rPr>
        <w:t>NOESY spectrum of</w:t>
      </w:r>
      <w:r w:rsidRPr="007D693D">
        <w:rPr>
          <w:rFonts w:ascii="Times New Roman" w:hAnsi="Times New Roman" w:cs="Times New Roman"/>
          <w:b/>
          <w:szCs w:val="21"/>
        </w:rPr>
        <w:t xml:space="preserve"> </w:t>
      </w:r>
      <w:r w:rsidRPr="007D693D">
        <w:rPr>
          <w:rFonts w:ascii="Times New Roman" w:hAnsi="Times New Roman" w:cs="Times New Roman"/>
          <w:szCs w:val="21"/>
        </w:rPr>
        <w:t>compound</w:t>
      </w:r>
      <w:r w:rsidRPr="007D693D">
        <w:rPr>
          <w:rFonts w:ascii="Times New Roman" w:hAnsi="Times New Roman" w:cs="Times New Roman"/>
          <w:b/>
          <w:kern w:val="0"/>
          <w:szCs w:val="21"/>
        </w:rPr>
        <w:t xml:space="preserve"> 1</w:t>
      </w:r>
    </w:p>
    <w:p w:rsidR="00411B5F" w:rsidRPr="007D693D" w:rsidRDefault="00411B5F" w:rsidP="00411B5F">
      <w:pPr>
        <w:spacing w:before="120" w:after="240"/>
        <w:jc w:val="left"/>
        <w:rPr>
          <w:rFonts w:ascii="Times New Roman" w:hAnsi="Times New Roman" w:cs="Times New Roman"/>
          <w:szCs w:val="21"/>
        </w:rPr>
      </w:pPr>
      <w:r w:rsidRPr="007D693D">
        <w:rPr>
          <w:rFonts w:ascii="Times New Roman" w:hAnsi="Times New Roman" w:cs="Times New Roman"/>
          <w:noProof/>
          <w:szCs w:val="21"/>
        </w:rPr>
        <w:drawing>
          <wp:inline distT="0" distB="0" distL="0" distR="0" wp14:anchorId="459B78D8" wp14:editId="7877C07F">
            <wp:extent cx="5274310" cy="3735705"/>
            <wp:effectExtent l="0" t="0" r="254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14"/>
                    <a:stretch>
                      <a:fillRect/>
                    </a:stretch>
                  </pic:blipFill>
                  <pic:spPr>
                    <a:xfrm>
                      <a:off x="0" y="0"/>
                      <a:ext cx="5274310" cy="3735970"/>
                    </a:xfrm>
                    <a:prstGeom prst="rect">
                      <a:avLst/>
                    </a:prstGeom>
                  </pic:spPr>
                </pic:pic>
              </a:graphicData>
            </a:graphic>
          </wp:inline>
        </w:drawing>
      </w:r>
    </w:p>
    <w:p w:rsidR="00411B5F" w:rsidRPr="007D693D" w:rsidRDefault="00411B5F" w:rsidP="00411B5F">
      <w:pPr>
        <w:spacing w:before="120" w:after="240"/>
        <w:jc w:val="left"/>
        <w:rPr>
          <w:rFonts w:ascii="Times New Roman" w:hAnsi="Times New Roman" w:cs="Times New Roman"/>
          <w:b/>
          <w:szCs w:val="21"/>
        </w:rPr>
      </w:pPr>
      <w:r w:rsidRPr="007D693D">
        <w:rPr>
          <w:rFonts w:ascii="Times New Roman" w:hAnsi="Times New Roman" w:cs="Times New Roman"/>
          <w:b/>
          <w:szCs w:val="21"/>
        </w:rPr>
        <w:t>Figure S</w:t>
      </w:r>
      <w:r w:rsidR="00405EE7">
        <w:rPr>
          <w:rFonts w:ascii="Times New Roman" w:hAnsi="Times New Roman" w:cs="Times New Roman"/>
          <w:b/>
          <w:szCs w:val="21"/>
        </w:rPr>
        <w:t>8</w:t>
      </w:r>
      <w:r w:rsidRPr="007D693D">
        <w:rPr>
          <w:rFonts w:ascii="Times New Roman" w:hAnsi="Times New Roman" w:cs="Times New Roman"/>
          <w:b/>
          <w:szCs w:val="21"/>
        </w:rPr>
        <w:t xml:space="preserve"> </w:t>
      </w:r>
      <w:r w:rsidRPr="007D693D">
        <w:rPr>
          <w:rFonts w:ascii="Times New Roman" w:hAnsi="Times New Roman" w:cs="Times New Roman"/>
          <w:bCs/>
          <w:kern w:val="0"/>
          <w:szCs w:val="21"/>
        </w:rPr>
        <w:t>HRESIMS</w:t>
      </w:r>
      <w:r w:rsidRPr="007D693D">
        <w:rPr>
          <w:rFonts w:ascii="Times New Roman" w:hAnsi="Times New Roman" w:cs="Times New Roman"/>
          <w:b/>
          <w:bCs/>
          <w:color w:val="CD0000"/>
          <w:kern w:val="0"/>
          <w:szCs w:val="21"/>
        </w:rPr>
        <w:t xml:space="preserve"> </w:t>
      </w:r>
      <w:r w:rsidRPr="007D693D">
        <w:rPr>
          <w:rFonts w:ascii="Times New Roman" w:hAnsi="Times New Roman" w:cs="Times New Roman"/>
          <w:szCs w:val="21"/>
        </w:rPr>
        <w:t>spectrum of compound</w:t>
      </w:r>
      <w:r w:rsidRPr="007D693D">
        <w:rPr>
          <w:rFonts w:ascii="Times New Roman" w:hAnsi="Times New Roman" w:cs="Times New Roman"/>
          <w:b/>
          <w:szCs w:val="21"/>
        </w:rPr>
        <w:t xml:space="preserve"> 1 </w:t>
      </w:r>
    </w:p>
    <w:p w:rsidR="00411B5F" w:rsidRPr="007D693D" w:rsidRDefault="00411B5F" w:rsidP="00411B5F">
      <w:pPr>
        <w:spacing w:before="120" w:after="240"/>
        <w:jc w:val="left"/>
        <w:rPr>
          <w:rFonts w:ascii="Times New Roman" w:hAnsi="Times New Roman" w:cs="Times New Roman"/>
          <w:b/>
          <w:szCs w:val="21"/>
        </w:rPr>
      </w:pPr>
      <w:r w:rsidRPr="007D693D">
        <w:rPr>
          <w:rFonts w:ascii="Times New Roman" w:hAnsi="Times New Roman" w:cs="Times New Roman"/>
          <w:noProof/>
          <w:szCs w:val="21"/>
        </w:rPr>
        <w:lastRenderedPageBreak/>
        <w:drawing>
          <wp:inline distT="0" distB="0" distL="0" distR="0" wp14:anchorId="167472DC" wp14:editId="0C6711E1">
            <wp:extent cx="5274310" cy="40214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274310" cy="4021455"/>
                    </a:xfrm>
                    <a:prstGeom prst="rect">
                      <a:avLst/>
                    </a:prstGeom>
                    <a:noFill/>
                    <a:ln w="9525">
                      <a:noFill/>
                      <a:miter lim="800000"/>
                      <a:headEnd/>
                      <a:tailEnd/>
                    </a:ln>
                  </pic:spPr>
                </pic:pic>
              </a:graphicData>
            </a:graphic>
          </wp:inline>
        </w:drawing>
      </w:r>
    </w:p>
    <w:p w:rsidR="00411B5F" w:rsidRPr="007D693D" w:rsidRDefault="00411B5F" w:rsidP="00411B5F">
      <w:pPr>
        <w:spacing w:before="120" w:after="240"/>
        <w:jc w:val="left"/>
        <w:rPr>
          <w:rFonts w:ascii="Times New Roman" w:hAnsi="Times New Roman" w:cs="Times New Roman"/>
          <w:szCs w:val="21"/>
        </w:rPr>
      </w:pPr>
      <w:r w:rsidRPr="007D693D">
        <w:rPr>
          <w:rFonts w:ascii="Times New Roman" w:hAnsi="Times New Roman" w:cs="Times New Roman"/>
          <w:b/>
          <w:szCs w:val="21"/>
        </w:rPr>
        <w:t>Figure S</w:t>
      </w:r>
      <w:r w:rsidR="00405EE7">
        <w:rPr>
          <w:rFonts w:ascii="Times New Roman" w:hAnsi="Times New Roman" w:cs="Times New Roman"/>
          <w:b/>
          <w:szCs w:val="21"/>
        </w:rPr>
        <w:t>9</w:t>
      </w:r>
      <w:r w:rsidRPr="007D693D">
        <w:rPr>
          <w:rFonts w:ascii="Times New Roman" w:hAnsi="Times New Roman" w:cs="Times New Roman"/>
          <w:b/>
          <w:szCs w:val="21"/>
        </w:rPr>
        <w:t xml:space="preserve"> </w:t>
      </w:r>
      <w:r w:rsidRPr="007D693D">
        <w:rPr>
          <w:rFonts w:ascii="Times New Roman" w:hAnsi="Times New Roman" w:cs="Times New Roman"/>
          <w:szCs w:val="21"/>
        </w:rPr>
        <w:t xml:space="preserve">UV spectrum of compound </w:t>
      </w:r>
      <w:r w:rsidRPr="007D693D">
        <w:rPr>
          <w:rFonts w:ascii="Times New Roman" w:hAnsi="Times New Roman" w:cs="Times New Roman"/>
          <w:b/>
          <w:szCs w:val="21"/>
        </w:rPr>
        <w:t>1</w:t>
      </w:r>
    </w:p>
    <w:p w:rsidR="00411B5F" w:rsidRPr="007D693D" w:rsidRDefault="00411B5F" w:rsidP="00411B5F">
      <w:pPr>
        <w:spacing w:before="120" w:after="240"/>
        <w:jc w:val="left"/>
        <w:rPr>
          <w:rFonts w:ascii="Times New Roman" w:hAnsi="Times New Roman" w:cs="Times New Roman"/>
          <w:b/>
          <w:szCs w:val="21"/>
        </w:rPr>
      </w:pPr>
      <w:r w:rsidRPr="007D693D">
        <w:rPr>
          <w:rFonts w:ascii="Times New Roman" w:hAnsi="Times New Roman" w:cs="Times New Roman"/>
          <w:noProof/>
          <w:szCs w:val="21"/>
        </w:rPr>
        <w:drawing>
          <wp:inline distT="0" distB="0" distL="0" distR="0" wp14:anchorId="6AC118D2" wp14:editId="0CE21A77">
            <wp:extent cx="4715301" cy="3595233"/>
            <wp:effectExtent l="0" t="0" r="0" b="571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719235" cy="3598232"/>
                    </a:xfrm>
                    <a:prstGeom prst="rect">
                      <a:avLst/>
                    </a:prstGeom>
                    <a:noFill/>
                    <a:ln w="9525">
                      <a:noFill/>
                      <a:miter lim="800000"/>
                      <a:headEnd/>
                      <a:tailEnd/>
                    </a:ln>
                  </pic:spPr>
                </pic:pic>
              </a:graphicData>
            </a:graphic>
          </wp:inline>
        </w:drawing>
      </w:r>
    </w:p>
    <w:p w:rsidR="00411B5F" w:rsidRPr="007D693D" w:rsidRDefault="00411B5F" w:rsidP="00411B5F">
      <w:pPr>
        <w:spacing w:before="120" w:after="240"/>
        <w:jc w:val="left"/>
        <w:rPr>
          <w:rFonts w:ascii="Times New Roman" w:hAnsi="Times New Roman" w:cs="Times New Roman"/>
          <w:szCs w:val="21"/>
        </w:rPr>
      </w:pPr>
      <w:r w:rsidRPr="007D693D">
        <w:rPr>
          <w:rFonts w:ascii="Times New Roman" w:hAnsi="Times New Roman" w:cs="Times New Roman"/>
          <w:b/>
          <w:szCs w:val="21"/>
        </w:rPr>
        <w:t>Figure S</w:t>
      </w:r>
      <w:r w:rsidR="00405EE7">
        <w:rPr>
          <w:rFonts w:ascii="Times New Roman" w:hAnsi="Times New Roman" w:cs="Times New Roman"/>
          <w:b/>
          <w:szCs w:val="21"/>
        </w:rPr>
        <w:t>10</w:t>
      </w:r>
      <w:r w:rsidRPr="007D693D">
        <w:rPr>
          <w:rFonts w:ascii="Times New Roman" w:hAnsi="Times New Roman" w:cs="Times New Roman"/>
          <w:b/>
          <w:szCs w:val="21"/>
        </w:rPr>
        <w:t xml:space="preserve"> </w:t>
      </w:r>
      <w:r w:rsidRPr="007D693D">
        <w:rPr>
          <w:rFonts w:ascii="Times New Roman" w:hAnsi="Times New Roman" w:cs="Times New Roman"/>
          <w:szCs w:val="21"/>
        </w:rPr>
        <w:t xml:space="preserve">Experimental ECD of compound </w:t>
      </w:r>
      <w:r w:rsidRPr="007D693D">
        <w:rPr>
          <w:rFonts w:ascii="Times New Roman" w:hAnsi="Times New Roman" w:cs="Times New Roman"/>
          <w:b/>
          <w:szCs w:val="21"/>
        </w:rPr>
        <w:t>1</w:t>
      </w:r>
    </w:p>
    <w:p w:rsidR="00411B5F" w:rsidRPr="007D693D" w:rsidRDefault="00411B5F" w:rsidP="00806D3A">
      <w:pPr>
        <w:spacing w:before="120" w:after="240"/>
        <w:jc w:val="center"/>
        <w:rPr>
          <w:rFonts w:ascii="Times New Roman" w:hAnsi="Times New Roman" w:cs="Times New Roman"/>
          <w:szCs w:val="21"/>
        </w:rPr>
      </w:pPr>
      <w:r w:rsidRPr="007D693D">
        <w:rPr>
          <w:rFonts w:ascii="Times New Roman" w:hAnsi="Times New Roman" w:cs="Times New Roman"/>
          <w:noProof/>
          <w:szCs w:val="21"/>
        </w:rPr>
        <w:lastRenderedPageBreak/>
        <w:drawing>
          <wp:inline distT="0" distB="0" distL="0" distR="0" wp14:anchorId="2520B3A9" wp14:editId="7299270B">
            <wp:extent cx="4712701" cy="3467321"/>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7"/>
                    <a:stretch>
                      <a:fillRect/>
                    </a:stretch>
                  </pic:blipFill>
                  <pic:spPr>
                    <a:xfrm>
                      <a:off x="0" y="0"/>
                      <a:ext cx="4754272" cy="3497907"/>
                    </a:xfrm>
                    <a:prstGeom prst="rect">
                      <a:avLst/>
                    </a:prstGeom>
                  </pic:spPr>
                </pic:pic>
              </a:graphicData>
            </a:graphic>
          </wp:inline>
        </w:drawing>
      </w:r>
    </w:p>
    <w:p w:rsidR="00806D3A" w:rsidRPr="007D693D" w:rsidRDefault="00806D3A" w:rsidP="00806D3A">
      <w:pPr>
        <w:spacing w:before="120" w:after="240"/>
        <w:jc w:val="left"/>
        <w:rPr>
          <w:rFonts w:ascii="Times New Roman" w:hAnsi="Times New Roman" w:cs="Times New Roman"/>
          <w:color w:val="000000"/>
          <w:szCs w:val="21"/>
        </w:rPr>
      </w:pPr>
      <w:r w:rsidRPr="007D693D">
        <w:rPr>
          <w:rFonts w:ascii="Times New Roman" w:hAnsi="Times New Roman" w:cs="Times New Roman"/>
          <w:b/>
          <w:szCs w:val="21"/>
        </w:rPr>
        <w:t>Figure S1</w:t>
      </w:r>
      <w:r w:rsidR="00405EE7">
        <w:rPr>
          <w:rFonts w:ascii="Times New Roman" w:hAnsi="Times New Roman" w:cs="Times New Roman"/>
          <w:b/>
          <w:szCs w:val="21"/>
        </w:rPr>
        <w:t>1</w:t>
      </w:r>
      <w:r w:rsidRPr="007D693D">
        <w:rPr>
          <w:rFonts w:ascii="Times New Roman" w:hAnsi="Times New Roman" w:cs="Times New Roman"/>
          <w:b/>
          <w:szCs w:val="21"/>
        </w:rPr>
        <w:t xml:space="preserve"> </w:t>
      </w:r>
      <w:r w:rsidRPr="007D693D">
        <w:rPr>
          <w:rFonts w:ascii="Times New Roman" w:hAnsi="Times New Roman" w:cs="Times New Roman"/>
          <w:szCs w:val="21"/>
          <w:vertAlign w:val="superscript"/>
        </w:rPr>
        <w:t>1</w:t>
      </w:r>
      <w:r w:rsidRPr="007D693D">
        <w:rPr>
          <w:rFonts w:ascii="Times New Roman" w:hAnsi="Times New Roman" w:cs="Times New Roman"/>
          <w:szCs w:val="21"/>
        </w:rPr>
        <w:t xml:space="preserve">H NMR spectrum of compound </w:t>
      </w:r>
      <w:r w:rsidRPr="007D693D">
        <w:rPr>
          <w:rFonts w:ascii="Times New Roman" w:hAnsi="Times New Roman" w:cs="Times New Roman"/>
          <w:b/>
          <w:kern w:val="0"/>
          <w:szCs w:val="21"/>
        </w:rPr>
        <w:t xml:space="preserve">2 </w:t>
      </w:r>
      <w:r w:rsidRPr="007D693D">
        <w:rPr>
          <w:rFonts w:ascii="Times New Roman" w:hAnsi="Times New Roman" w:cs="Times New Roman"/>
          <w:color w:val="000000"/>
          <w:szCs w:val="21"/>
        </w:rPr>
        <w:t xml:space="preserve">(500 MHz, </w:t>
      </w:r>
      <w:r w:rsidRPr="007D693D">
        <w:rPr>
          <w:rFonts w:ascii="Times New Roman" w:hAnsi="Times New Roman" w:cs="Times New Roman"/>
          <w:szCs w:val="21"/>
        </w:rPr>
        <w:t>DMSO-</w:t>
      </w:r>
      <w:r w:rsidRPr="007D693D">
        <w:rPr>
          <w:rFonts w:ascii="Times New Roman" w:hAnsi="Times New Roman" w:cs="Times New Roman"/>
          <w:i/>
          <w:szCs w:val="21"/>
        </w:rPr>
        <w:t>d</w:t>
      </w:r>
      <w:r w:rsidRPr="007D693D">
        <w:rPr>
          <w:rFonts w:ascii="Times New Roman" w:hAnsi="Times New Roman" w:cs="Times New Roman"/>
          <w:szCs w:val="21"/>
        </w:rPr>
        <w:t>6</w:t>
      </w:r>
      <w:r w:rsidRPr="007D693D">
        <w:rPr>
          <w:rFonts w:ascii="Times New Roman" w:hAnsi="Times New Roman" w:cs="Times New Roman"/>
          <w:color w:val="000000"/>
          <w:szCs w:val="21"/>
        </w:rPr>
        <w:t>)</w:t>
      </w:r>
    </w:p>
    <w:p w:rsidR="00411B5F" w:rsidRPr="007D693D" w:rsidRDefault="00411B5F" w:rsidP="00411B5F">
      <w:pPr>
        <w:spacing w:before="120" w:after="240"/>
        <w:jc w:val="left"/>
        <w:rPr>
          <w:rFonts w:ascii="Times New Roman" w:hAnsi="Times New Roman" w:cs="Times New Roman"/>
          <w:szCs w:val="21"/>
        </w:rPr>
      </w:pPr>
      <w:r w:rsidRPr="007D693D">
        <w:rPr>
          <w:rFonts w:ascii="Times New Roman" w:hAnsi="Times New Roman" w:cs="Times New Roman"/>
          <w:noProof/>
          <w:szCs w:val="21"/>
        </w:rPr>
        <w:drawing>
          <wp:inline distT="0" distB="0" distL="0" distR="0" wp14:anchorId="787BCA3A" wp14:editId="400A0F60">
            <wp:extent cx="4960620" cy="3882390"/>
            <wp:effectExtent l="0" t="0" r="0" b="381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18"/>
                    <a:stretch>
                      <a:fillRect/>
                    </a:stretch>
                  </pic:blipFill>
                  <pic:spPr>
                    <a:xfrm>
                      <a:off x="0" y="0"/>
                      <a:ext cx="4960444" cy="3882235"/>
                    </a:xfrm>
                    <a:prstGeom prst="rect">
                      <a:avLst/>
                    </a:prstGeom>
                  </pic:spPr>
                </pic:pic>
              </a:graphicData>
            </a:graphic>
          </wp:inline>
        </w:drawing>
      </w:r>
    </w:p>
    <w:p w:rsidR="00806D3A" w:rsidRPr="007D693D" w:rsidRDefault="00806D3A" w:rsidP="00806D3A">
      <w:pPr>
        <w:spacing w:before="120" w:after="240"/>
        <w:jc w:val="left"/>
        <w:rPr>
          <w:rFonts w:ascii="Times New Roman" w:hAnsi="Times New Roman" w:cs="Times New Roman"/>
          <w:color w:val="000000"/>
          <w:szCs w:val="21"/>
        </w:rPr>
      </w:pPr>
      <w:r w:rsidRPr="007D693D">
        <w:rPr>
          <w:rFonts w:ascii="Times New Roman" w:hAnsi="Times New Roman" w:cs="Times New Roman"/>
          <w:b/>
          <w:szCs w:val="21"/>
        </w:rPr>
        <w:t>Figure S1</w:t>
      </w:r>
      <w:r w:rsidR="00405EE7">
        <w:rPr>
          <w:rFonts w:ascii="Times New Roman" w:hAnsi="Times New Roman" w:cs="Times New Roman"/>
          <w:b/>
          <w:szCs w:val="21"/>
        </w:rPr>
        <w:t>2</w:t>
      </w:r>
      <w:r w:rsidRPr="007D693D">
        <w:rPr>
          <w:rFonts w:ascii="Times New Roman" w:hAnsi="Times New Roman" w:cs="Times New Roman"/>
          <w:b/>
          <w:szCs w:val="21"/>
        </w:rPr>
        <w:t xml:space="preserve"> </w:t>
      </w:r>
      <w:r w:rsidRPr="007D693D">
        <w:rPr>
          <w:rFonts w:ascii="Times New Roman" w:hAnsi="Times New Roman" w:cs="Times New Roman"/>
          <w:szCs w:val="21"/>
          <w:vertAlign w:val="superscript"/>
        </w:rPr>
        <w:t>13</w:t>
      </w:r>
      <w:r w:rsidRPr="007D693D">
        <w:rPr>
          <w:rFonts w:ascii="Times New Roman" w:hAnsi="Times New Roman" w:cs="Times New Roman"/>
          <w:szCs w:val="21"/>
        </w:rPr>
        <w:t xml:space="preserve">C NMR spectrum of compound </w:t>
      </w:r>
      <w:r w:rsidRPr="007D693D">
        <w:rPr>
          <w:rFonts w:ascii="Times New Roman" w:hAnsi="Times New Roman" w:cs="Times New Roman"/>
          <w:b/>
          <w:kern w:val="0"/>
          <w:szCs w:val="21"/>
        </w:rPr>
        <w:t xml:space="preserve">2 </w:t>
      </w:r>
      <w:r w:rsidRPr="007D693D">
        <w:rPr>
          <w:rFonts w:ascii="Times New Roman" w:hAnsi="Times New Roman" w:cs="Times New Roman"/>
          <w:color w:val="000000"/>
          <w:szCs w:val="21"/>
        </w:rPr>
        <w:t xml:space="preserve">(125 MHz, </w:t>
      </w:r>
      <w:r w:rsidRPr="007D693D">
        <w:rPr>
          <w:rFonts w:ascii="Times New Roman" w:hAnsi="Times New Roman" w:cs="Times New Roman"/>
          <w:szCs w:val="21"/>
        </w:rPr>
        <w:t>DMSO-</w:t>
      </w:r>
      <w:r w:rsidRPr="007D693D">
        <w:rPr>
          <w:rFonts w:ascii="Times New Roman" w:hAnsi="Times New Roman" w:cs="Times New Roman"/>
          <w:i/>
          <w:szCs w:val="21"/>
        </w:rPr>
        <w:t>d</w:t>
      </w:r>
      <w:r w:rsidRPr="007D693D">
        <w:rPr>
          <w:rFonts w:ascii="Times New Roman" w:hAnsi="Times New Roman" w:cs="Times New Roman"/>
          <w:szCs w:val="21"/>
        </w:rPr>
        <w:t>6</w:t>
      </w:r>
      <w:r w:rsidRPr="007D693D">
        <w:rPr>
          <w:rFonts w:ascii="Times New Roman" w:hAnsi="Times New Roman" w:cs="Times New Roman"/>
          <w:color w:val="000000"/>
          <w:szCs w:val="21"/>
        </w:rPr>
        <w:t>)</w:t>
      </w:r>
    </w:p>
    <w:p w:rsidR="00806D3A" w:rsidRPr="007D693D" w:rsidRDefault="00806D3A" w:rsidP="00411B5F">
      <w:pPr>
        <w:spacing w:before="120" w:after="240"/>
        <w:jc w:val="left"/>
        <w:rPr>
          <w:rFonts w:ascii="Times New Roman" w:hAnsi="Times New Roman" w:cs="Times New Roman"/>
          <w:b/>
          <w:szCs w:val="21"/>
        </w:rPr>
      </w:pPr>
      <w:r w:rsidRPr="007D693D">
        <w:rPr>
          <w:rFonts w:ascii="Times New Roman" w:hAnsi="Times New Roman" w:cs="Times New Roman"/>
          <w:noProof/>
          <w:szCs w:val="21"/>
        </w:rPr>
        <w:lastRenderedPageBreak/>
        <w:drawing>
          <wp:inline distT="0" distB="0" distL="0" distR="0" wp14:anchorId="452705C7" wp14:editId="1ECC50A8">
            <wp:extent cx="5274310" cy="36785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678555"/>
                    </a:xfrm>
                    <a:prstGeom prst="rect">
                      <a:avLst/>
                    </a:prstGeom>
                  </pic:spPr>
                </pic:pic>
              </a:graphicData>
            </a:graphic>
          </wp:inline>
        </w:drawing>
      </w:r>
    </w:p>
    <w:p w:rsidR="00411B5F" w:rsidRPr="007D693D" w:rsidRDefault="00411B5F" w:rsidP="00411B5F">
      <w:pPr>
        <w:spacing w:before="120" w:after="240"/>
        <w:jc w:val="left"/>
        <w:rPr>
          <w:rFonts w:ascii="Times New Roman" w:hAnsi="Times New Roman" w:cs="Times New Roman"/>
          <w:b/>
          <w:szCs w:val="21"/>
        </w:rPr>
      </w:pPr>
      <w:r w:rsidRPr="007D693D">
        <w:rPr>
          <w:rFonts w:ascii="Times New Roman" w:hAnsi="Times New Roman" w:cs="Times New Roman"/>
          <w:b/>
          <w:szCs w:val="21"/>
        </w:rPr>
        <w:t>Figure S1</w:t>
      </w:r>
      <w:r w:rsidR="00405EE7">
        <w:rPr>
          <w:rFonts w:ascii="Times New Roman" w:hAnsi="Times New Roman" w:cs="Times New Roman"/>
          <w:b/>
          <w:szCs w:val="21"/>
        </w:rPr>
        <w:t>3</w:t>
      </w:r>
      <w:r w:rsidRPr="007D693D">
        <w:rPr>
          <w:rFonts w:ascii="Times New Roman" w:hAnsi="Times New Roman" w:cs="Times New Roman"/>
          <w:b/>
          <w:szCs w:val="21"/>
        </w:rPr>
        <w:t xml:space="preserve"> </w:t>
      </w:r>
      <w:r w:rsidR="00806D3A" w:rsidRPr="007D693D">
        <w:rPr>
          <w:rFonts w:ascii="Times New Roman" w:hAnsi="Times New Roman" w:cs="Times New Roman"/>
          <w:szCs w:val="21"/>
        </w:rPr>
        <w:t>DEPT-135</w:t>
      </w:r>
      <w:r w:rsidRPr="007D693D">
        <w:rPr>
          <w:rFonts w:ascii="Times New Roman" w:hAnsi="Times New Roman" w:cs="Times New Roman"/>
          <w:szCs w:val="21"/>
        </w:rPr>
        <w:t xml:space="preserve"> spectrum of compound</w:t>
      </w:r>
      <w:r w:rsidRPr="007D693D">
        <w:rPr>
          <w:rFonts w:ascii="Times New Roman" w:hAnsi="Times New Roman" w:cs="Times New Roman"/>
          <w:b/>
          <w:kern w:val="0"/>
          <w:szCs w:val="21"/>
        </w:rPr>
        <w:t xml:space="preserve"> </w:t>
      </w:r>
      <w:r w:rsidR="00806D3A" w:rsidRPr="007D693D">
        <w:rPr>
          <w:rFonts w:ascii="Times New Roman" w:hAnsi="Times New Roman" w:cs="Times New Roman"/>
          <w:b/>
          <w:kern w:val="0"/>
          <w:szCs w:val="21"/>
        </w:rPr>
        <w:t>2</w:t>
      </w:r>
    </w:p>
    <w:p w:rsidR="00411B5F" w:rsidRPr="007D693D" w:rsidRDefault="00411B5F" w:rsidP="00411B5F">
      <w:pPr>
        <w:spacing w:before="120" w:after="240"/>
        <w:jc w:val="left"/>
        <w:rPr>
          <w:rFonts w:ascii="Times New Roman" w:hAnsi="Times New Roman" w:cs="Times New Roman"/>
          <w:szCs w:val="21"/>
        </w:rPr>
      </w:pPr>
      <w:r w:rsidRPr="007D693D">
        <w:rPr>
          <w:rFonts w:ascii="Times New Roman" w:hAnsi="Times New Roman" w:cs="Times New Roman"/>
          <w:noProof/>
          <w:szCs w:val="21"/>
        </w:rPr>
        <w:drawing>
          <wp:inline distT="0" distB="0" distL="0" distR="0" wp14:anchorId="5CFCBCE6" wp14:editId="66E7BA64">
            <wp:extent cx="5010785" cy="3890645"/>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20"/>
                    <a:stretch>
                      <a:fillRect/>
                    </a:stretch>
                  </pic:blipFill>
                  <pic:spPr>
                    <a:xfrm>
                      <a:off x="0" y="0"/>
                      <a:ext cx="5023269" cy="3900241"/>
                    </a:xfrm>
                    <a:prstGeom prst="rect">
                      <a:avLst/>
                    </a:prstGeom>
                  </pic:spPr>
                </pic:pic>
              </a:graphicData>
            </a:graphic>
          </wp:inline>
        </w:drawing>
      </w:r>
    </w:p>
    <w:p w:rsidR="00411B5F" w:rsidRPr="007D693D" w:rsidRDefault="00806D3A" w:rsidP="00411B5F">
      <w:pPr>
        <w:spacing w:before="120" w:after="240"/>
        <w:jc w:val="left"/>
        <w:rPr>
          <w:rFonts w:ascii="Times New Roman" w:hAnsi="Times New Roman" w:cs="Times New Roman"/>
          <w:b/>
          <w:kern w:val="0"/>
          <w:szCs w:val="21"/>
        </w:rPr>
      </w:pPr>
      <w:r w:rsidRPr="007D693D">
        <w:rPr>
          <w:rFonts w:ascii="Times New Roman" w:hAnsi="Times New Roman" w:cs="Times New Roman"/>
          <w:b/>
          <w:szCs w:val="21"/>
        </w:rPr>
        <w:t>Figure S1</w:t>
      </w:r>
      <w:r w:rsidR="00405EE7">
        <w:rPr>
          <w:rFonts w:ascii="Times New Roman" w:hAnsi="Times New Roman" w:cs="Times New Roman"/>
          <w:b/>
          <w:szCs w:val="21"/>
        </w:rPr>
        <w:t>4</w:t>
      </w:r>
      <w:r w:rsidR="00411B5F" w:rsidRPr="007D693D">
        <w:rPr>
          <w:rFonts w:ascii="Times New Roman" w:hAnsi="Times New Roman" w:cs="Times New Roman"/>
          <w:szCs w:val="21"/>
        </w:rPr>
        <w:t xml:space="preserve"> </w:t>
      </w:r>
      <w:r w:rsidRPr="007D693D">
        <w:rPr>
          <w:rFonts w:ascii="Times New Roman" w:hAnsi="Times New Roman" w:cs="Times New Roman"/>
          <w:szCs w:val="21"/>
        </w:rPr>
        <w:t>HSQC spectrum of</w:t>
      </w:r>
      <w:r w:rsidRPr="007D693D">
        <w:rPr>
          <w:rFonts w:ascii="Times New Roman" w:hAnsi="Times New Roman" w:cs="Times New Roman"/>
          <w:b/>
          <w:szCs w:val="21"/>
        </w:rPr>
        <w:t xml:space="preserve"> </w:t>
      </w:r>
      <w:r w:rsidRPr="007D693D">
        <w:rPr>
          <w:rFonts w:ascii="Times New Roman" w:hAnsi="Times New Roman" w:cs="Times New Roman"/>
          <w:szCs w:val="21"/>
        </w:rPr>
        <w:t>compound</w:t>
      </w:r>
      <w:r w:rsidRPr="007D693D">
        <w:rPr>
          <w:rFonts w:ascii="Times New Roman" w:hAnsi="Times New Roman" w:cs="Times New Roman"/>
          <w:b/>
          <w:kern w:val="0"/>
          <w:szCs w:val="21"/>
        </w:rPr>
        <w:t xml:space="preserve"> 2</w:t>
      </w:r>
    </w:p>
    <w:p w:rsidR="00806D3A" w:rsidRPr="007D693D" w:rsidRDefault="00806D3A" w:rsidP="00411B5F">
      <w:pPr>
        <w:spacing w:before="120" w:after="240"/>
        <w:jc w:val="left"/>
        <w:rPr>
          <w:rFonts w:ascii="Times New Roman" w:hAnsi="Times New Roman" w:cs="Times New Roman"/>
          <w:b/>
          <w:kern w:val="0"/>
          <w:szCs w:val="21"/>
        </w:rPr>
      </w:pPr>
      <w:r w:rsidRPr="007D693D">
        <w:rPr>
          <w:rFonts w:ascii="Times New Roman" w:hAnsi="Times New Roman" w:cs="Times New Roman"/>
          <w:noProof/>
          <w:szCs w:val="21"/>
        </w:rPr>
        <w:lastRenderedPageBreak/>
        <w:drawing>
          <wp:inline distT="0" distB="0" distL="0" distR="0" wp14:anchorId="754A2ADB" wp14:editId="33C203F3">
            <wp:extent cx="5274310" cy="37782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778250"/>
                    </a:xfrm>
                    <a:prstGeom prst="rect">
                      <a:avLst/>
                    </a:prstGeom>
                  </pic:spPr>
                </pic:pic>
              </a:graphicData>
            </a:graphic>
          </wp:inline>
        </w:drawing>
      </w:r>
    </w:p>
    <w:p w:rsidR="00806D3A" w:rsidRPr="007D693D" w:rsidRDefault="00806D3A" w:rsidP="00411B5F">
      <w:pPr>
        <w:spacing w:before="120" w:after="240"/>
        <w:jc w:val="left"/>
        <w:rPr>
          <w:rFonts w:ascii="Times New Roman" w:hAnsi="Times New Roman" w:cs="Times New Roman"/>
          <w:b/>
          <w:szCs w:val="21"/>
        </w:rPr>
      </w:pPr>
      <w:r w:rsidRPr="007D693D">
        <w:rPr>
          <w:rFonts w:ascii="Times New Roman" w:hAnsi="Times New Roman" w:cs="Times New Roman"/>
          <w:b/>
          <w:szCs w:val="21"/>
        </w:rPr>
        <w:t>Figure S1</w:t>
      </w:r>
      <w:r w:rsidR="00405EE7">
        <w:rPr>
          <w:rFonts w:ascii="Times New Roman" w:hAnsi="Times New Roman" w:cs="Times New Roman"/>
          <w:b/>
          <w:szCs w:val="21"/>
        </w:rPr>
        <w:t>5</w:t>
      </w:r>
      <w:r w:rsidRPr="007D693D">
        <w:rPr>
          <w:rFonts w:ascii="Times New Roman" w:hAnsi="Times New Roman" w:cs="Times New Roman"/>
          <w:b/>
          <w:szCs w:val="21"/>
        </w:rPr>
        <w:t xml:space="preserve"> </w:t>
      </w:r>
      <w:r w:rsidR="00405EE7">
        <w:rPr>
          <w:rFonts w:ascii="Times New Roman" w:hAnsi="Times New Roman" w:cs="Times New Roman"/>
          <w:szCs w:val="21"/>
        </w:rPr>
        <w:t>COSY</w:t>
      </w:r>
      <w:r w:rsidRPr="007D693D">
        <w:rPr>
          <w:rFonts w:ascii="Times New Roman" w:hAnsi="Times New Roman" w:cs="Times New Roman"/>
          <w:szCs w:val="21"/>
        </w:rPr>
        <w:t xml:space="preserve"> spectrum of</w:t>
      </w:r>
      <w:r w:rsidRPr="007D693D">
        <w:rPr>
          <w:rFonts w:ascii="Times New Roman" w:hAnsi="Times New Roman" w:cs="Times New Roman"/>
          <w:b/>
          <w:szCs w:val="21"/>
        </w:rPr>
        <w:t xml:space="preserve"> </w:t>
      </w:r>
      <w:r w:rsidRPr="007D693D">
        <w:rPr>
          <w:rFonts w:ascii="Times New Roman" w:hAnsi="Times New Roman" w:cs="Times New Roman"/>
          <w:szCs w:val="21"/>
        </w:rPr>
        <w:t>compound</w:t>
      </w:r>
      <w:r w:rsidRPr="007D693D">
        <w:rPr>
          <w:rFonts w:ascii="Times New Roman" w:hAnsi="Times New Roman" w:cs="Times New Roman"/>
          <w:b/>
          <w:kern w:val="0"/>
          <w:szCs w:val="21"/>
        </w:rPr>
        <w:t xml:space="preserve"> 2</w:t>
      </w:r>
    </w:p>
    <w:p w:rsidR="00411B5F" w:rsidRPr="007D693D" w:rsidRDefault="00411B5F" w:rsidP="00411B5F">
      <w:pPr>
        <w:spacing w:before="120" w:after="240"/>
        <w:jc w:val="left"/>
        <w:rPr>
          <w:rFonts w:ascii="Times New Roman" w:hAnsi="Times New Roman" w:cs="Times New Roman"/>
          <w:szCs w:val="21"/>
        </w:rPr>
      </w:pPr>
      <w:r w:rsidRPr="007D693D">
        <w:rPr>
          <w:rFonts w:ascii="Times New Roman" w:hAnsi="Times New Roman" w:cs="Times New Roman"/>
          <w:noProof/>
          <w:szCs w:val="21"/>
        </w:rPr>
        <w:drawing>
          <wp:inline distT="0" distB="0" distL="0" distR="0" wp14:anchorId="62E66B50" wp14:editId="3CAFC5DD">
            <wp:extent cx="5274310" cy="3822065"/>
            <wp:effectExtent l="0" t="0" r="2540" b="698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22"/>
                    <a:stretch>
                      <a:fillRect/>
                    </a:stretch>
                  </pic:blipFill>
                  <pic:spPr>
                    <a:xfrm>
                      <a:off x="0" y="0"/>
                      <a:ext cx="5274310" cy="3822654"/>
                    </a:xfrm>
                    <a:prstGeom prst="rect">
                      <a:avLst/>
                    </a:prstGeom>
                  </pic:spPr>
                </pic:pic>
              </a:graphicData>
            </a:graphic>
          </wp:inline>
        </w:drawing>
      </w:r>
    </w:p>
    <w:p w:rsidR="00806D3A" w:rsidRPr="007D693D" w:rsidRDefault="00806D3A" w:rsidP="00411B5F">
      <w:pPr>
        <w:spacing w:before="120" w:after="240"/>
        <w:jc w:val="left"/>
        <w:rPr>
          <w:rFonts w:ascii="Times New Roman" w:hAnsi="Times New Roman" w:cs="Times New Roman"/>
          <w:b/>
          <w:szCs w:val="21"/>
        </w:rPr>
      </w:pPr>
      <w:r w:rsidRPr="007D693D">
        <w:rPr>
          <w:rFonts w:ascii="Times New Roman" w:hAnsi="Times New Roman" w:cs="Times New Roman"/>
          <w:b/>
          <w:szCs w:val="21"/>
        </w:rPr>
        <w:t>Figure S1</w:t>
      </w:r>
      <w:r w:rsidR="00405EE7">
        <w:rPr>
          <w:rFonts w:ascii="Times New Roman" w:hAnsi="Times New Roman" w:cs="Times New Roman"/>
          <w:b/>
          <w:szCs w:val="21"/>
        </w:rPr>
        <w:t>6</w:t>
      </w:r>
      <w:r w:rsidRPr="007D693D">
        <w:rPr>
          <w:rFonts w:ascii="Times New Roman" w:hAnsi="Times New Roman" w:cs="Times New Roman"/>
          <w:b/>
          <w:szCs w:val="21"/>
        </w:rPr>
        <w:t xml:space="preserve"> </w:t>
      </w:r>
      <w:r w:rsidRPr="007D693D">
        <w:rPr>
          <w:rFonts w:ascii="Times New Roman" w:hAnsi="Times New Roman" w:cs="Times New Roman"/>
          <w:szCs w:val="21"/>
        </w:rPr>
        <w:t>HMBC spectrum of</w:t>
      </w:r>
      <w:r w:rsidRPr="007D693D">
        <w:rPr>
          <w:rFonts w:ascii="Times New Roman" w:hAnsi="Times New Roman" w:cs="Times New Roman"/>
          <w:b/>
          <w:szCs w:val="21"/>
        </w:rPr>
        <w:t xml:space="preserve"> </w:t>
      </w:r>
      <w:r w:rsidRPr="007D693D">
        <w:rPr>
          <w:rFonts w:ascii="Times New Roman" w:hAnsi="Times New Roman" w:cs="Times New Roman"/>
          <w:szCs w:val="21"/>
        </w:rPr>
        <w:t>compound</w:t>
      </w:r>
      <w:r w:rsidRPr="007D693D">
        <w:rPr>
          <w:rFonts w:ascii="Times New Roman" w:hAnsi="Times New Roman" w:cs="Times New Roman"/>
          <w:b/>
          <w:kern w:val="0"/>
          <w:szCs w:val="21"/>
        </w:rPr>
        <w:t xml:space="preserve"> 2</w:t>
      </w:r>
    </w:p>
    <w:p w:rsidR="00411B5F" w:rsidRPr="007D693D" w:rsidRDefault="00411B5F" w:rsidP="00411B5F">
      <w:pPr>
        <w:spacing w:before="120" w:after="240"/>
        <w:jc w:val="left"/>
        <w:rPr>
          <w:rFonts w:ascii="Times New Roman" w:hAnsi="Times New Roman" w:cs="Times New Roman"/>
          <w:szCs w:val="21"/>
        </w:rPr>
      </w:pPr>
      <w:r w:rsidRPr="007D693D">
        <w:rPr>
          <w:rFonts w:ascii="Times New Roman" w:hAnsi="Times New Roman" w:cs="Times New Roman"/>
          <w:noProof/>
          <w:szCs w:val="21"/>
        </w:rPr>
        <w:lastRenderedPageBreak/>
        <w:drawing>
          <wp:inline distT="0" distB="0" distL="0" distR="0" wp14:anchorId="3E46750B" wp14:editId="300504F5">
            <wp:extent cx="4906645" cy="3534410"/>
            <wp:effectExtent l="0" t="0" r="8255" b="889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23"/>
                    <a:stretch>
                      <a:fillRect/>
                    </a:stretch>
                  </pic:blipFill>
                  <pic:spPr>
                    <a:xfrm>
                      <a:off x="0" y="0"/>
                      <a:ext cx="4907730" cy="3535383"/>
                    </a:xfrm>
                    <a:prstGeom prst="rect">
                      <a:avLst/>
                    </a:prstGeom>
                  </pic:spPr>
                </pic:pic>
              </a:graphicData>
            </a:graphic>
          </wp:inline>
        </w:drawing>
      </w:r>
    </w:p>
    <w:p w:rsidR="00806D3A" w:rsidRPr="007D693D" w:rsidRDefault="00806D3A" w:rsidP="00806D3A">
      <w:pPr>
        <w:spacing w:before="120" w:after="240"/>
        <w:jc w:val="left"/>
        <w:rPr>
          <w:rFonts w:ascii="Times New Roman" w:hAnsi="Times New Roman" w:cs="Times New Roman"/>
          <w:b/>
          <w:szCs w:val="21"/>
        </w:rPr>
      </w:pPr>
      <w:r w:rsidRPr="007D693D">
        <w:rPr>
          <w:rFonts w:ascii="Times New Roman" w:hAnsi="Times New Roman" w:cs="Times New Roman"/>
          <w:b/>
          <w:szCs w:val="21"/>
        </w:rPr>
        <w:t>Figure S1</w:t>
      </w:r>
      <w:r w:rsidR="00405EE7">
        <w:rPr>
          <w:rFonts w:ascii="Times New Roman" w:hAnsi="Times New Roman" w:cs="Times New Roman"/>
          <w:b/>
          <w:szCs w:val="21"/>
        </w:rPr>
        <w:t>7</w:t>
      </w:r>
      <w:r w:rsidRPr="007D693D">
        <w:rPr>
          <w:rFonts w:ascii="Times New Roman" w:hAnsi="Times New Roman" w:cs="Times New Roman"/>
          <w:b/>
          <w:szCs w:val="21"/>
        </w:rPr>
        <w:t xml:space="preserve"> </w:t>
      </w:r>
      <w:r w:rsidRPr="007D693D">
        <w:rPr>
          <w:rFonts w:ascii="Times New Roman" w:hAnsi="Times New Roman" w:cs="Times New Roman"/>
          <w:szCs w:val="21"/>
        </w:rPr>
        <w:t>NOESY spectrum of</w:t>
      </w:r>
      <w:r w:rsidRPr="007D693D">
        <w:rPr>
          <w:rFonts w:ascii="Times New Roman" w:hAnsi="Times New Roman" w:cs="Times New Roman"/>
          <w:b/>
          <w:szCs w:val="21"/>
        </w:rPr>
        <w:t xml:space="preserve"> </w:t>
      </w:r>
      <w:r w:rsidRPr="007D693D">
        <w:rPr>
          <w:rFonts w:ascii="Times New Roman" w:hAnsi="Times New Roman" w:cs="Times New Roman"/>
          <w:szCs w:val="21"/>
        </w:rPr>
        <w:t>compound</w:t>
      </w:r>
      <w:r w:rsidRPr="007D693D">
        <w:rPr>
          <w:rFonts w:ascii="Times New Roman" w:hAnsi="Times New Roman" w:cs="Times New Roman"/>
          <w:b/>
          <w:kern w:val="0"/>
          <w:szCs w:val="21"/>
        </w:rPr>
        <w:t xml:space="preserve"> 2</w:t>
      </w:r>
    </w:p>
    <w:p w:rsidR="00411B5F" w:rsidRPr="007D693D" w:rsidRDefault="00411B5F" w:rsidP="00411B5F">
      <w:pPr>
        <w:spacing w:before="120" w:after="240"/>
        <w:jc w:val="left"/>
        <w:rPr>
          <w:rFonts w:ascii="Times New Roman" w:hAnsi="Times New Roman" w:cs="Times New Roman"/>
          <w:b/>
          <w:szCs w:val="21"/>
        </w:rPr>
      </w:pPr>
    </w:p>
    <w:p w:rsidR="00AB744F" w:rsidRPr="007D693D" w:rsidRDefault="005F44B1" w:rsidP="00D2049A">
      <w:pPr>
        <w:tabs>
          <w:tab w:val="left" w:pos="882"/>
        </w:tabs>
        <w:rPr>
          <w:rFonts w:ascii="Times New Roman" w:hAnsi="Times New Roman" w:cs="Times New Roman"/>
          <w:szCs w:val="21"/>
        </w:rPr>
      </w:pPr>
      <w:r w:rsidRPr="007D693D">
        <w:rPr>
          <w:rFonts w:ascii="Times New Roman" w:hAnsi="Times New Roman" w:cs="Times New Roman"/>
          <w:noProof/>
          <w:szCs w:val="21"/>
        </w:rPr>
        <w:drawing>
          <wp:inline distT="0" distB="0" distL="0" distR="0" wp14:anchorId="48A0E54D" wp14:editId="5F89A418">
            <wp:extent cx="5274310" cy="3923665"/>
            <wp:effectExtent l="0" t="0" r="2540" b="63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24">
                      <a:extLst>
                        <a:ext uri="{BEBA8EAE-BF5A-486C-A8C5-ECC9F3942E4B}">
                          <a14:imgProps xmlns:a14="http://schemas.microsoft.com/office/drawing/2010/main">
                            <a14:imgLayer r:embed="rId25">
                              <a14:imgEffect>
                                <a14:brightnessContrast bright="-17000" contrast="66000"/>
                              </a14:imgEffect>
                            </a14:imgLayer>
                          </a14:imgProps>
                        </a:ext>
                      </a:extLst>
                    </a:blip>
                    <a:stretch>
                      <a:fillRect/>
                    </a:stretch>
                  </pic:blipFill>
                  <pic:spPr>
                    <a:xfrm>
                      <a:off x="0" y="0"/>
                      <a:ext cx="5274310" cy="3923665"/>
                    </a:xfrm>
                    <a:prstGeom prst="rect">
                      <a:avLst/>
                    </a:prstGeom>
                  </pic:spPr>
                </pic:pic>
              </a:graphicData>
            </a:graphic>
          </wp:inline>
        </w:drawing>
      </w:r>
    </w:p>
    <w:p w:rsidR="005F44B1" w:rsidRPr="007D693D" w:rsidRDefault="005F44B1" w:rsidP="005F44B1">
      <w:pPr>
        <w:spacing w:before="120" w:after="240"/>
        <w:jc w:val="left"/>
        <w:rPr>
          <w:rFonts w:ascii="Times New Roman" w:hAnsi="Times New Roman" w:cs="Times New Roman"/>
          <w:b/>
          <w:szCs w:val="21"/>
        </w:rPr>
      </w:pPr>
      <w:r w:rsidRPr="007D693D">
        <w:rPr>
          <w:rFonts w:ascii="Times New Roman" w:hAnsi="Times New Roman" w:cs="Times New Roman"/>
          <w:b/>
          <w:szCs w:val="21"/>
        </w:rPr>
        <w:t>Figure S1</w:t>
      </w:r>
      <w:r w:rsidR="00405EE7">
        <w:rPr>
          <w:rFonts w:ascii="Times New Roman" w:hAnsi="Times New Roman" w:cs="Times New Roman"/>
          <w:b/>
          <w:szCs w:val="21"/>
        </w:rPr>
        <w:t>8</w:t>
      </w:r>
      <w:r w:rsidRPr="007D693D">
        <w:rPr>
          <w:rFonts w:ascii="Times New Roman" w:hAnsi="Times New Roman" w:cs="Times New Roman"/>
          <w:bCs/>
          <w:kern w:val="0"/>
          <w:szCs w:val="21"/>
        </w:rPr>
        <w:t xml:space="preserve"> HRESIMS</w:t>
      </w:r>
      <w:r w:rsidRPr="007D693D">
        <w:rPr>
          <w:rFonts w:ascii="Times New Roman" w:hAnsi="Times New Roman" w:cs="Times New Roman"/>
          <w:b/>
          <w:bCs/>
          <w:color w:val="CD0000"/>
          <w:kern w:val="0"/>
          <w:szCs w:val="21"/>
        </w:rPr>
        <w:t xml:space="preserve"> </w:t>
      </w:r>
      <w:r w:rsidRPr="007D693D">
        <w:rPr>
          <w:rFonts w:ascii="Times New Roman" w:hAnsi="Times New Roman" w:cs="Times New Roman"/>
          <w:szCs w:val="21"/>
        </w:rPr>
        <w:t>spectrum of compound</w:t>
      </w:r>
      <w:r w:rsidRPr="007D693D">
        <w:rPr>
          <w:rFonts w:ascii="Times New Roman" w:hAnsi="Times New Roman" w:cs="Times New Roman"/>
          <w:b/>
          <w:szCs w:val="21"/>
        </w:rPr>
        <w:t xml:space="preserve"> 2</w:t>
      </w:r>
    </w:p>
    <w:p w:rsidR="005F44B1" w:rsidRPr="007D693D" w:rsidRDefault="005F44B1" w:rsidP="00D2049A">
      <w:pPr>
        <w:tabs>
          <w:tab w:val="left" w:pos="882"/>
        </w:tabs>
        <w:rPr>
          <w:rFonts w:ascii="Times New Roman" w:hAnsi="Times New Roman" w:cs="Times New Roman"/>
          <w:szCs w:val="21"/>
        </w:rPr>
      </w:pPr>
      <w:r w:rsidRPr="007D693D">
        <w:rPr>
          <w:rFonts w:ascii="Times New Roman" w:hAnsi="Times New Roman" w:cs="Times New Roman"/>
          <w:noProof/>
          <w:szCs w:val="21"/>
        </w:rPr>
        <w:lastRenderedPageBreak/>
        <w:drawing>
          <wp:inline distT="0" distB="0" distL="0" distR="0" wp14:anchorId="49FC40BD" wp14:editId="6D4C6FA5">
            <wp:extent cx="5274310" cy="402145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5274310" cy="4021455"/>
                    </a:xfrm>
                    <a:prstGeom prst="rect">
                      <a:avLst/>
                    </a:prstGeom>
                    <a:noFill/>
                    <a:ln w="9525">
                      <a:noFill/>
                      <a:miter lim="800000"/>
                      <a:headEnd/>
                      <a:tailEnd/>
                    </a:ln>
                  </pic:spPr>
                </pic:pic>
              </a:graphicData>
            </a:graphic>
          </wp:inline>
        </w:drawing>
      </w:r>
    </w:p>
    <w:p w:rsidR="005F44B1" w:rsidRPr="007D693D" w:rsidRDefault="005F44B1" w:rsidP="005F44B1">
      <w:pPr>
        <w:spacing w:before="120" w:after="240"/>
        <w:jc w:val="left"/>
        <w:rPr>
          <w:rFonts w:ascii="Times New Roman" w:hAnsi="Times New Roman" w:cs="Times New Roman"/>
          <w:b/>
          <w:szCs w:val="21"/>
        </w:rPr>
      </w:pPr>
      <w:r w:rsidRPr="007D693D">
        <w:rPr>
          <w:rFonts w:ascii="Times New Roman" w:hAnsi="Times New Roman" w:cs="Times New Roman"/>
          <w:b/>
          <w:szCs w:val="21"/>
        </w:rPr>
        <w:t>Figure S1</w:t>
      </w:r>
      <w:r w:rsidR="00405EE7">
        <w:rPr>
          <w:rFonts w:ascii="Times New Roman" w:hAnsi="Times New Roman" w:cs="Times New Roman"/>
          <w:b/>
          <w:szCs w:val="21"/>
        </w:rPr>
        <w:t>9</w:t>
      </w:r>
      <w:r w:rsidRPr="007D693D">
        <w:rPr>
          <w:rFonts w:ascii="Times New Roman" w:hAnsi="Times New Roman" w:cs="Times New Roman"/>
          <w:b/>
          <w:szCs w:val="21"/>
        </w:rPr>
        <w:t xml:space="preserve"> </w:t>
      </w:r>
      <w:r w:rsidRPr="007D693D">
        <w:rPr>
          <w:rFonts w:ascii="Times New Roman" w:hAnsi="Times New Roman" w:cs="Times New Roman"/>
          <w:szCs w:val="21"/>
        </w:rPr>
        <w:t>UV spectrum of compound</w:t>
      </w:r>
      <w:r w:rsidRPr="007D693D">
        <w:rPr>
          <w:rFonts w:ascii="Times New Roman" w:hAnsi="Times New Roman" w:cs="Times New Roman"/>
          <w:b/>
          <w:szCs w:val="21"/>
        </w:rPr>
        <w:t xml:space="preserve"> 2</w:t>
      </w:r>
    </w:p>
    <w:p w:rsidR="005F44B1" w:rsidRPr="007D693D" w:rsidRDefault="005F44B1" w:rsidP="00D2049A">
      <w:pPr>
        <w:tabs>
          <w:tab w:val="left" w:pos="882"/>
        </w:tabs>
        <w:rPr>
          <w:rFonts w:ascii="Times New Roman" w:hAnsi="Times New Roman" w:cs="Times New Roman"/>
          <w:szCs w:val="21"/>
        </w:rPr>
      </w:pPr>
      <w:r w:rsidRPr="007D693D">
        <w:rPr>
          <w:rFonts w:ascii="Times New Roman" w:hAnsi="Times New Roman" w:cs="Times New Roman"/>
          <w:noProof/>
          <w:szCs w:val="21"/>
        </w:rPr>
        <w:drawing>
          <wp:inline distT="0" distB="0" distL="0" distR="0" wp14:anchorId="18BBE884" wp14:editId="7BD3C18D">
            <wp:extent cx="4906370" cy="3740915"/>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4907584" cy="3741841"/>
                    </a:xfrm>
                    <a:prstGeom prst="rect">
                      <a:avLst/>
                    </a:prstGeom>
                    <a:noFill/>
                    <a:ln w="9525">
                      <a:noFill/>
                      <a:miter lim="800000"/>
                      <a:headEnd/>
                      <a:tailEnd/>
                    </a:ln>
                  </pic:spPr>
                </pic:pic>
              </a:graphicData>
            </a:graphic>
          </wp:inline>
        </w:drawing>
      </w:r>
    </w:p>
    <w:p w:rsidR="005F44B1" w:rsidRPr="007D693D" w:rsidRDefault="005F44B1" w:rsidP="00D2049A">
      <w:pPr>
        <w:tabs>
          <w:tab w:val="left" w:pos="882"/>
        </w:tabs>
        <w:rPr>
          <w:rFonts w:ascii="Times New Roman" w:hAnsi="Times New Roman" w:cs="Times New Roman"/>
          <w:b/>
          <w:szCs w:val="21"/>
        </w:rPr>
      </w:pPr>
      <w:r w:rsidRPr="007D693D">
        <w:rPr>
          <w:rFonts w:ascii="Times New Roman" w:hAnsi="Times New Roman" w:cs="Times New Roman"/>
          <w:b/>
          <w:szCs w:val="21"/>
        </w:rPr>
        <w:t>Figure S</w:t>
      </w:r>
      <w:r w:rsidR="00405EE7">
        <w:rPr>
          <w:rFonts w:ascii="Times New Roman" w:hAnsi="Times New Roman" w:cs="Times New Roman"/>
          <w:b/>
          <w:szCs w:val="21"/>
        </w:rPr>
        <w:t>20</w:t>
      </w:r>
      <w:r w:rsidRPr="007D693D">
        <w:rPr>
          <w:rFonts w:ascii="Times New Roman" w:hAnsi="Times New Roman" w:cs="Times New Roman"/>
          <w:b/>
          <w:szCs w:val="21"/>
        </w:rPr>
        <w:t xml:space="preserve"> </w:t>
      </w:r>
      <w:r w:rsidRPr="007D693D">
        <w:rPr>
          <w:rFonts w:ascii="Times New Roman" w:hAnsi="Times New Roman" w:cs="Times New Roman"/>
          <w:szCs w:val="21"/>
        </w:rPr>
        <w:t xml:space="preserve">Experimental ECD of compound </w:t>
      </w:r>
      <w:r w:rsidRPr="007D693D">
        <w:rPr>
          <w:rFonts w:ascii="Times New Roman" w:hAnsi="Times New Roman" w:cs="Times New Roman"/>
          <w:b/>
          <w:szCs w:val="21"/>
        </w:rPr>
        <w:t>2</w:t>
      </w:r>
    </w:p>
    <w:p w:rsidR="00142472" w:rsidRPr="007D693D" w:rsidRDefault="00142472" w:rsidP="00142472">
      <w:pPr>
        <w:spacing w:before="120" w:after="240"/>
        <w:jc w:val="left"/>
        <w:rPr>
          <w:rFonts w:ascii="Times New Roman" w:hAnsi="Times New Roman" w:cs="Times New Roman"/>
          <w:szCs w:val="21"/>
        </w:rPr>
      </w:pPr>
      <w:r w:rsidRPr="007D693D">
        <w:rPr>
          <w:rFonts w:ascii="Times New Roman" w:hAnsi="Times New Roman" w:cs="Times New Roman"/>
          <w:noProof/>
          <w:szCs w:val="21"/>
        </w:rPr>
        <w:lastRenderedPageBreak/>
        <w:drawing>
          <wp:inline distT="0" distB="0" distL="0" distR="0" wp14:anchorId="28AFB8A6" wp14:editId="784B796A">
            <wp:extent cx="4667250" cy="3876675"/>
            <wp:effectExtent l="0" t="0" r="0" b="952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28"/>
                    <a:stretch>
                      <a:fillRect/>
                    </a:stretch>
                  </pic:blipFill>
                  <pic:spPr>
                    <a:xfrm>
                      <a:off x="0" y="0"/>
                      <a:ext cx="4667840" cy="3877441"/>
                    </a:xfrm>
                    <a:prstGeom prst="rect">
                      <a:avLst/>
                    </a:prstGeom>
                  </pic:spPr>
                </pic:pic>
              </a:graphicData>
            </a:graphic>
          </wp:inline>
        </w:drawing>
      </w:r>
    </w:p>
    <w:p w:rsidR="00142472" w:rsidRPr="007D693D" w:rsidRDefault="00142472" w:rsidP="00142472">
      <w:pPr>
        <w:spacing w:before="120" w:after="240"/>
        <w:jc w:val="left"/>
        <w:rPr>
          <w:rFonts w:ascii="Times New Roman" w:hAnsi="Times New Roman" w:cs="Times New Roman"/>
          <w:color w:val="000000"/>
          <w:szCs w:val="21"/>
        </w:rPr>
      </w:pPr>
      <w:r w:rsidRPr="007D693D">
        <w:rPr>
          <w:rFonts w:ascii="Times New Roman" w:hAnsi="Times New Roman" w:cs="Times New Roman"/>
          <w:b/>
          <w:szCs w:val="21"/>
        </w:rPr>
        <w:t>Figure S</w:t>
      </w:r>
      <w:r w:rsidR="00405EE7">
        <w:rPr>
          <w:rFonts w:ascii="Times New Roman" w:hAnsi="Times New Roman" w:cs="Times New Roman"/>
          <w:b/>
          <w:szCs w:val="21"/>
        </w:rPr>
        <w:t>21</w:t>
      </w:r>
      <w:r w:rsidRPr="007D693D">
        <w:rPr>
          <w:rFonts w:ascii="Times New Roman" w:hAnsi="Times New Roman" w:cs="Times New Roman"/>
          <w:b/>
          <w:szCs w:val="21"/>
        </w:rPr>
        <w:t xml:space="preserve"> </w:t>
      </w:r>
      <w:r w:rsidRPr="007D693D">
        <w:rPr>
          <w:rFonts w:ascii="Times New Roman" w:hAnsi="Times New Roman" w:cs="Times New Roman"/>
          <w:szCs w:val="21"/>
          <w:vertAlign w:val="superscript"/>
        </w:rPr>
        <w:t>1</w:t>
      </w:r>
      <w:r w:rsidRPr="007D693D">
        <w:rPr>
          <w:rFonts w:ascii="Times New Roman" w:hAnsi="Times New Roman" w:cs="Times New Roman"/>
          <w:szCs w:val="21"/>
        </w:rPr>
        <w:t>H NMR spectrum of compound</w:t>
      </w:r>
      <w:r w:rsidRPr="007D693D">
        <w:rPr>
          <w:rFonts w:ascii="Times New Roman" w:hAnsi="Times New Roman" w:cs="Times New Roman"/>
          <w:b/>
          <w:szCs w:val="21"/>
        </w:rPr>
        <w:t xml:space="preserve"> </w:t>
      </w:r>
      <w:r w:rsidRPr="007D693D">
        <w:rPr>
          <w:rFonts w:ascii="Times New Roman" w:hAnsi="Times New Roman" w:cs="Times New Roman"/>
          <w:b/>
          <w:kern w:val="0"/>
          <w:szCs w:val="21"/>
        </w:rPr>
        <w:t>3</w:t>
      </w:r>
      <w:r w:rsidRPr="007D693D">
        <w:rPr>
          <w:rFonts w:ascii="Times New Roman" w:hAnsi="Times New Roman" w:cs="Times New Roman"/>
          <w:kern w:val="0"/>
          <w:szCs w:val="21"/>
        </w:rPr>
        <w:t xml:space="preserve"> </w:t>
      </w:r>
      <w:r w:rsidRPr="007D693D">
        <w:rPr>
          <w:rFonts w:ascii="Times New Roman" w:hAnsi="Times New Roman" w:cs="Times New Roman"/>
          <w:color w:val="000000"/>
          <w:szCs w:val="21"/>
        </w:rPr>
        <w:t>(500 MHz,</w:t>
      </w:r>
      <w:r w:rsidRPr="007D693D">
        <w:rPr>
          <w:rFonts w:ascii="Times New Roman" w:hAnsi="Times New Roman" w:cs="Times New Roman"/>
          <w:szCs w:val="21"/>
        </w:rPr>
        <w:t xml:space="preserve"> DMSO-</w:t>
      </w:r>
      <w:r w:rsidRPr="007D693D">
        <w:rPr>
          <w:rFonts w:ascii="Times New Roman" w:hAnsi="Times New Roman" w:cs="Times New Roman"/>
          <w:i/>
          <w:szCs w:val="21"/>
        </w:rPr>
        <w:t>d</w:t>
      </w:r>
      <w:r w:rsidRPr="007D693D">
        <w:rPr>
          <w:rFonts w:ascii="Times New Roman" w:hAnsi="Times New Roman" w:cs="Times New Roman"/>
          <w:szCs w:val="21"/>
        </w:rPr>
        <w:t>6</w:t>
      </w:r>
      <w:r w:rsidRPr="007D693D">
        <w:rPr>
          <w:rFonts w:ascii="Times New Roman" w:hAnsi="Times New Roman" w:cs="Times New Roman"/>
          <w:color w:val="000000"/>
          <w:szCs w:val="21"/>
        </w:rPr>
        <w:t>)</w:t>
      </w:r>
    </w:p>
    <w:p w:rsidR="00142472" w:rsidRPr="007D693D" w:rsidRDefault="00142472" w:rsidP="00142472">
      <w:pPr>
        <w:spacing w:before="120" w:after="240"/>
        <w:jc w:val="left"/>
        <w:rPr>
          <w:rFonts w:ascii="Times New Roman" w:hAnsi="Times New Roman" w:cs="Times New Roman"/>
          <w:szCs w:val="21"/>
        </w:rPr>
      </w:pPr>
    </w:p>
    <w:p w:rsidR="00142472" w:rsidRPr="007D693D" w:rsidRDefault="00142472" w:rsidP="00142472">
      <w:pPr>
        <w:spacing w:before="120" w:after="240"/>
        <w:jc w:val="left"/>
        <w:rPr>
          <w:rFonts w:ascii="Times New Roman" w:hAnsi="Times New Roman" w:cs="Times New Roman"/>
          <w:szCs w:val="21"/>
        </w:rPr>
      </w:pPr>
      <w:r w:rsidRPr="007D693D">
        <w:rPr>
          <w:rFonts w:ascii="Times New Roman" w:hAnsi="Times New Roman" w:cs="Times New Roman"/>
          <w:noProof/>
          <w:szCs w:val="21"/>
        </w:rPr>
        <w:drawing>
          <wp:inline distT="0" distB="0" distL="0" distR="0" wp14:anchorId="027DD1CB" wp14:editId="2FE61D02">
            <wp:extent cx="4667078" cy="3398293"/>
            <wp:effectExtent l="0" t="0" r="63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29"/>
                    <a:stretch>
                      <a:fillRect/>
                    </a:stretch>
                  </pic:blipFill>
                  <pic:spPr>
                    <a:xfrm>
                      <a:off x="0" y="0"/>
                      <a:ext cx="4669037" cy="3399719"/>
                    </a:xfrm>
                    <a:prstGeom prst="rect">
                      <a:avLst/>
                    </a:prstGeom>
                  </pic:spPr>
                </pic:pic>
              </a:graphicData>
            </a:graphic>
          </wp:inline>
        </w:drawing>
      </w:r>
    </w:p>
    <w:p w:rsidR="00142472" w:rsidRPr="007D693D" w:rsidRDefault="00142472" w:rsidP="00142472">
      <w:pPr>
        <w:spacing w:before="120" w:after="240"/>
        <w:jc w:val="left"/>
        <w:rPr>
          <w:rFonts w:ascii="Times New Roman" w:hAnsi="Times New Roman" w:cs="Times New Roman"/>
          <w:color w:val="000000"/>
          <w:szCs w:val="21"/>
        </w:rPr>
      </w:pPr>
      <w:r w:rsidRPr="007D693D">
        <w:rPr>
          <w:rFonts w:ascii="Times New Roman" w:hAnsi="Times New Roman" w:cs="Times New Roman"/>
          <w:b/>
          <w:szCs w:val="21"/>
        </w:rPr>
        <w:t>Figure S2</w:t>
      </w:r>
      <w:r w:rsidR="00405EE7">
        <w:rPr>
          <w:rFonts w:ascii="Times New Roman" w:hAnsi="Times New Roman" w:cs="Times New Roman"/>
          <w:b/>
          <w:szCs w:val="21"/>
        </w:rPr>
        <w:t>2</w:t>
      </w:r>
      <w:r w:rsidRPr="007D693D">
        <w:rPr>
          <w:rFonts w:ascii="Times New Roman" w:hAnsi="Times New Roman" w:cs="Times New Roman"/>
          <w:b/>
          <w:szCs w:val="21"/>
        </w:rPr>
        <w:t xml:space="preserve"> </w:t>
      </w:r>
      <w:r w:rsidRPr="007D693D">
        <w:rPr>
          <w:rFonts w:ascii="Times New Roman" w:hAnsi="Times New Roman" w:cs="Times New Roman"/>
          <w:szCs w:val="21"/>
          <w:vertAlign w:val="superscript"/>
        </w:rPr>
        <w:t>13</w:t>
      </w:r>
      <w:r w:rsidRPr="007D693D">
        <w:rPr>
          <w:rFonts w:ascii="Times New Roman" w:hAnsi="Times New Roman" w:cs="Times New Roman"/>
          <w:szCs w:val="21"/>
        </w:rPr>
        <w:t xml:space="preserve">C NMR spectrum of compound </w:t>
      </w:r>
      <w:r w:rsidRPr="007D693D">
        <w:rPr>
          <w:rFonts w:ascii="Times New Roman" w:hAnsi="Times New Roman" w:cs="Times New Roman"/>
          <w:b/>
          <w:szCs w:val="21"/>
        </w:rPr>
        <w:t>3</w:t>
      </w:r>
      <w:r w:rsidRPr="007D693D">
        <w:rPr>
          <w:rFonts w:ascii="Times New Roman" w:hAnsi="Times New Roman" w:cs="Times New Roman"/>
          <w:b/>
          <w:kern w:val="0"/>
          <w:szCs w:val="21"/>
        </w:rPr>
        <w:t xml:space="preserve"> </w:t>
      </w:r>
      <w:r w:rsidRPr="007D693D">
        <w:rPr>
          <w:rFonts w:ascii="Times New Roman" w:hAnsi="Times New Roman" w:cs="Times New Roman"/>
          <w:color w:val="000000"/>
          <w:szCs w:val="21"/>
        </w:rPr>
        <w:t xml:space="preserve">(125 MHz, </w:t>
      </w:r>
      <w:r w:rsidRPr="007D693D">
        <w:rPr>
          <w:rFonts w:ascii="Times New Roman" w:hAnsi="Times New Roman" w:cs="Times New Roman"/>
          <w:szCs w:val="21"/>
        </w:rPr>
        <w:t>DMSO-</w:t>
      </w:r>
      <w:r w:rsidRPr="007D693D">
        <w:rPr>
          <w:rFonts w:ascii="Times New Roman" w:hAnsi="Times New Roman" w:cs="Times New Roman"/>
          <w:i/>
          <w:szCs w:val="21"/>
        </w:rPr>
        <w:t>d</w:t>
      </w:r>
      <w:r w:rsidRPr="007D693D">
        <w:rPr>
          <w:rFonts w:ascii="Times New Roman" w:hAnsi="Times New Roman" w:cs="Times New Roman"/>
          <w:szCs w:val="21"/>
        </w:rPr>
        <w:t>6</w:t>
      </w:r>
      <w:r w:rsidRPr="007D693D">
        <w:rPr>
          <w:rFonts w:ascii="Times New Roman" w:hAnsi="Times New Roman" w:cs="Times New Roman"/>
          <w:color w:val="000000"/>
          <w:szCs w:val="21"/>
        </w:rPr>
        <w:t>)</w:t>
      </w:r>
    </w:p>
    <w:p w:rsidR="00142472" w:rsidRPr="007D693D" w:rsidRDefault="00142472" w:rsidP="00142472">
      <w:pPr>
        <w:spacing w:before="120" w:after="240"/>
        <w:jc w:val="left"/>
        <w:rPr>
          <w:rFonts w:ascii="Times New Roman" w:hAnsi="Times New Roman" w:cs="Times New Roman"/>
          <w:szCs w:val="21"/>
        </w:rPr>
      </w:pPr>
      <w:r w:rsidRPr="007D693D">
        <w:rPr>
          <w:rFonts w:ascii="Times New Roman" w:hAnsi="Times New Roman" w:cs="Times New Roman"/>
          <w:noProof/>
          <w:szCs w:val="21"/>
        </w:rPr>
        <w:lastRenderedPageBreak/>
        <w:drawing>
          <wp:inline distT="0" distB="0" distL="0" distR="0" wp14:anchorId="29F39B6A" wp14:editId="019DF925">
            <wp:extent cx="5021271" cy="3689820"/>
            <wp:effectExtent l="0" t="0" r="8255" b="635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30"/>
                    <a:stretch>
                      <a:fillRect/>
                    </a:stretch>
                  </pic:blipFill>
                  <pic:spPr>
                    <a:xfrm>
                      <a:off x="0" y="0"/>
                      <a:ext cx="5024072" cy="3691878"/>
                    </a:xfrm>
                    <a:prstGeom prst="rect">
                      <a:avLst/>
                    </a:prstGeom>
                  </pic:spPr>
                </pic:pic>
              </a:graphicData>
            </a:graphic>
          </wp:inline>
        </w:drawing>
      </w:r>
    </w:p>
    <w:p w:rsidR="00142472" w:rsidRPr="007D693D" w:rsidRDefault="00142472" w:rsidP="00142472">
      <w:pPr>
        <w:spacing w:before="120" w:after="240"/>
        <w:jc w:val="left"/>
        <w:rPr>
          <w:rFonts w:ascii="Times New Roman" w:hAnsi="Times New Roman" w:cs="Times New Roman"/>
          <w:b/>
          <w:kern w:val="0"/>
          <w:szCs w:val="21"/>
        </w:rPr>
      </w:pPr>
      <w:r w:rsidRPr="007D693D">
        <w:rPr>
          <w:rFonts w:ascii="Times New Roman" w:hAnsi="Times New Roman" w:cs="Times New Roman"/>
          <w:b/>
          <w:szCs w:val="21"/>
        </w:rPr>
        <w:t>Figure S2</w:t>
      </w:r>
      <w:r w:rsidR="00405EE7">
        <w:rPr>
          <w:rFonts w:ascii="Times New Roman" w:hAnsi="Times New Roman" w:cs="Times New Roman"/>
          <w:b/>
          <w:szCs w:val="21"/>
        </w:rPr>
        <w:t>3</w:t>
      </w:r>
      <w:r w:rsidRPr="007D693D">
        <w:rPr>
          <w:rFonts w:ascii="Times New Roman" w:hAnsi="Times New Roman" w:cs="Times New Roman"/>
          <w:b/>
          <w:szCs w:val="21"/>
        </w:rPr>
        <w:t xml:space="preserve"> </w:t>
      </w:r>
      <w:r w:rsidRPr="007D693D">
        <w:rPr>
          <w:rFonts w:ascii="Times New Roman" w:hAnsi="Times New Roman" w:cs="Times New Roman"/>
          <w:szCs w:val="21"/>
        </w:rPr>
        <w:t>HSQC spectrum of compound</w:t>
      </w:r>
      <w:r w:rsidRPr="007D693D">
        <w:rPr>
          <w:rFonts w:ascii="Times New Roman" w:hAnsi="Times New Roman" w:cs="Times New Roman"/>
          <w:b/>
          <w:kern w:val="0"/>
          <w:szCs w:val="21"/>
        </w:rPr>
        <w:t xml:space="preserve"> 3</w:t>
      </w:r>
    </w:p>
    <w:p w:rsidR="00142472" w:rsidRPr="007D693D" w:rsidRDefault="00142472" w:rsidP="00142472">
      <w:pPr>
        <w:spacing w:before="120" w:after="240"/>
        <w:jc w:val="left"/>
        <w:rPr>
          <w:rFonts w:ascii="Times New Roman" w:hAnsi="Times New Roman" w:cs="Times New Roman"/>
          <w:b/>
          <w:szCs w:val="21"/>
        </w:rPr>
      </w:pPr>
    </w:p>
    <w:p w:rsidR="00142472" w:rsidRPr="007D693D" w:rsidRDefault="00142472" w:rsidP="00142472">
      <w:pPr>
        <w:spacing w:before="120" w:after="240"/>
        <w:jc w:val="left"/>
        <w:rPr>
          <w:rFonts w:ascii="Times New Roman" w:hAnsi="Times New Roman" w:cs="Times New Roman"/>
          <w:szCs w:val="21"/>
        </w:rPr>
      </w:pPr>
      <w:r w:rsidRPr="007D693D">
        <w:rPr>
          <w:rFonts w:ascii="Times New Roman" w:hAnsi="Times New Roman" w:cs="Times New Roman"/>
          <w:noProof/>
          <w:szCs w:val="21"/>
        </w:rPr>
        <w:drawing>
          <wp:inline distT="0" distB="0" distL="0" distR="0" wp14:anchorId="246BA66F" wp14:editId="50DCA752">
            <wp:extent cx="5274310" cy="3748405"/>
            <wp:effectExtent l="0" t="0" r="2540" b="444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31"/>
                    <a:stretch>
                      <a:fillRect/>
                    </a:stretch>
                  </pic:blipFill>
                  <pic:spPr>
                    <a:xfrm>
                      <a:off x="0" y="0"/>
                      <a:ext cx="5274310" cy="3748789"/>
                    </a:xfrm>
                    <a:prstGeom prst="rect">
                      <a:avLst/>
                    </a:prstGeom>
                  </pic:spPr>
                </pic:pic>
              </a:graphicData>
            </a:graphic>
          </wp:inline>
        </w:drawing>
      </w:r>
    </w:p>
    <w:p w:rsidR="00142472" w:rsidRPr="007D693D" w:rsidRDefault="00142472" w:rsidP="00142472">
      <w:pPr>
        <w:spacing w:before="120" w:after="240"/>
        <w:jc w:val="left"/>
        <w:rPr>
          <w:rFonts w:ascii="Times New Roman" w:hAnsi="Times New Roman" w:cs="Times New Roman"/>
          <w:b/>
          <w:szCs w:val="21"/>
        </w:rPr>
      </w:pPr>
      <w:r w:rsidRPr="007D693D">
        <w:rPr>
          <w:rFonts w:ascii="Times New Roman" w:hAnsi="Times New Roman" w:cs="Times New Roman"/>
          <w:b/>
          <w:szCs w:val="21"/>
        </w:rPr>
        <w:t>Figure S2</w:t>
      </w:r>
      <w:r w:rsidR="00405EE7">
        <w:rPr>
          <w:rFonts w:ascii="Times New Roman" w:hAnsi="Times New Roman" w:cs="Times New Roman"/>
          <w:b/>
          <w:szCs w:val="21"/>
        </w:rPr>
        <w:t>4</w:t>
      </w:r>
      <w:r w:rsidRPr="007D693D">
        <w:rPr>
          <w:rFonts w:ascii="Times New Roman" w:hAnsi="Times New Roman" w:cs="Times New Roman"/>
          <w:b/>
          <w:szCs w:val="21"/>
        </w:rPr>
        <w:t xml:space="preserve"> </w:t>
      </w:r>
      <w:r w:rsidRPr="007D693D">
        <w:rPr>
          <w:rFonts w:ascii="Times New Roman" w:hAnsi="Times New Roman" w:cs="Times New Roman"/>
          <w:szCs w:val="21"/>
        </w:rPr>
        <w:t>HMBC spectrum of</w:t>
      </w:r>
      <w:r w:rsidRPr="007D693D">
        <w:rPr>
          <w:rFonts w:ascii="Times New Roman" w:hAnsi="Times New Roman" w:cs="Times New Roman"/>
          <w:b/>
          <w:szCs w:val="21"/>
        </w:rPr>
        <w:t xml:space="preserve"> </w:t>
      </w:r>
      <w:r w:rsidRPr="007D693D">
        <w:rPr>
          <w:rFonts w:ascii="Times New Roman" w:hAnsi="Times New Roman" w:cs="Times New Roman"/>
          <w:szCs w:val="21"/>
        </w:rPr>
        <w:t>compound</w:t>
      </w:r>
      <w:r w:rsidRPr="007D693D">
        <w:rPr>
          <w:rFonts w:ascii="Times New Roman" w:hAnsi="Times New Roman" w:cs="Times New Roman"/>
          <w:b/>
          <w:kern w:val="0"/>
          <w:szCs w:val="21"/>
        </w:rPr>
        <w:t xml:space="preserve"> 4</w:t>
      </w:r>
    </w:p>
    <w:p w:rsidR="00142472" w:rsidRPr="007D693D" w:rsidRDefault="00142472" w:rsidP="00142472">
      <w:pPr>
        <w:spacing w:before="120" w:after="240"/>
        <w:jc w:val="left"/>
        <w:rPr>
          <w:rFonts w:ascii="Times New Roman" w:hAnsi="Times New Roman" w:cs="Times New Roman"/>
          <w:b/>
          <w:szCs w:val="21"/>
        </w:rPr>
      </w:pPr>
      <w:r w:rsidRPr="007D693D">
        <w:rPr>
          <w:rFonts w:ascii="Times New Roman" w:hAnsi="Times New Roman" w:cs="Times New Roman"/>
          <w:noProof/>
          <w:szCs w:val="21"/>
        </w:rPr>
        <w:lastRenderedPageBreak/>
        <w:drawing>
          <wp:inline distT="0" distB="0" distL="0" distR="0" wp14:anchorId="1B8B3640" wp14:editId="46ACF9BC">
            <wp:extent cx="5274310" cy="3757295"/>
            <wp:effectExtent l="0" t="0" r="254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32"/>
                    <a:stretch>
                      <a:fillRect/>
                    </a:stretch>
                  </pic:blipFill>
                  <pic:spPr>
                    <a:xfrm>
                      <a:off x="0" y="0"/>
                      <a:ext cx="5274310" cy="3757295"/>
                    </a:xfrm>
                    <a:prstGeom prst="rect">
                      <a:avLst/>
                    </a:prstGeom>
                  </pic:spPr>
                </pic:pic>
              </a:graphicData>
            </a:graphic>
          </wp:inline>
        </w:drawing>
      </w:r>
    </w:p>
    <w:p w:rsidR="00142472" w:rsidRPr="007D693D" w:rsidRDefault="00142472" w:rsidP="00142472">
      <w:pPr>
        <w:spacing w:before="120" w:after="240"/>
        <w:jc w:val="left"/>
        <w:rPr>
          <w:rFonts w:ascii="Times New Roman" w:hAnsi="Times New Roman" w:cs="Times New Roman"/>
          <w:b/>
          <w:szCs w:val="21"/>
        </w:rPr>
      </w:pPr>
      <w:r w:rsidRPr="007D693D">
        <w:rPr>
          <w:rFonts w:ascii="Times New Roman" w:hAnsi="Times New Roman" w:cs="Times New Roman"/>
          <w:b/>
          <w:szCs w:val="21"/>
        </w:rPr>
        <w:t>Figure S2</w:t>
      </w:r>
      <w:r w:rsidR="00405EE7">
        <w:rPr>
          <w:rFonts w:ascii="Times New Roman" w:hAnsi="Times New Roman" w:cs="Times New Roman"/>
          <w:b/>
          <w:szCs w:val="21"/>
        </w:rPr>
        <w:t>5</w:t>
      </w:r>
      <w:r w:rsidRPr="007D693D">
        <w:rPr>
          <w:rFonts w:ascii="Times New Roman" w:hAnsi="Times New Roman" w:cs="Times New Roman"/>
          <w:b/>
          <w:szCs w:val="21"/>
        </w:rPr>
        <w:t xml:space="preserve"> </w:t>
      </w:r>
      <w:r w:rsidRPr="007D693D">
        <w:rPr>
          <w:rFonts w:ascii="Times New Roman" w:hAnsi="Times New Roman" w:cs="Times New Roman"/>
          <w:bCs/>
          <w:kern w:val="0"/>
          <w:szCs w:val="21"/>
        </w:rPr>
        <w:t>HRESIMS</w:t>
      </w:r>
      <w:r w:rsidRPr="007D693D">
        <w:rPr>
          <w:rFonts w:ascii="Times New Roman" w:hAnsi="Times New Roman" w:cs="Times New Roman"/>
          <w:b/>
          <w:bCs/>
          <w:color w:val="CD0000"/>
          <w:kern w:val="0"/>
          <w:szCs w:val="21"/>
        </w:rPr>
        <w:t xml:space="preserve"> </w:t>
      </w:r>
      <w:r w:rsidRPr="007D693D">
        <w:rPr>
          <w:rFonts w:ascii="Times New Roman" w:hAnsi="Times New Roman" w:cs="Times New Roman"/>
          <w:szCs w:val="21"/>
        </w:rPr>
        <w:t>spectrum of compound</w:t>
      </w:r>
      <w:r w:rsidRPr="007D693D">
        <w:rPr>
          <w:rFonts w:ascii="Times New Roman" w:hAnsi="Times New Roman" w:cs="Times New Roman"/>
          <w:b/>
          <w:szCs w:val="21"/>
        </w:rPr>
        <w:t xml:space="preserve"> 3</w:t>
      </w:r>
    </w:p>
    <w:p w:rsidR="00142472" w:rsidRPr="007D693D" w:rsidRDefault="00142472" w:rsidP="00142472">
      <w:pPr>
        <w:spacing w:before="120" w:after="240"/>
        <w:jc w:val="left"/>
        <w:rPr>
          <w:rFonts w:ascii="Times New Roman" w:hAnsi="Times New Roman" w:cs="Times New Roman"/>
          <w:szCs w:val="21"/>
        </w:rPr>
      </w:pPr>
      <w:r w:rsidRPr="007D693D">
        <w:rPr>
          <w:rFonts w:ascii="Times New Roman" w:hAnsi="Times New Roman" w:cs="Times New Roman"/>
          <w:noProof/>
          <w:szCs w:val="21"/>
        </w:rPr>
        <w:drawing>
          <wp:inline distT="0" distB="0" distL="0" distR="0" wp14:anchorId="22A83E4A" wp14:editId="2B6A5A7A">
            <wp:extent cx="5272405" cy="3971925"/>
            <wp:effectExtent l="0" t="0" r="4445" b="952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3"/>
                    <a:stretch>
                      <a:fillRect/>
                    </a:stretch>
                  </pic:blipFill>
                  <pic:spPr>
                    <a:xfrm>
                      <a:off x="0" y="0"/>
                      <a:ext cx="5284607" cy="3981196"/>
                    </a:xfrm>
                    <a:prstGeom prst="rect">
                      <a:avLst/>
                    </a:prstGeom>
                  </pic:spPr>
                </pic:pic>
              </a:graphicData>
            </a:graphic>
          </wp:inline>
        </w:drawing>
      </w:r>
    </w:p>
    <w:p w:rsidR="00142472" w:rsidRPr="007D693D" w:rsidRDefault="00142472" w:rsidP="00142472">
      <w:pPr>
        <w:spacing w:before="120" w:after="240"/>
        <w:jc w:val="left"/>
        <w:rPr>
          <w:rFonts w:ascii="Times New Roman" w:hAnsi="Times New Roman" w:cs="Times New Roman"/>
          <w:b/>
          <w:szCs w:val="21"/>
        </w:rPr>
      </w:pPr>
      <w:r w:rsidRPr="007D693D">
        <w:rPr>
          <w:rFonts w:ascii="Times New Roman" w:hAnsi="Times New Roman" w:cs="Times New Roman"/>
          <w:b/>
          <w:szCs w:val="21"/>
        </w:rPr>
        <w:t>Figure S2</w:t>
      </w:r>
      <w:r w:rsidR="00405EE7">
        <w:rPr>
          <w:rFonts w:ascii="Times New Roman" w:hAnsi="Times New Roman" w:cs="Times New Roman"/>
          <w:b/>
          <w:szCs w:val="21"/>
        </w:rPr>
        <w:t>6</w:t>
      </w:r>
      <w:r w:rsidRPr="007D693D">
        <w:rPr>
          <w:rFonts w:ascii="Times New Roman" w:hAnsi="Times New Roman" w:cs="Times New Roman"/>
          <w:b/>
          <w:szCs w:val="21"/>
        </w:rPr>
        <w:t xml:space="preserve"> </w:t>
      </w:r>
      <w:r w:rsidRPr="007D693D">
        <w:rPr>
          <w:rFonts w:ascii="Times New Roman" w:hAnsi="Times New Roman" w:cs="Times New Roman"/>
          <w:szCs w:val="21"/>
          <w:vertAlign w:val="superscript"/>
        </w:rPr>
        <w:t>1</w:t>
      </w:r>
      <w:r w:rsidRPr="007D693D">
        <w:rPr>
          <w:rFonts w:ascii="Times New Roman" w:hAnsi="Times New Roman" w:cs="Times New Roman"/>
          <w:szCs w:val="21"/>
        </w:rPr>
        <w:t>H NMR spectrum of compound</w:t>
      </w:r>
      <w:r w:rsidRPr="007D693D">
        <w:rPr>
          <w:rFonts w:ascii="Times New Roman" w:hAnsi="Times New Roman" w:cs="Times New Roman"/>
          <w:b/>
          <w:szCs w:val="21"/>
        </w:rPr>
        <w:t xml:space="preserve"> </w:t>
      </w:r>
      <w:r w:rsidRPr="007D693D">
        <w:rPr>
          <w:rFonts w:ascii="Times New Roman" w:hAnsi="Times New Roman" w:cs="Times New Roman"/>
          <w:b/>
          <w:kern w:val="0"/>
          <w:szCs w:val="21"/>
        </w:rPr>
        <w:t xml:space="preserve">4 </w:t>
      </w:r>
      <w:r w:rsidRPr="007D693D">
        <w:rPr>
          <w:rFonts w:ascii="Times New Roman" w:hAnsi="Times New Roman" w:cs="Times New Roman"/>
          <w:color w:val="000000"/>
          <w:szCs w:val="21"/>
        </w:rPr>
        <w:t>(500 MHz,</w:t>
      </w:r>
      <w:r w:rsidRPr="007D693D">
        <w:rPr>
          <w:rFonts w:ascii="Times New Roman" w:hAnsi="Times New Roman" w:cs="Times New Roman"/>
          <w:szCs w:val="21"/>
        </w:rPr>
        <w:t xml:space="preserve"> DMSO-</w:t>
      </w:r>
      <w:r w:rsidRPr="007D693D">
        <w:rPr>
          <w:rFonts w:ascii="Times New Roman" w:hAnsi="Times New Roman" w:cs="Times New Roman"/>
          <w:i/>
          <w:szCs w:val="21"/>
        </w:rPr>
        <w:t>d</w:t>
      </w:r>
      <w:r w:rsidRPr="007D693D">
        <w:rPr>
          <w:rFonts w:ascii="Times New Roman" w:hAnsi="Times New Roman" w:cs="Times New Roman"/>
          <w:szCs w:val="21"/>
        </w:rPr>
        <w:t>6</w:t>
      </w:r>
      <w:r w:rsidRPr="007D693D">
        <w:rPr>
          <w:rFonts w:ascii="Times New Roman" w:hAnsi="Times New Roman" w:cs="Times New Roman"/>
          <w:color w:val="000000"/>
          <w:szCs w:val="21"/>
        </w:rPr>
        <w:t>)</w:t>
      </w:r>
    </w:p>
    <w:p w:rsidR="00142472" w:rsidRPr="007D693D" w:rsidRDefault="00142472" w:rsidP="00142472">
      <w:pPr>
        <w:spacing w:before="120" w:after="240"/>
        <w:jc w:val="left"/>
        <w:rPr>
          <w:rFonts w:ascii="Times New Roman" w:hAnsi="Times New Roman" w:cs="Times New Roman"/>
          <w:b/>
          <w:szCs w:val="21"/>
        </w:rPr>
      </w:pPr>
      <w:r w:rsidRPr="007D693D">
        <w:rPr>
          <w:rFonts w:ascii="Times New Roman" w:hAnsi="Times New Roman" w:cs="Times New Roman"/>
          <w:noProof/>
          <w:szCs w:val="21"/>
        </w:rPr>
        <w:lastRenderedPageBreak/>
        <w:drawing>
          <wp:inline distT="0" distB="0" distL="0" distR="0" wp14:anchorId="2A1DB9A3" wp14:editId="51676859">
            <wp:extent cx="4904740" cy="3698240"/>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a:stretch>
                      <a:fillRect/>
                    </a:stretch>
                  </pic:blipFill>
                  <pic:spPr>
                    <a:xfrm>
                      <a:off x="0" y="0"/>
                      <a:ext cx="4911815" cy="3703758"/>
                    </a:xfrm>
                    <a:prstGeom prst="rect">
                      <a:avLst/>
                    </a:prstGeom>
                  </pic:spPr>
                </pic:pic>
              </a:graphicData>
            </a:graphic>
          </wp:inline>
        </w:drawing>
      </w:r>
    </w:p>
    <w:p w:rsidR="00142472" w:rsidRPr="007D693D" w:rsidRDefault="00142472" w:rsidP="00142472">
      <w:pPr>
        <w:spacing w:before="120" w:after="240"/>
        <w:jc w:val="left"/>
        <w:rPr>
          <w:rFonts w:ascii="Times New Roman" w:hAnsi="Times New Roman" w:cs="Times New Roman"/>
          <w:color w:val="000000"/>
          <w:szCs w:val="21"/>
        </w:rPr>
      </w:pPr>
      <w:r w:rsidRPr="007D693D">
        <w:rPr>
          <w:rFonts w:ascii="Times New Roman" w:hAnsi="Times New Roman" w:cs="Times New Roman"/>
          <w:b/>
          <w:szCs w:val="21"/>
        </w:rPr>
        <w:t>Figure S2</w:t>
      </w:r>
      <w:r w:rsidR="00405EE7">
        <w:rPr>
          <w:rFonts w:ascii="Times New Roman" w:hAnsi="Times New Roman" w:cs="Times New Roman"/>
          <w:b/>
          <w:szCs w:val="21"/>
        </w:rPr>
        <w:t>7</w:t>
      </w:r>
      <w:r w:rsidRPr="007D693D">
        <w:rPr>
          <w:rFonts w:ascii="Times New Roman" w:hAnsi="Times New Roman" w:cs="Times New Roman"/>
          <w:b/>
          <w:szCs w:val="21"/>
        </w:rPr>
        <w:t xml:space="preserve"> </w:t>
      </w:r>
      <w:r w:rsidRPr="007D693D">
        <w:rPr>
          <w:rFonts w:ascii="Times New Roman" w:hAnsi="Times New Roman" w:cs="Times New Roman"/>
          <w:szCs w:val="21"/>
          <w:vertAlign w:val="superscript"/>
        </w:rPr>
        <w:t>13</w:t>
      </w:r>
      <w:r w:rsidRPr="007D693D">
        <w:rPr>
          <w:rFonts w:ascii="Times New Roman" w:hAnsi="Times New Roman" w:cs="Times New Roman"/>
          <w:szCs w:val="21"/>
        </w:rPr>
        <w:t xml:space="preserve">C NMR spectrum of compound </w:t>
      </w:r>
      <w:r w:rsidRPr="007D693D">
        <w:rPr>
          <w:rFonts w:ascii="Times New Roman" w:hAnsi="Times New Roman" w:cs="Times New Roman"/>
          <w:b/>
          <w:kern w:val="0"/>
          <w:szCs w:val="21"/>
        </w:rPr>
        <w:t xml:space="preserve">4 </w:t>
      </w:r>
      <w:r w:rsidRPr="007D693D">
        <w:rPr>
          <w:rFonts w:ascii="Times New Roman" w:hAnsi="Times New Roman" w:cs="Times New Roman"/>
          <w:color w:val="000000"/>
          <w:szCs w:val="21"/>
        </w:rPr>
        <w:t xml:space="preserve">(125 MHz, </w:t>
      </w:r>
      <w:r w:rsidRPr="007D693D">
        <w:rPr>
          <w:rFonts w:ascii="Times New Roman" w:hAnsi="Times New Roman" w:cs="Times New Roman"/>
          <w:szCs w:val="21"/>
        </w:rPr>
        <w:t>DMSO-</w:t>
      </w:r>
      <w:r w:rsidRPr="007D693D">
        <w:rPr>
          <w:rFonts w:ascii="Times New Roman" w:hAnsi="Times New Roman" w:cs="Times New Roman"/>
          <w:i/>
          <w:szCs w:val="21"/>
        </w:rPr>
        <w:t>d</w:t>
      </w:r>
      <w:r w:rsidRPr="007D693D">
        <w:rPr>
          <w:rFonts w:ascii="Times New Roman" w:hAnsi="Times New Roman" w:cs="Times New Roman"/>
          <w:szCs w:val="21"/>
        </w:rPr>
        <w:t>6</w:t>
      </w:r>
      <w:r w:rsidRPr="007D693D">
        <w:rPr>
          <w:rFonts w:ascii="Times New Roman" w:hAnsi="Times New Roman" w:cs="Times New Roman"/>
          <w:color w:val="000000"/>
          <w:szCs w:val="21"/>
        </w:rPr>
        <w:t>)</w:t>
      </w:r>
    </w:p>
    <w:p w:rsidR="00142472" w:rsidRPr="007D693D" w:rsidRDefault="00142472" w:rsidP="00142472">
      <w:pPr>
        <w:spacing w:before="120" w:after="240"/>
        <w:jc w:val="left"/>
        <w:rPr>
          <w:rFonts w:ascii="Times New Roman" w:hAnsi="Times New Roman" w:cs="Times New Roman"/>
          <w:szCs w:val="21"/>
        </w:rPr>
      </w:pPr>
      <w:r w:rsidRPr="007D693D">
        <w:rPr>
          <w:rFonts w:ascii="Times New Roman" w:hAnsi="Times New Roman" w:cs="Times New Roman"/>
          <w:noProof/>
          <w:szCs w:val="21"/>
        </w:rPr>
        <w:drawing>
          <wp:inline distT="0" distB="0" distL="0" distR="0" wp14:anchorId="071AF8C6" wp14:editId="30C6809F">
            <wp:extent cx="5274310" cy="3876675"/>
            <wp:effectExtent l="0" t="0" r="2540" b="9525"/>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5"/>
                    <a:stretch>
                      <a:fillRect/>
                    </a:stretch>
                  </pic:blipFill>
                  <pic:spPr>
                    <a:xfrm>
                      <a:off x="0" y="0"/>
                      <a:ext cx="5274310" cy="3876984"/>
                    </a:xfrm>
                    <a:prstGeom prst="rect">
                      <a:avLst/>
                    </a:prstGeom>
                  </pic:spPr>
                </pic:pic>
              </a:graphicData>
            </a:graphic>
          </wp:inline>
        </w:drawing>
      </w:r>
    </w:p>
    <w:p w:rsidR="00086163" w:rsidRPr="007D693D" w:rsidRDefault="00086163" w:rsidP="00142472">
      <w:pPr>
        <w:spacing w:before="120" w:after="240"/>
        <w:jc w:val="left"/>
        <w:rPr>
          <w:rFonts w:ascii="Times New Roman" w:hAnsi="Times New Roman" w:cs="Times New Roman"/>
          <w:b/>
          <w:szCs w:val="21"/>
        </w:rPr>
      </w:pPr>
      <w:r w:rsidRPr="007D693D">
        <w:rPr>
          <w:rFonts w:ascii="Times New Roman" w:hAnsi="Times New Roman" w:cs="Times New Roman"/>
          <w:b/>
          <w:szCs w:val="21"/>
        </w:rPr>
        <w:t>Figure S2</w:t>
      </w:r>
      <w:r w:rsidR="00405EE7">
        <w:rPr>
          <w:rFonts w:ascii="Times New Roman" w:hAnsi="Times New Roman" w:cs="Times New Roman"/>
          <w:b/>
          <w:szCs w:val="21"/>
        </w:rPr>
        <w:t>8</w:t>
      </w:r>
      <w:r w:rsidRPr="007D693D">
        <w:rPr>
          <w:rFonts w:ascii="Times New Roman" w:hAnsi="Times New Roman" w:cs="Times New Roman"/>
          <w:b/>
          <w:szCs w:val="21"/>
        </w:rPr>
        <w:t xml:space="preserve"> </w:t>
      </w:r>
      <w:r w:rsidRPr="007D693D">
        <w:rPr>
          <w:rFonts w:ascii="Times New Roman" w:hAnsi="Times New Roman" w:cs="Times New Roman"/>
          <w:szCs w:val="21"/>
        </w:rPr>
        <w:t>HSQC spectrum of compound</w:t>
      </w:r>
      <w:r w:rsidRPr="007D693D">
        <w:rPr>
          <w:rFonts w:ascii="Times New Roman" w:hAnsi="Times New Roman" w:cs="Times New Roman"/>
          <w:b/>
          <w:kern w:val="0"/>
          <w:szCs w:val="21"/>
        </w:rPr>
        <w:t xml:space="preserve"> 4</w:t>
      </w:r>
    </w:p>
    <w:p w:rsidR="00142472" w:rsidRPr="007D693D" w:rsidRDefault="00142472" w:rsidP="00142472">
      <w:pPr>
        <w:spacing w:before="120" w:after="240"/>
        <w:jc w:val="left"/>
        <w:rPr>
          <w:rFonts w:ascii="Times New Roman" w:hAnsi="Times New Roman" w:cs="Times New Roman"/>
          <w:szCs w:val="21"/>
        </w:rPr>
      </w:pPr>
      <w:r w:rsidRPr="007D693D">
        <w:rPr>
          <w:rFonts w:ascii="Times New Roman" w:hAnsi="Times New Roman" w:cs="Times New Roman"/>
          <w:noProof/>
          <w:szCs w:val="21"/>
        </w:rPr>
        <w:lastRenderedPageBreak/>
        <w:drawing>
          <wp:inline distT="0" distB="0" distL="0" distR="0" wp14:anchorId="4A41328C" wp14:editId="423CF615">
            <wp:extent cx="5274310" cy="3724910"/>
            <wp:effectExtent l="0" t="0" r="2540" b="889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36"/>
                    <a:stretch>
                      <a:fillRect/>
                    </a:stretch>
                  </pic:blipFill>
                  <pic:spPr>
                    <a:xfrm>
                      <a:off x="0" y="0"/>
                      <a:ext cx="5274310" cy="3724981"/>
                    </a:xfrm>
                    <a:prstGeom prst="rect">
                      <a:avLst/>
                    </a:prstGeom>
                  </pic:spPr>
                </pic:pic>
              </a:graphicData>
            </a:graphic>
          </wp:inline>
        </w:drawing>
      </w:r>
    </w:p>
    <w:p w:rsidR="00086163" w:rsidRPr="007D693D" w:rsidRDefault="00086163" w:rsidP="00142472">
      <w:pPr>
        <w:spacing w:before="120" w:after="240"/>
        <w:jc w:val="left"/>
        <w:rPr>
          <w:rFonts w:ascii="Times New Roman" w:hAnsi="Times New Roman" w:cs="Times New Roman"/>
          <w:b/>
          <w:kern w:val="0"/>
          <w:szCs w:val="21"/>
        </w:rPr>
      </w:pPr>
      <w:r w:rsidRPr="007D693D">
        <w:rPr>
          <w:rFonts w:ascii="Times New Roman" w:hAnsi="Times New Roman" w:cs="Times New Roman"/>
          <w:b/>
          <w:szCs w:val="21"/>
        </w:rPr>
        <w:t>Figure S2</w:t>
      </w:r>
      <w:r w:rsidR="00405EE7">
        <w:rPr>
          <w:rFonts w:ascii="Times New Roman" w:hAnsi="Times New Roman" w:cs="Times New Roman"/>
          <w:b/>
          <w:szCs w:val="21"/>
        </w:rPr>
        <w:t>9</w:t>
      </w:r>
      <w:r w:rsidRPr="007D693D">
        <w:rPr>
          <w:rFonts w:ascii="Times New Roman" w:hAnsi="Times New Roman" w:cs="Times New Roman"/>
          <w:b/>
          <w:szCs w:val="21"/>
        </w:rPr>
        <w:t xml:space="preserve"> </w:t>
      </w:r>
      <w:r w:rsidRPr="007D693D">
        <w:rPr>
          <w:rFonts w:ascii="Times New Roman" w:hAnsi="Times New Roman" w:cs="Times New Roman"/>
          <w:szCs w:val="21"/>
        </w:rPr>
        <w:t>HMBC spectrum of</w:t>
      </w:r>
      <w:r w:rsidRPr="007D693D">
        <w:rPr>
          <w:rFonts w:ascii="Times New Roman" w:hAnsi="Times New Roman" w:cs="Times New Roman"/>
          <w:b/>
          <w:szCs w:val="21"/>
        </w:rPr>
        <w:t xml:space="preserve"> </w:t>
      </w:r>
      <w:r w:rsidRPr="007D693D">
        <w:rPr>
          <w:rFonts w:ascii="Times New Roman" w:hAnsi="Times New Roman" w:cs="Times New Roman"/>
          <w:szCs w:val="21"/>
        </w:rPr>
        <w:t>compound</w:t>
      </w:r>
      <w:r w:rsidRPr="007D693D">
        <w:rPr>
          <w:rFonts w:ascii="Times New Roman" w:hAnsi="Times New Roman" w:cs="Times New Roman"/>
          <w:b/>
          <w:kern w:val="0"/>
          <w:szCs w:val="21"/>
        </w:rPr>
        <w:t xml:space="preserve"> 4</w:t>
      </w:r>
    </w:p>
    <w:p w:rsidR="00142472" w:rsidRPr="007D693D" w:rsidRDefault="00142472" w:rsidP="00142472">
      <w:pPr>
        <w:spacing w:before="120" w:after="240"/>
        <w:jc w:val="left"/>
        <w:rPr>
          <w:rFonts w:ascii="Times New Roman" w:hAnsi="Times New Roman" w:cs="Times New Roman"/>
          <w:b/>
          <w:szCs w:val="21"/>
        </w:rPr>
      </w:pPr>
      <w:r w:rsidRPr="007D693D">
        <w:rPr>
          <w:rFonts w:ascii="Times New Roman" w:hAnsi="Times New Roman" w:cs="Times New Roman"/>
          <w:noProof/>
          <w:szCs w:val="21"/>
        </w:rPr>
        <w:drawing>
          <wp:inline distT="0" distB="0" distL="0" distR="0" wp14:anchorId="37B95993" wp14:editId="5CAE1CFD">
            <wp:extent cx="5273675" cy="4037965"/>
            <wp:effectExtent l="0" t="0" r="3175" b="63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37"/>
                    <a:stretch>
                      <a:fillRect/>
                    </a:stretch>
                  </pic:blipFill>
                  <pic:spPr>
                    <a:xfrm>
                      <a:off x="0" y="0"/>
                      <a:ext cx="5274310" cy="4038030"/>
                    </a:xfrm>
                    <a:prstGeom prst="rect">
                      <a:avLst/>
                    </a:prstGeom>
                  </pic:spPr>
                </pic:pic>
              </a:graphicData>
            </a:graphic>
          </wp:inline>
        </w:drawing>
      </w:r>
    </w:p>
    <w:p w:rsidR="00086163" w:rsidRPr="007D693D" w:rsidRDefault="00086163" w:rsidP="00142472">
      <w:pPr>
        <w:spacing w:before="120" w:after="240"/>
        <w:jc w:val="left"/>
        <w:rPr>
          <w:rFonts w:ascii="Times New Roman" w:hAnsi="Times New Roman" w:cs="Times New Roman"/>
          <w:b/>
          <w:szCs w:val="21"/>
        </w:rPr>
      </w:pPr>
      <w:r w:rsidRPr="007D693D">
        <w:rPr>
          <w:rFonts w:ascii="Times New Roman" w:hAnsi="Times New Roman" w:cs="Times New Roman"/>
          <w:b/>
          <w:szCs w:val="21"/>
        </w:rPr>
        <w:t>Figure S</w:t>
      </w:r>
      <w:r w:rsidR="00405EE7">
        <w:rPr>
          <w:rFonts w:ascii="Times New Roman" w:hAnsi="Times New Roman" w:cs="Times New Roman"/>
          <w:b/>
          <w:szCs w:val="21"/>
        </w:rPr>
        <w:t>30</w:t>
      </w:r>
      <w:r w:rsidRPr="007D693D">
        <w:rPr>
          <w:rFonts w:ascii="Times New Roman" w:hAnsi="Times New Roman" w:cs="Times New Roman"/>
          <w:b/>
          <w:szCs w:val="21"/>
        </w:rPr>
        <w:t xml:space="preserve"> </w:t>
      </w:r>
      <w:r w:rsidRPr="007D693D">
        <w:rPr>
          <w:rFonts w:ascii="Times New Roman" w:hAnsi="Times New Roman" w:cs="Times New Roman"/>
          <w:bCs/>
          <w:kern w:val="0"/>
          <w:szCs w:val="21"/>
        </w:rPr>
        <w:t>HRESIMS</w:t>
      </w:r>
      <w:r w:rsidRPr="007D693D">
        <w:rPr>
          <w:rFonts w:ascii="Times New Roman" w:hAnsi="Times New Roman" w:cs="Times New Roman"/>
          <w:b/>
          <w:bCs/>
          <w:color w:val="CD0000"/>
          <w:kern w:val="0"/>
          <w:szCs w:val="21"/>
        </w:rPr>
        <w:t xml:space="preserve"> </w:t>
      </w:r>
      <w:r w:rsidRPr="007D693D">
        <w:rPr>
          <w:rFonts w:ascii="Times New Roman" w:hAnsi="Times New Roman" w:cs="Times New Roman"/>
          <w:szCs w:val="21"/>
        </w:rPr>
        <w:t>spectrum of compound</w:t>
      </w:r>
      <w:r w:rsidRPr="007D693D">
        <w:rPr>
          <w:rFonts w:ascii="Times New Roman" w:hAnsi="Times New Roman" w:cs="Times New Roman"/>
          <w:b/>
          <w:szCs w:val="21"/>
        </w:rPr>
        <w:t xml:space="preserve"> 4</w:t>
      </w:r>
    </w:p>
    <w:p w:rsidR="00086163" w:rsidRPr="00086163" w:rsidRDefault="00086163" w:rsidP="00086163">
      <w:pPr>
        <w:spacing w:before="120" w:after="240"/>
        <w:jc w:val="left"/>
        <w:rPr>
          <w:rFonts w:ascii="Times New Roman" w:eastAsia="宋体" w:hAnsi="Times New Roman" w:cs="Times New Roman"/>
          <w:szCs w:val="21"/>
        </w:rPr>
      </w:pPr>
      <w:r w:rsidRPr="00086163">
        <w:rPr>
          <w:rFonts w:ascii="Times New Roman" w:eastAsia="宋体" w:hAnsi="Times New Roman" w:cs="Times New Roman"/>
          <w:noProof/>
          <w:szCs w:val="21"/>
        </w:rPr>
        <w:lastRenderedPageBreak/>
        <w:drawing>
          <wp:inline distT="0" distB="0" distL="0" distR="0" wp14:anchorId="4236863D" wp14:editId="40C8B8D1">
            <wp:extent cx="5274310" cy="3731895"/>
            <wp:effectExtent l="0" t="0" r="2540" b="190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38"/>
                    <a:stretch>
                      <a:fillRect/>
                    </a:stretch>
                  </pic:blipFill>
                  <pic:spPr>
                    <a:xfrm>
                      <a:off x="0" y="0"/>
                      <a:ext cx="5274310" cy="3732307"/>
                    </a:xfrm>
                    <a:prstGeom prst="rect">
                      <a:avLst/>
                    </a:prstGeom>
                  </pic:spPr>
                </pic:pic>
              </a:graphicData>
            </a:graphic>
          </wp:inline>
        </w:drawing>
      </w:r>
    </w:p>
    <w:p w:rsidR="00086163" w:rsidRPr="007D693D" w:rsidRDefault="00086163" w:rsidP="00086163">
      <w:pPr>
        <w:spacing w:before="120" w:after="240"/>
        <w:jc w:val="left"/>
        <w:rPr>
          <w:rFonts w:ascii="Times New Roman" w:eastAsia="宋体" w:hAnsi="Times New Roman" w:cs="Times New Roman"/>
          <w:color w:val="000000"/>
          <w:szCs w:val="21"/>
        </w:rPr>
      </w:pPr>
      <w:r w:rsidRPr="00086163">
        <w:rPr>
          <w:rFonts w:ascii="Times New Roman" w:eastAsia="宋体" w:hAnsi="Times New Roman" w:cs="Times New Roman"/>
          <w:b/>
          <w:szCs w:val="21"/>
        </w:rPr>
        <w:t>Figure S</w:t>
      </w:r>
      <w:r w:rsidR="00405EE7">
        <w:rPr>
          <w:rFonts w:ascii="Times New Roman" w:eastAsia="宋体" w:hAnsi="Times New Roman" w:cs="Times New Roman"/>
          <w:b/>
          <w:szCs w:val="21"/>
        </w:rPr>
        <w:t>31</w:t>
      </w:r>
      <w:r w:rsidRPr="00086163">
        <w:rPr>
          <w:rFonts w:ascii="Times New Roman" w:eastAsia="宋体" w:hAnsi="Times New Roman" w:cs="Times New Roman"/>
          <w:szCs w:val="21"/>
        </w:rPr>
        <w:t xml:space="preserve"> </w:t>
      </w:r>
      <w:r w:rsidRPr="00086163">
        <w:rPr>
          <w:rFonts w:ascii="Times New Roman" w:eastAsia="宋体" w:hAnsi="Times New Roman" w:cs="Times New Roman"/>
          <w:szCs w:val="21"/>
          <w:vertAlign w:val="superscript"/>
        </w:rPr>
        <w:t>1</w:t>
      </w:r>
      <w:r w:rsidRPr="00086163">
        <w:rPr>
          <w:rFonts w:ascii="Times New Roman" w:eastAsia="宋体" w:hAnsi="Times New Roman" w:cs="Times New Roman"/>
          <w:szCs w:val="21"/>
        </w:rPr>
        <w:t>H NMR spectrum of compound</w:t>
      </w:r>
      <w:r w:rsidRPr="00086163">
        <w:rPr>
          <w:rFonts w:ascii="Times New Roman" w:eastAsia="宋体" w:hAnsi="Times New Roman" w:cs="Times New Roman"/>
          <w:b/>
          <w:szCs w:val="21"/>
        </w:rPr>
        <w:t xml:space="preserve"> </w:t>
      </w:r>
      <w:r w:rsidRPr="007D693D">
        <w:rPr>
          <w:rFonts w:ascii="Times New Roman" w:eastAsia="宋体" w:hAnsi="Times New Roman" w:cs="Times New Roman"/>
          <w:b/>
          <w:kern w:val="0"/>
          <w:szCs w:val="21"/>
        </w:rPr>
        <w:t xml:space="preserve">5 </w:t>
      </w:r>
      <w:r w:rsidRPr="00086163">
        <w:rPr>
          <w:rFonts w:ascii="Times New Roman" w:eastAsia="宋体" w:hAnsi="Times New Roman" w:cs="Times New Roman"/>
          <w:color w:val="000000"/>
          <w:szCs w:val="21"/>
        </w:rPr>
        <w:t>(500 MHz,</w:t>
      </w:r>
      <w:r w:rsidRPr="00086163">
        <w:rPr>
          <w:rFonts w:ascii="Times New Roman" w:eastAsia="宋体" w:hAnsi="Times New Roman" w:cs="Times New Roman"/>
          <w:szCs w:val="21"/>
        </w:rPr>
        <w:t xml:space="preserve"> CDCl</w:t>
      </w:r>
      <w:r w:rsidRPr="00086163">
        <w:rPr>
          <w:rFonts w:ascii="Times New Roman" w:eastAsia="宋体" w:hAnsi="Times New Roman" w:cs="Times New Roman"/>
          <w:szCs w:val="21"/>
          <w:vertAlign w:val="subscript"/>
        </w:rPr>
        <w:t>3</w:t>
      </w:r>
      <w:r w:rsidRPr="00086163">
        <w:rPr>
          <w:rFonts w:ascii="Times New Roman" w:eastAsia="宋体" w:hAnsi="Times New Roman" w:cs="Times New Roman"/>
          <w:color w:val="000000"/>
          <w:szCs w:val="21"/>
        </w:rPr>
        <w:t>)</w:t>
      </w:r>
    </w:p>
    <w:p w:rsidR="00086163" w:rsidRPr="00086163" w:rsidRDefault="00086163" w:rsidP="00086163">
      <w:pPr>
        <w:spacing w:before="120" w:after="240"/>
        <w:jc w:val="left"/>
        <w:rPr>
          <w:rFonts w:ascii="Times New Roman" w:eastAsia="宋体" w:hAnsi="Times New Roman" w:cs="Times New Roman"/>
          <w:szCs w:val="21"/>
        </w:rPr>
      </w:pPr>
      <w:r w:rsidRPr="00086163">
        <w:rPr>
          <w:rFonts w:ascii="Times New Roman" w:eastAsia="宋体" w:hAnsi="Times New Roman" w:cs="Times New Roman"/>
          <w:noProof/>
          <w:szCs w:val="21"/>
        </w:rPr>
        <w:drawing>
          <wp:inline distT="0" distB="0" distL="0" distR="0" wp14:anchorId="6F66EE8F" wp14:editId="5ADACC79">
            <wp:extent cx="5274310" cy="3620135"/>
            <wp:effectExtent l="0" t="0" r="254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39"/>
                    <a:stretch>
                      <a:fillRect/>
                    </a:stretch>
                  </pic:blipFill>
                  <pic:spPr>
                    <a:xfrm>
                      <a:off x="0" y="0"/>
                      <a:ext cx="5274310" cy="3620594"/>
                    </a:xfrm>
                    <a:prstGeom prst="rect">
                      <a:avLst/>
                    </a:prstGeom>
                  </pic:spPr>
                </pic:pic>
              </a:graphicData>
            </a:graphic>
          </wp:inline>
        </w:drawing>
      </w:r>
    </w:p>
    <w:p w:rsidR="00086163" w:rsidRPr="00086163" w:rsidRDefault="00086163" w:rsidP="00086163">
      <w:pPr>
        <w:spacing w:before="120" w:after="240"/>
        <w:jc w:val="left"/>
        <w:rPr>
          <w:rFonts w:ascii="Times New Roman" w:eastAsia="宋体" w:hAnsi="Times New Roman" w:cs="Times New Roman"/>
          <w:color w:val="000000"/>
          <w:szCs w:val="21"/>
        </w:rPr>
      </w:pPr>
      <w:r w:rsidRPr="00086163">
        <w:rPr>
          <w:rFonts w:ascii="Times New Roman" w:eastAsia="宋体" w:hAnsi="Times New Roman" w:cs="Times New Roman"/>
          <w:b/>
          <w:szCs w:val="21"/>
        </w:rPr>
        <w:t>Figure S</w:t>
      </w:r>
      <w:r w:rsidRPr="007D693D">
        <w:rPr>
          <w:rFonts w:ascii="Times New Roman" w:eastAsia="宋体" w:hAnsi="Times New Roman" w:cs="Times New Roman"/>
          <w:b/>
          <w:szCs w:val="21"/>
        </w:rPr>
        <w:t>3</w:t>
      </w:r>
      <w:r w:rsidR="00405EE7">
        <w:rPr>
          <w:rFonts w:ascii="Times New Roman" w:eastAsia="宋体" w:hAnsi="Times New Roman" w:cs="Times New Roman"/>
          <w:b/>
          <w:szCs w:val="21"/>
        </w:rPr>
        <w:t>2</w:t>
      </w:r>
      <w:r w:rsidRPr="00086163">
        <w:rPr>
          <w:rFonts w:ascii="Times New Roman" w:eastAsia="宋体" w:hAnsi="Times New Roman" w:cs="Times New Roman"/>
          <w:b/>
          <w:szCs w:val="21"/>
        </w:rPr>
        <w:t xml:space="preserve"> </w:t>
      </w:r>
      <w:r w:rsidRPr="00086163">
        <w:rPr>
          <w:rFonts w:ascii="Times New Roman" w:eastAsia="宋体" w:hAnsi="Times New Roman" w:cs="Times New Roman"/>
          <w:szCs w:val="21"/>
          <w:vertAlign w:val="superscript"/>
        </w:rPr>
        <w:t>13</w:t>
      </w:r>
      <w:r w:rsidRPr="00086163">
        <w:rPr>
          <w:rFonts w:ascii="Times New Roman" w:eastAsia="宋体" w:hAnsi="Times New Roman" w:cs="Times New Roman"/>
          <w:szCs w:val="21"/>
        </w:rPr>
        <w:t xml:space="preserve">C NMR spectrum of compound </w:t>
      </w:r>
      <w:r w:rsidRPr="007D693D">
        <w:rPr>
          <w:rFonts w:ascii="Times New Roman" w:eastAsia="宋体" w:hAnsi="Times New Roman" w:cs="Times New Roman"/>
          <w:b/>
          <w:kern w:val="0"/>
          <w:szCs w:val="21"/>
        </w:rPr>
        <w:t>5</w:t>
      </w:r>
      <w:r w:rsidRPr="00086163">
        <w:rPr>
          <w:rFonts w:ascii="Times New Roman" w:eastAsia="宋体" w:hAnsi="Times New Roman" w:cs="Times New Roman"/>
          <w:b/>
          <w:szCs w:val="21"/>
        </w:rPr>
        <w:t xml:space="preserve"> </w:t>
      </w:r>
      <w:r w:rsidRPr="00086163">
        <w:rPr>
          <w:rFonts w:ascii="Times New Roman" w:eastAsia="宋体" w:hAnsi="Times New Roman" w:cs="Times New Roman"/>
          <w:color w:val="000000"/>
          <w:szCs w:val="21"/>
        </w:rPr>
        <w:t xml:space="preserve">(125 MHz, </w:t>
      </w:r>
      <w:r w:rsidRPr="00086163">
        <w:rPr>
          <w:rFonts w:ascii="Times New Roman" w:eastAsia="宋体" w:hAnsi="Times New Roman" w:cs="Times New Roman"/>
          <w:szCs w:val="21"/>
        </w:rPr>
        <w:t>CDCl</w:t>
      </w:r>
      <w:r w:rsidRPr="00086163">
        <w:rPr>
          <w:rFonts w:ascii="Times New Roman" w:eastAsia="宋体" w:hAnsi="Times New Roman" w:cs="Times New Roman"/>
          <w:szCs w:val="21"/>
          <w:vertAlign w:val="subscript"/>
        </w:rPr>
        <w:t>3</w:t>
      </w:r>
      <w:r w:rsidRPr="00086163">
        <w:rPr>
          <w:rFonts w:ascii="Times New Roman" w:eastAsia="宋体" w:hAnsi="Times New Roman" w:cs="Times New Roman"/>
          <w:color w:val="000000"/>
          <w:szCs w:val="21"/>
        </w:rPr>
        <w:t>)</w:t>
      </w:r>
    </w:p>
    <w:p w:rsidR="00086163" w:rsidRPr="00086163" w:rsidRDefault="00086163" w:rsidP="00086163">
      <w:pPr>
        <w:spacing w:before="120" w:after="240"/>
        <w:jc w:val="left"/>
        <w:rPr>
          <w:rFonts w:ascii="Times New Roman" w:eastAsia="宋体" w:hAnsi="Times New Roman" w:cs="Times New Roman"/>
          <w:szCs w:val="21"/>
        </w:rPr>
      </w:pPr>
      <w:r w:rsidRPr="00086163">
        <w:rPr>
          <w:rFonts w:ascii="Times New Roman" w:eastAsia="宋体" w:hAnsi="Times New Roman" w:cs="Times New Roman"/>
          <w:noProof/>
          <w:szCs w:val="21"/>
        </w:rPr>
        <w:lastRenderedPageBreak/>
        <w:drawing>
          <wp:inline distT="0" distB="0" distL="0" distR="0" wp14:anchorId="16E326C9" wp14:editId="2353A4EB">
            <wp:extent cx="5274310" cy="3679190"/>
            <wp:effectExtent l="0" t="0" r="254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40"/>
                    <a:stretch>
                      <a:fillRect/>
                    </a:stretch>
                  </pic:blipFill>
                  <pic:spPr>
                    <a:xfrm>
                      <a:off x="0" y="0"/>
                      <a:ext cx="5274310" cy="3679197"/>
                    </a:xfrm>
                    <a:prstGeom prst="rect">
                      <a:avLst/>
                    </a:prstGeom>
                  </pic:spPr>
                </pic:pic>
              </a:graphicData>
            </a:graphic>
          </wp:inline>
        </w:drawing>
      </w:r>
    </w:p>
    <w:p w:rsidR="00086163" w:rsidRPr="00086163" w:rsidRDefault="00086163" w:rsidP="00086163">
      <w:pPr>
        <w:spacing w:before="120" w:after="240"/>
        <w:jc w:val="left"/>
        <w:rPr>
          <w:rFonts w:ascii="Times New Roman" w:eastAsia="宋体" w:hAnsi="Times New Roman" w:cs="Times New Roman"/>
          <w:b/>
          <w:szCs w:val="21"/>
        </w:rPr>
      </w:pPr>
      <w:r w:rsidRPr="00086163">
        <w:rPr>
          <w:rFonts w:ascii="Times New Roman" w:eastAsia="宋体" w:hAnsi="Times New Roman" w:cs="Times New Roman"/>
          <w:b/>
          <w:szCs w:val="21"/>
        </w:rPr>
        <w:t>Figure S</w:t>
      </w:r>
      <w:r w:rsidRPr="007D693D">
        <w:rPr>
          <w:rFonts w:ascii="Times New Roman" w:eastAsia="宋体" w:hAnsi="Times New Roman" w:cs="Times New Roman"/>
          <w:b/>
          <w:szCs w:val="21"/>
        </w:rPr>
        <w:t>3</w:t>
      </w:r>
      <w:r w:rsidR="00405EE7">
        <w:rPr>
          <w:rFonts w:ascii="Times New Roman" w:eastAsia="宋体" w:hAnsi="Times New Roman" w:cs="Times New Roman"/>
          <w:b/>
          <w:szCs w:val="21"/>
        </w:rPr>
        <w:t>3</w:t>
      </w:r>
      <w:r w:rsidRPr="00086163">
        <w:rPr>
          <w:rFonts w:ascii="Times New Roman" w:eastAsia="宋体" w:hAnsi="Times New Roman" w:cs="Times New Roman"/>
          <w:b/>
          <w:szCs w:val="21"/>
        </w:rPr>
        <w:t xml:space="preserve"> </w:t>
      </w:r>
      <w:r w:rsidRPr="00086163">
        <w:rPr>
          <w:rFonts w:ascii="Times New Roman" w:eastAsia="宋体" w:hAnsi="Times New Roman" w:cs="Times New Roman"/>
          <w:szCs w:val="21"/>
        </w:rPr>
        <w:t>DEPT-135 spectrum of compound</w:t>
      </w:r>
      <w:r w:rsidRPr="00086163">
        <w:rPr>
          <w:rFonts w:ascii="Times New Roman" w:eastAsia="宋体" w:hAnsi="Times New Roman" w:cs="Times New Roman"/>
          <w:b/>
          <w:kern w:val="0"/>
          <w:szCs w:val="21"/>
        </w:rPr>
        <w:t xml:space="preserve"> </w:t>
      </w:r>
      <w:r w:rsidRPr="007D693D">
        <w:rPr>
          <w:rFonts w:ascii="Times New Roman" w:eastAsia="宋体" w:hAnsi="Times New Roman" w:cs="Times New Roman"/>
          <w:b/>
          <w:kern w:val="0"/>
          <w:szCs w:val="21"/>
        </w:rPr>
        <w:t>6</w:t>
      </w:r>
      <w:r w:rsidRPr="00086163">
        <w:rPr>
          <w:rFonts w:ascii="Times New Roman" w:eastAsia="宋体" w:hAnsi="Times New Roman" w:cs="Times New Roman"/>
          <w:szCs w:val="21"/>
        </w:rPr>
        <w:t xml:space="preserve"> </w:t>
      </w:r>
      <w:r w:rsidRPr="00086163">
        <w:rPr>
          <w:rFonts w:ascii="Times New Roman" w:eastAsia="宋体" w:hAnsi="Times New Roman" w:cs="Times New Roman"/>
          <w:color w:val="000000"/>
          <w:szCs w:val="21"/>
        </w:rPr>
        <w:t xml:space="preserve">(125 MHz, </w:t>
      </w:r>
      <w:r w:rsidRPr="00086163">
        <w:rPr>
          <w:rFonts w:ascii="Times New Roman" w:eastAsia="宋体" w:hAnsi="Times New Roman" w:cs="Times New Roman"/>
          <w:szCs w:val="21"/>
        </w:rPr>
        <w:t>CDCl</w:t>
      </w:r>
      <w:r w:rsidRPr="00086163">
        <w:rPr>
          <w:rFonts w:ascii="Times New Roman" w:eastAsia="宋体" w:hAnsi="Times New Roman" w:cs="Times New Roman"/>
          <w:szCs w:val="21"/>
          <w:vertAlign w:val="subscript"/>
        </w:rPr>
        <w:t>3</w:t>
      </w:r>
      <w:r w:rsidRPr="00086163">
        <w:rPr>
          <w:rFonts w:ascii="Times New Roman" w:eastAsia="宋体" w:hAnsi="Times New Roman" w:cs="Times New Roman"/>
          <w:color w:val="000000"/>
          <w:szCs w:val="21"/>
        </w:rPr>
        <w:t>)</w:t>
      </w:r>
    </w:p>
    <w:p w:rsidR="00086163" w:rsidRPr="007D693D" w:rsidRDefault="00086163" w:rsidP="00086163">
      <w:pPr>
        <w:spacing w:before="120" w:after="240"/>
        <w:jc w:val="left"/>
        <w:rPr>
          <w:rFonts w:ascii="Times New Roman" w:eastAsia="宋体" w:hAnsi="Times New Roman" w:cs="Times New Roman"/>
          <w:b/>
          <w:szCs w:val="21"/>
        </w:rPr>
      </w:pPr>
    </w:p>
    <w:p w:rsidR="00086163" w:rsidRPr="00086163" w:rsidRDefault="00086163" w:rsidP="00086163">
      <w:pPr>
        <w:spacing w:before="120" w:after="240"/>
        <w:jc w:val="left"/>
        <w:rPr>
          <w:rFonts w:ascii="Times New Roman" w:eastAsia="宋体" w:hAnsi="Times New Roman" w:cs="Times New Roman"/>
          <w:szCs w:val="21"/>
        </w:rPr>
      </w:pPr>
      <w:r w:rsidRPr="00086163">
        <w:rPr>
          <w:rFonts w:ascii="Times New Roman" w:eastAsia="宋体" w:hAnsi="Times New Roman" w:cs="Times New Roman"/>
          <w:noProof/>
          <w:szCs w:val="21"/>
        </w:rPr>
        <w:drawing>
          <wp:inline distT="0" distB="0" distL="0" distR="0" wp14:anchorId="5AEA922D" wp14:editId="73F6BB23">
            <wp:extent cx="5274310" cy="3738245"/>
            <wp:effectExtent l="0" t="0" r="254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1"/>
                    <a:stretch>
                      <a:fillRect/>
                    </a:stretch>
                  </pic:blipFill>
                  <pic:spPr>
                    <a:xfrm>
                      <a:off x="0" y="0"/>
                      <a:ext cx="5274310" cy="3738411"/>
                    </a:xfrm>
                    <a:prstGeom prst="rect">
                      <a:avLst/>
                    </a:prstGeom>
                  </pic:spPr>
                </pic:pic>
              </a:graphicData>
            </a:graphic>
          </wp:inline>
        </w:drawing>
      </w:r>
    </w:p>
    <w:p w:rsidR="00086163" w:rsidRPr="00086163" w:rsidRDefault="00086163" w:rsidP="00086163">
      <w:pPr>
        <w:spacing w:before="120" w:after="240"/>
        <w:jc w:val="left"/>
        <w:rPr>
          <w:rFonts w:ascii="Times New Roman" w:eastAsia="宋体" w:hAnsi="Times New Roman" w:cs="Times New Roman"/>
          <w:b/>
          <w:kern w:val="0"/>
          <w:szCs w:val="21"/>
        </w:rPr>
      </w:pPr>
      <w:r w:rsidRPr="00086163">
        <w:rPr>
          <w:rFonts w:ascii="Times New Roman" w:eastAsia="宋体" w:hAnsi="Times New Roman" w:cs="Times New Roman"/>
          <w:b/>
          <w:szCs w:val="21"/>
        </w:rPr>
        <w:t>Figure S</w:t>
      </w:r>
      <w:r w:rsidRPr="007D693D">
        <w:rPr>
          <w:rFonts w:ascii="Times New Roman" w:eastAsia="宋体" w:hAnsi="Times New Roman" w:cs="Times New Roman"/>
          <w:b/>
          <w:szCs w:val="21"/>
        </w:rPr>
        <w:t>3</w:t>
      </w:r>
      <w:r w:rsidR="00405EE7">
        <w:rPr>
          <w:rFonts w:ascii="Times New Roman" w:eastAsia="宋体" w:hAnsi="Times New Roman" w:cs="Times New Roman"/>
          <w:b/>
          <w:szCs w:val="21"/>
        </w:rPr>
        <w:t>4</w:t>
      </w:r>
      <w:r w:rsidRPr="00086163">
        <w:rPr>
          <w:rFonts w:ascii="Times New Roman" w:eastAsia="宋体" w:hAnsi="Times New Roman" w:cs="Times New Roman"/>
          <w:b/>
          <w:szCs w:val="21"/>
        </w:rPr>
        <w:t xml:space="preserve"> </w:t>
      </w:r>
      <w:r w:rsidRPr="00086163">
        <w:rPr>
          <w:rFonts w:ascii="Times New Roman" w:eastAsia="宋体" w:hAnsi="Times New Roman" w:cs="Times New Roman"/>
          <w:szCs w:val="21"/>
        </w:rPr>
        <w:t>HSQC spectrum of compound</w:t>
      </w:r>
      <w:r w:rsidRPr="00086163">
        <w:rPr>
          <w:rFonts w:ascii="Times New Roman" w:eastAsia="宋体" w:hAnsi="Times New Roman" w:cs="Times New Roman"/>
          <w:b/>
          <w:kern w:val="0"/>
          <w:szCs w:val="21"/>
        </w:rPr>
        <w:t xml:space="preserve"> </w:t>
      </w:r>
      <w:r w:rsidRPr="007D693D">
        <w:rPr>
          <w:rFonts w:ascii="Times New Roman" w:eastAsia="宋体" w:hAnsi="Times New Roman" w:cs="Times New Roman"/>
          <w:b/>
          <w:kern w:val="0"/>
          <w:szCs w:val="21"/>
        </w:rPr>
        <w:t>7</w:t>
      </w:r>
    </w:p>
    <w:p w:rsidR="00086163" w:rsidRPr="00086163" w:rsidRDefault="00086163" w:rsidP="00086163">
      <w:pPr>
        <w:spacing w:before="120" w:after="240"/>
        <w:jc w:val="left"/>
        <w:rPr>
          <w:rFonts w:ascii="Times New Roman" w:eastAsia="宋体" w:hAnsi="Times New Roman" w:cs="Times New Roman"/>
          <w:szCs w:val="21"/>
        </w:rPr>
      </w:pPr>
      <w:r w:rsidRPr="00086163">
        <w:rPr>
          <w:rFonts w:ascii="Times New Roman" w:eastAsia="宋体" w:hAnsi="Times New Roman" w:cs="Times New Roman"/>
          <w:noProof/>
          <w:szCs w:val="21"/>
        </w:rPr>
        <w:lastRenderedPageBreak/>
        <w:drawing>
          <wp:inline distT="0" distB="0" distL="0" distR="0" wp14:anchorId="5B76120B" wp14:editId="5B9F123A">
            <wp:extent cx="5274310" cy="3769995"/>
            <wp:effectExtent l="0" t="0" r="2540" b="190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42"/>
                    <a:stretch>
                      <a:fillRect/>
                    </a:stretch>
                  </pic:blipFill>
                  <pic:spPr>
                    <a:xfrm>
                      <a:off x="0" y="0"/>
                      <a:ext cx="5274310" cy="3770155"/>
                    </a:xfrm>
                    <a:prstGeom prst="rect">
                      <a:avLst/>
                    </a:prstGeom>
                  </pic:spPr>
                </pic:pic>
              </a:graphicData>
            </a:graphic>
          </wp:inline>
        </w:drawing>
      </w:r>
    </w:p>
    <w:p w:rsidR="00086163" w:rsidRPr="007D693D" w:rsidRDefault="00086163" w:rsidP="00086163">
      <w:pPr>
        <w:spacing w:before="120" w:after="240"/>
        <w:jc w:val="left"/>
        <w:rPr>
          <w:rFonts w:ascii="Times New Roman" w:eastAsia="宋体" w:hAnsi="Times New Roman" w:cs="Times New Roman"/>
          <w:b/>
          <w:kern w:val="0"/>
          <w:szCs w:val="21"/>
        </w:rPr>
      </w:pPr>
      <w:r w:rsidRPr="00086163">
        <w:rPr>
          <w:rFonts w:ascii="Times New Roman" w:eastAsia="宋体" w:hAnsi="Times New Roman" w:cs="Times New Roman"/>
          <w:b/>
          <w:szCs w:val="21"/>
        </w:rPr>
        <w:t>Figure S</w:t>
      </w:r>
      <w:r w:rsidRPr="007D693D">
        <w:rPr>
          <w:rFonts w:ascii="Times New Roman" w:eastAsia="宋体" w:hAnsi="Times New Roman" w:cs="Times New Roman"/>
          <w:b/>
          <w:szCs w:val="21"/>
        </w:rPr>
        <w:t>3</w:t>
      </w:r>
      <w:r w:rsidR="00405EE7">
        <w:rPr>
          <w:rFonts w:ascii="Times New Roman" w:eastAsia="宋体" w:hAnsi="Times New Roman" w:cs="Times New Roman"/>
          <w:b/>
          <w:szCs w:val="21"/>
        </w:rPr>
        <w:t>5</w:t>
      </w:r>
      <w:r w:rsidRPr="00086163">
        <w:rPr>
          <w:rFonts w:ascii="Times New Roman" w:eastAsia="宋体" w:hAnsi="Times New Roman" w:cs="Times New Roman"/>
          <w:b/>
          <w:szCs w:val="21"/>
        </w:rPr>
        <w:t xml:space="preserve"> </w:t>
      </w:r>
      <w:r w:rsidRPr="00086163">
        <w:rPr>
          <w:rFonts w:ascii="Times New Roman" w:eastAsia="宋体" w:hAnsi="Times New Roman" w:cs="Times New Roman"/>
          <w:szCs w:val="21"/>
        </w:rPr>
        <w:t>HMBC spectrum of</w:t>
      </w:r>
      <w:r w:rsidRPr="00086163">
        <w:rPr>
          <w:rFonts w:ascii="Times New Roman" w:eastAsia="宋体" w:hAnsi="Times New Roman" w:cs="Times New Roman"/>
          <w:b/>
          <w:szCs w:val="21"/>
        </w:rPr>
        <w:t xml:space="preserve"> </w:t>
      </w:r>
      <w:r w:rsidRPr="00086163">
        <w:rPr>
          <w:rFonts w:ascii="Times New Roman" w:eastAsia="宋体" w:hAnsi="Times New Roman" w:cs="Times New Roman"/>
          <w:szCs w:val="21"/>
        </w:rPr>
        <w:t>compound</w:t>
      </w:r>
      <w:r w:rsidRPr="00086163">
        <w:rPr>
          <w:rFonts w:ascii="Times New Roman" w:eastAsia="宋体" w:hAnsi="Times New Roman" w:cs="Times New Roman"/>
          <w:b/>
          <w:kern w:val="0"/>
          <w:szCs w:val="21"/>
        </w:rPr>
        <w:t xml:space="preserve"> </w:t>
      </w:r>
      <w:r w:rsidRPr="007D693D">
        <w:rPr>
          <w:rFonts w:ascii="Times New Roman" w:eastAsia="宋体" w:hAnsi="Times New Roman" w:cs="Times New Roman"/>
          <w:b/>
          <w:kern w:val="0"/>
          <w:szCs w:val="21"/>
        </w:rPr>
        <w:t>5</w:t>
      </w:r>
    </w:p>
    <w:p w:rsidR="00086163" w:rsidRPr="00086163" w:rsidRDefault="00086163" w:rsidP="00086163">
      <w:pPr>
        <w:spacing w:before="120" w:after="240"/>
        <w:jc w:val="left"/>
        <w:rPr>
          <w:rFonts w:ascii="Times New Roman" w:eastAsia="宋体" w:hAnsi="Times New Roman" w:cs="Times New Roman"/>
          <w:szCs w:val="21"/>
        </w:rPr>
      </w:pPr>
      <w:r w:rsidRPr="00086163">
        <w:rPr>
          <w:rFonts w:ascii="Times New Roman" w:eastAsia="宋体" w:hAnsi="Times New Roman" w:cs="Times New Roman"/>
          <w:noProof/>
          <w:szCs w:val="21"/>
        </w:rPr>
        <w:drawing>
          <wp:inline distT="0" distB="0" distL="0" distR="0" wp14:anchorId="008B19EF" wp14:editId="736E97A6">
            <wp:extent cx="4820285" cy="356743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43"/>
                    <a:stretch>
                      <a:fillRect/>
                    </a:stretch>
                  </pic:blipFill>
                  <pic:spPr>
                    <a:xfrm>
                      <a:off x="0" y="0"/>
                      <a:ext cx="4820764" cy="3567588"/>
                    </a:xfrm>
                    <a:prstGeom prst="rect">
                      <a:avLst/>
                    </a:prstGeom>
                  </pic:spPr>
                </pic:pic>
              </a:graphicData>
            </a:graphic>
          </wp:inline>
        </w:drawing>
      </w:r>
    </w:p>
    <w:p w:rsidR="00086163" w:rsidRPr="00086163" w:rsidRDefault="00086163" w:rsidP="00086163">
      <w:pPr>
        <w:spacing w:before="120" w:after="240"/>
        <w:jc w:val="left"/>
        <w:rPr>
          <w:rFonts w:ascii="Times New Roman" w:eastAsia="宋体" w:hAnsi="Times New Roman" w:cs="Times New Roman"/>
          <w:b/>
          <w:szCs w:val="21"/>
        </w:rPr>
      </w:pPr>
      <w:r w:rsidRPr="00086163">
        <w:rPr>
          <w:rFonts w:ascii="Times New Roman" w:eastAsia="宋体" w:hAnsi="Times New Roman" w:cs="Times New Roman"/>
          <w:b/>
          <w:szCs w:val="21"/>
        </w:rPr>
        <w:t>Figure S</w:t>
      </w:r>
      <w:r w:rsidRPr="007D693D">
        <w:rPr>
          <w:rFonts w:ascii="Times New Roman" w:eastAsia="宋体" w:hAnsi="Times New Roman" w:cs="Times New Roman"/>
          <w:b/>
          <w:szCs w:val="21"/>
        </w:rPr>
        <w:t>3</w:t>
      </w:r>
      <w:r w:rsidR="00405EE7">
        <w:rPr>
          <w:rFonts w:ascii="Times New Roman" w:eastAsia="宋体" w:hAnsi="Times New Roman" w:cs="Times New Roman"/>
          <w:b/>
          <w:szCs w:val="21"/>
        </w:rPr>
        <w:t>6</w:t>
      </w:r>
      <w:r w:rsidRPr="00086163">
        <w:rPr>
          <w:rFonts w:ascii="Times New Roman" w:eastAsia="宋体" w:hAnsi="Times New Roman" w:cs="Times New Roman"/>
          <w:b/>
          <w:szCs w:val="21"/>
        </w:rPr>
        <w:t xml:space="preserve"> </w:t>
      </w:r>
      <w:r w:rsidRPr="00086163">
        <w:rPr>
          <w:rFonts w:ascii="Times New Roman" w:eastAsia="宋体" w:hAnsi="Times New Roman" w:cs="Times New Roman"/>
          <w:bCs/>
          <w:kern w:val="0"/>
          <w:szCs w:val="21"/>
        </w:rPr>
        <w:t>HRESIMS</w:t>
      </w:r>
      <w:r w:rsidRPr="00086163">
        <w:rPr>
          <w:rFonts w:ascii="Times New Roman" w:eastAsia="宋体" w:hAnsi="Times New Roman" w:cs="Times New Roman"/>
          <w:b/>
          <w:bCs/>
          <w:color w:val="CD0000"/>
          <w:kern w:val="0"/>
          <w:szCs w:val="21"/>
        </w:rPr>
        <w:t xml:space="preserve"> </w:t>
      </w:r>
      <w:r w:rsidRPr="00086163">
        <w:rPr>
          <w:rFonts w:ascii="Times New Roman" w:eastAsia="宋体" w:hAnsi="Times New Roman" w:cs="Times New Roman"/>
          <w:szCs w:val="21"/>
        </w:rPr>
        <w:t>spectrum of compound</w:t>
      </w:r>
      <w:r w:rsidRPr="00086163">
        <w:rPr>
          <w:rFonts w:ascii="Times New Roman" w:eastAsia="宋体" w:hAnsi="Times New Roman" w:cs="Times New Roman"/>
          <w:b/>
          <w:szCs w:val="21"/>
        </w:rPr>
        <w:t xml:space="preserve"> </w:t>
      </w:r>
      <w:r w:rsidRPr="007D693D">
        <w:rPr>
          <w:rFonts w:ascii="Times New Roman" w:eastAsia="宋体" w:hAnsi="Times New Roman" w:cs="Times New Roman"/>
          <w:b/>
          <w:szCs w:val="21"/>
        </w:rPr>
        <w:t>5</w:t>
      </w:r>
    </w:p>
    <w:p w:rsidR="00086163" w:rsidRPr="00086163" w:rsidRDefault="00086163" w:rsidP="00086163">
      <w:pPr>
        <w:spacing w:before="120" w:after="240"/>
        <w:jc w:val="left"/>
        <w:rPr>
          <w:rFonts w:ascii="Times New Roman" w:eastAsia="宋体" w:hAnsi="Times New Roman" w:cs="Times New Roman"/>
          <w:szCs w:val="21"/>
        </w:rPr>
      </w:pPr>
      <w:r w:rsidRPr="00086163">
        <w:rPr>
          <w:rFonts w:ascii="Times New Roman" w:eastAsia="宋体" w:hAnsi="Times New Roman" w:cs="Times New Roman"/>
          <w:noProof/>
          <w:szCs w:val="21"/>
        </w:rPr>
        <w:lastRenderedPageBreak/>
        <w:drawing>
          <wp:inline distT="0" distB="0" distL="0" distR="0" wp14:anchorId="78FD6870" wp14:editId="2C9C8008">
            <wp:extent cx="5274310" cy="4001770"/>
            <wp:effectExtent l="0" t="0" r="254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44"/>
                    <a:stretch>
                      <a:fillRect/>
                    </a:stretch>
                  </pic:blipFill>
                  <pic:spPr>
                    <a:xfrm>
                      <a:off x="0" y="0"/>
                      <a:ext cx="5274310" cy="4002127"/>
                    </a:xfrm>
                    <a:prstGeom prst="rect">
                      <a:avLst/>
                    </a:prstGeom>
                  </pic:spPr>
                </pic:pic>
              </a:graphicData>
            </a:graphic>
          </wp:inline>
        </w:drawing>
      </w:r>
    </w:p>
    <w:p w:rsidR="000714AE" w:rsidRPr="00086163" w:rsidRDefault="000714AE" w:rsidP="000714AE">
      <w:pPr>
        <w:spacing w:before="120" w:after="240"/>
        <w:jc w:val="left"/>
        <w:rPr>
          <w:rFonts w:ascii="Times New Roman" w:eastAsia="宋体" w:hAnsi="Times New Roman" w:cs="Times New Roman"/>
          <w:color w:val="000000"/>
          <w:szCs w:val="21"/>
        </w:rPr>
      </w:pPr>
      <w:r w:rsidRPr="00086163">
        <w:rPr>
          <w:rFonts w:ascii="Times New Roman" w:eastAsia="宋体" w:hAnsi="Times New Roman" w:cs="Times New Roman"/>
          <w:b/>
          <w:szCs w:val="21"/>
        </w:rPr>
        <w:t>Figure S</w:t>
      </w:r>
      <w:r w:rsidRPr="007D693D">
        <w:rPr>
          <w:rFonts w:ascii="Times New Roman" w:eastAsia="宋体" w:hAnsi="Times New Roman" w:cs="Times New Roman"/>
          <w:b/>
          <w:szCs w:val="21"/>
        </w:rPr>
        <w:t>3</w:t>
      </w:r>
      <w:r w:rsidR="00405EE7">
        <w:rPr>
          <w:rFonts w:ascii="Times New Roman" w:eastAsia="宋体" w:hAnsi="Times New Roman" w:cs="Times New Roman"/>
          <w:b/>
          <w:szCs w:val="21"/>
        </w:rPr>
        <w:t>7</w:t>
      </w:r>
      <w:r w:rsidRPr="00086163">
        <w:rPr>
          <w:rFonts w:ascii="Times New Roman" w:eastAsia="宋体" w:hAnsi="Times New Roman" w:cs="Times New Roman"/>
          <w:b/>
          <w:szCs w:val="21"/>
        </w:rPr>
        <w:t xml:space="preserve"> </w:t>
      </w:r>
      <w:r w:rsidRPr="00086163">
        <w:rPr>
          <w:rFonts w:ascii="Times New Roman" w:eastAsia="宋体" w:hAnsi="Times New Roman" w:cs="Times New Roman"/>
          <w:szCs w:val="21"/>
          <w:vertAlign w:val="superscript"/>
        </w:rPr>
        <w:t>1</w:t>
      </w:r>
      <w:r w:rsidRPr="00086163">
        <w:rPr>
          <w:rFonts w:ascii="Times New Roman" w:eastAsia="宋体" w:hAnsi="Times New Roman" w:cs="Times New Roman"/>
          <w:szCs w:val="21"/>
        </w:rPr>
        <w:t>H NMR spectrum of compound</w:t>
      </w:r>
      <w:r w:rsidRPr="00086163">
        <w:rPr>
          <w:rFonts w:ascii="Times New Roman" w:eastAsia="宋体" w:hAnsi="Times New Roman" w:cs="Times New Roman"/>
          <w:b/>
          <w:szCs w:val="21"/>
        </w:rPr>
        <w:t xml:space="preserve"> </w:t>
      </w:r>
      <w:r w:rsidRPr="007D693D">
        <w:rPr>
          <w:rFonts w:ascii="Times New Roman" w:eastAsia="宋体" w:hAnsi="Times New Roman" w:cs="Times New Roman"/>
          <w:b/>
          <w:kern w:val="0"/>
          <w:szCs w:val="21"/>
        </w:rPr>
        <w:t>6</w:t>
      </w:r>
      <w:r w:rsidRPr="00086163">
        <w:rPr>
          <w:rFonts w:ascii="Times New Roman" w:eastAsia="宋体" w:hAnsi="Times New Roman" w:cs="Times New Roman"/>
          <w:kern w:val="0"/>
          <w:szCs w:val="21"/>
        </w:rPr>
        <w:t xml:space="preserve"> </w:t>
      </w:r>
      <w:r w:rsidRPr="00086163">
        <w:rPr>
          <w:rFonts w:ascii="Times New Roman" w:eastAsia="宋体" w:hAnsi="Times New Roman" w:cs="Times New Roman"/>
          <w:color w:val="000000"/>
          <w:szCs w:val="21"/>
        </w:rPr>
        <w:t>(500 MHz,</w:t>
      </w:r>
      <w:r w:rsidRPr="00086163">
        <w:rPr>
          <w:rFonts w:ascii="Times New Roman" w:eastAsia="宋体" w:hAnsi="Times New Roman" w:cs="Times New Roman"/>
          <w:szCs w:val="21"/>
        </w:rPr>
        <w:t xml:space="preserve"> DMSO-</w:t>
      </w:r>
      <w:r w:rsidRPr="00086163">
        <w:rPr>
          <w:rFonts w:ascii="Times New Roman" w:eastAsia="宋体" w:hAnsi="Times New Roman" w:cs="Times New Roman"/>
          <w:i/>
          <w:szCs w:val="21"/>
        </w:rPr>
        <w:t>d</w:t>
      </w:r>
      <w:r w:rsidRPr="00086163">
        <w:rPr>
          <w:rFonts w:ascii="Times New Roman" w:eastAsia="宋体" w:hAnsi="Times New Roman" w:cs="Times New Roman"/>
          <w:szCs w:val="21"/>
        </w:rPr>
        <w:t>6</w:t>
      </w:r>
      <w:r w:rsidRPr="00086163">
        <w:rPr>
          <w:rFonts w:ascii="Times New Roman" w:eastAsia="宋体" w:hAnsi="Times New Roman" w:cs="Times New Roman"/>
          <w:color w:val="000000"/>
          <w:szCs w:val="21"/>
        </w:rPr>
        <w:t>)</w:t>
      </w:r>
    </w:p>
    <w:p w:rsidR="00086163" w:rsidRPr="00086163" w:rsidRDefault="00086163" w:rsidP="00086163">
      <w:pPr>
        <w:spacing w:before="120" w:after="240"/>
        <w:jc w:val="left"/>
        <w:rPr>
          <w:rFonts w:ascii="Times New Roman" w:eastAsia="宋体" w:hAnsi="Times New Roman" w:cs="Times New Roman"/>
          <w:szCs w:val="21"/>
        </w:rPr>
      </w:pPr>
      <w:r w:rsidRPr="00086163">
        <w:rPr>
          <w:rFonts w:ascii="Times New Roman" w:eastAsia="宋体" w:hAnsi="Times New Roman" w:cs="Times New Roman"/>
          <w:noProof/>
          <w:szCs w:val="21"/>
        </w:rPr>
        <w:drawing>
          <wp:inline distT="0" distB="0" distL="0" distR="0" wp14:anchorId="0AE889C0" wp14:editId="15F9523C">
            <wp:extent cx="4521200" cy="3459480"/>
            <wp:effectExtent l="0" t="0" r="0" b="762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45"/>
                    <a:stretch>
                      <a:fillRect/>
                    </a:stretch>
                  </pic:blipFill>
                  <pic:spPr>
                    <a:xfrm>
                      <a:off x="0" y="0"/>
                      <a:ext cx="4521066" cy="3459351"/>
                    </a:xfrm>
                    <a:prstGeom prst="rect">
                      <a:avLst/>
                    </a:prstGeom>
                  </pic:spPr>
                </pic:pic>
              </a:graphicData>
            </a:graphic>
          </wp:inline>
        </w:drawing>
      </w:r>
    </w:p>
    <w:p w:rsidR="000714AE" w:rsidRPr="00086163" w:rsidRDefault="000714AE" w:rsidP="000714AE">
      <w:pPr>
        <w:spacing w:before="120" w:after="240"/>
        <w:jc w:val="left"/>
        <w:rPr>
          <w:rFonts w:ascii="Times New Roman" w:eastAsia="宋体" w:hAnsi="Times New Roman" w:cs="Times New Roman"/>
          <w:color w:val="000000"/>
          <w:szCs w:val="21"/>
        </w:rPr>
      </w:pPr>
      <w:r w:rsidRPr="00086163">
        <w:rPr>
          <w:rFonts w:ascii="Times New Roman" w:eastAsia="宋体" w:hAnsi="Times New Roman" w:cs="Times New Roman"/>
          <w:b/>
          <w:szCs w:val="21"/>
        </w:rPr>
        <w:t>Figure S</w:t>
      </w:r>
      <w:r w:rsidRPr="007D693D">
        <w:rPr>
          <w:rFonts w:ascii="Times New Roman" w:eastAsia="宋体" w:hAnsi="Times New Roman" w:cs="Times New Roman"/>
          <w:b/>
          <w:szCs w:val="21"/>
        </w:rPr>
        <w:t>3</w:t>
      </w:r>
      <w:r w:rsidR="00405EE7">
        <w:rPr>
          <w:rFonts w:ascii="Times New Roman" w:eastAsia="宋体" w:hAnsi="Times New Roman" w:cs="Times New Roman"/>
          <w:b/>
          <w:szCs w:val="21"/>
        </w:rPr>
        <w:t>8</w:t>
      </w:r>
      <w:r w:rsidRPr="00086163">
        <w:rPr>
          <w:rFonts w:ascii="Times New Roman" w:eastAsia="宋体" w:hAnsi="Times New Roman" w:cs="Times New Roman"/>
          <w:b/>
          <w:szCs w:val="21"/>
        </w:rPr>
        <w:t xml:space="preserve"> </w:t>
      </w:r>
      <w:r w:rsidRPr="00086163">
        <w:rPr>
          <w:rFonts w:ascii="Times New Roman" w:eastAsia="宋体" w:hAnsi="Times New Roman" w:cs="Times New Roman"/>
          <w:szCs w:val="21"/>
          <w:vertAlign w:val="superscript"/>
        </w:rPr>
        <w:t>13</w:t>
      </w:r>
      <w:r w:rsidRPr="00086163">
        <w:rPr>
          <w:rFonts w:ascii="Times New Roman" w:eastAsia="宋体" w:hAnsi="Times New Roman" w:cs="Times New Roman"/>
          <w:szCs w:val="21"/>
        </w:rPr>
        <w:t xml:space="preserve">C NMR spectrum of compound </w:t>
      </w:r>
      <w:r w:rsidRPr="007D693D">
        <w:rPr>
          <w:rFonts w:ascii="Times New Roman" w:eastAsia="宋体" w:hAnsi="Times New Roman" w:cs="Times New Roman"/>
          <w:b/>
          <w:kern w:val="0"/>
          <w:szCs w:val="21"/>
        </w:rPr>
        <w:t>6</w:t>
      </w:r>
      <w:r w:rsidRPr="00086163">
        <w:rPr>
          <w:rFonts w:ascii="Times New Roman" w:eastAsia="宋体" w:hAnsi="Times New Roman" w:cs="Times New Roman"/>
          <w:b/>
          <w:kern w:val="0"/>
          <w:szCs w:val="21"/>
        </w:rPr>
        <w:t xml:space="preserve"> </w:t>
      </w:r>
      <w:r w:rsidRPr="00086163">
        <w:rPr>
          <w:rFonts w:ascii="Times New Roman" w:eastAsia="宋体" w:hAnsi="Times New Roman" w:cs="Times New Roman"/>
          <w:color w:val="000000"/>
          <w:szCs w:val="21"/>
        </w:rPr>
        <w:t xml:space="preserve">(125 MHz, </w:t>
      </w:r>
      <w:r w:rsidRPr="00086163">
        <w:rPr>
          <w:rFonts w:ascii="Times New Roman" w:eastAsia="宋体" w:hAnsi="Times New Roman" w:cs="Times New Roman"/>
          <w:szCs w:val="21"/>
        </w:rPr>
        <w:t>DMSO-</w:t>
      </w:r>
      <w:r w:rsidRPr="00086163">
        <w:rPr>
          <w:rFonts w:ascii="Times New Roman" w:eastAsia="宋体" w:hAnsi="Times New Roman" w:cs="Times New Roman"/>
          <w:i/>
          <w:szCs w:val="21"/>
        </w:rPr>
        <w:t>d</w:t>
      </w:r>
      <w:r w:rsidRPr="00086163">
        <w:rPr>
          <w:rFonts w:ascii="Times New Roman" w:eastAsia="宋体" w:hAnsi="Times New Roman" w:cs="Times New Roman"/>
          <w:szCs w:val="21"/>
        </w:rPr>
        <w:t>6</w:t>
      </w:r>
      <w:r w:rsidRPr="00086163">
        <w:rPr>
          <w:rFonts w:ascii="Times New Roman" w:eastAsia="宋体" w:hAnsi="Times New Roman" w:cs="Times New Roman"/>
          <w:color w:val="000000"/>
          <w:szCs w:val="21"/>
        </w:rPr>
        <w:t>)</w:t>
      </w:r>
    </w:p>
    <w:p w:rsidR="000714AE" w:rsidRPr="007D693D" w:rsidRDefault="000714AE" w:rsidP="00086163">
      <w:pPr>
        <w:spacing w:before="120" w:after="240"/>
        <w:jc w:val="left"/>
        <w:rPr>
          <w:rFonts w:ascii="Times New Roman" w:eastAsia="宋体" w:hAnsi="Times New Roman" w:cs="Times New Roman"/>
          <w:b/>
          <w:szCs w:val="21"/>
        </w:rPr>
      </w:pPr>
    </w:p>
    <w:p w:rsidR="00086163" w:rsidRPr="00086163" w:rsidRDefault="00086163" w:rsidP="00086163">
      <w:pPr>
        <w:spacing w:before="120" w:after="240"/>
        <w:jc w:val="left"/>
        <w:rPr>
          <w:rFonts w:ascii="Times New Roman" w:eastAsia="宋体" w:hAnsi="Times New Roman" w:cs="Times New Roman"/>
          <w:szCs w:val="21"/>
        </w:rPr>
      </w:pPr>
      <w:r w:rsidRPr="00086163">
        <w:rPr>
          <w:rFonts w:ascii="Times New Roman" w:eastAsia="宋体" w:hAnsi="Times New Roman" w:cs="Times New Roman"/>
          <w:noProof/>
          <w:szCs w:val="21"/>
        </w:rPr>
        <w:drawing>
          <wp:inline distT="0" distB="0" distL="0" distR="0" wp14:anchorId="18D48637" wp14:editId="2C2DAB39">
            <wp:extent cx="4817110" cy="3684905"/>
            <wp:effectExtent l="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46"/>
                    <a:stretch>
                      <a:fillRect/>
                    </a:stretch>
                  </pic:blipFill>
                  <pic:spPr>
                    <a:xfrm>
                      <a:off x="0" y="0"/>
                      <a:ext cx="4819532" cy="3686607"/>
                    </a:xfrm>
                    <a:prstGeom prst="rect">
                      <a:avLst/>
                    </a:prstGeom>
                  </pic:spPr>
                </pic:pic>
              </a:graphicData>
            </a:graphic>
          </wp:inline>
        </w:drawing>
      </w:r>
    </w:p>
    <w:p w:rsidR="000714AE" w:rsidRPr="00405EE7" w:rsidRDefault="000714AE" w:rsidP="00086163">
      <w:pPr>
        <w:spacing w:before="120" w:after="240"/>
        <w:jc w:val="left"/>
        <w:rPr>
          <w:rFonts w:ascii="Times New Roman" w:eastAsia="宋体" w:hAnsi="Times New Roman" w:cs="Times New Roman"/>
          <w:szCs w:val="21"/>
        </w:rPr>
      </w:pPr>
      <w:r w:rsidRPr="00086163">
        <w:rPr>
          <w:rFonts w:ascii="Times New Roman" w:eastAsia="宋体" w:hAnsi="Times New Roman" w:cs="Times New Roman"/>
          <w:b/>
          <w:szCs w:val="21"/>
        </w:rPr>
        <w:t>Figure S</w:t>
      </w:r>
      <w:r w:rsidRPr="007D693D">
        <w:rPr>
          <w:rFonts w:ascii="Times New Roman" w:eastAsia="宋体" w:hAnsi="Times New Roman" w:cs="Times New Roman"/>
          <w:b/>
          <w:szCs w:val="21"/>
        </w:rPr>
        <w:t>3</w:t>
      </w:r>
      <w:r w:rsidR="00405EE7">
        <w:rPr>
          <w:rFonts w:ascii="Times New Roman" w:eastAsia="宋体" w:hAnsi="Times New Roman" w:cs="Times New Roman"/>
          <w:b/>
          <w:szCs w:val="21"/>
        </w:rPr>
        <w:t>9</w:t>
      </w:r>
      <w:r w:rsidRPr="00086163">
        <w:rPr>
          <w:rFonts w:ascii="Times New Roman" w:eastAsia="宋体" w:hAnsi="Times New Roman" w:cs="Times New Roman"/>
          <w:b/>
          <w:szCs w:val="21"/>
        </w:rPr>
        <w:t xml:space="preserve"> </w:t>
      </w:r>
      <w:r w:rsidRPr="00086163">
        <w:rPr>
          <w:rFonts w:ascii="Times New Roman" w:eastAsia="宋体" w:hAnsi="Times New Roman" w:cs="Times New Roman"/>
          <w:szCs w:val="21"/>
        </w:rPr>
        <w:t>DEPT-135 spectrum of compound</w:t>
      </w:r>
      <w:r w:rsidRPr="00086163">
        <w:rPr>
          <w:rFonts w:ascii="Times New Roman" w:eastAsia="宋体" w:hAnsi="Times New Roman" w:cs="Times New Roman"/>
          <w:b/>
          <w:kern w:val="0"/>
          <w:szCs w:val="21"/>
        </w:rPr>
        <w:t xml:space="preserve"> </w:t>
      </w:r>
      <w:r w:rsidRPr="007D693D">
        <w:rPr>
          <w:rFonts w:ascii="Times New Roman" w:eastAsia="宋体" w:hAnsi="Times New Roman" w:cs="Times New Roman"/>
          <w:b/>
          <w:kern w:val="0"/>
          <w:szCs w:val="21"/>
        </w:rPr>
        <w:t>6</w:t>
      </w:r>
      <w:r w:rsidRPr="00086163">
        <w:rPr>
          <w:rFonts w:ascii="Times New Roman" w:eastAsia="宋体" w:hAnsi="Times New Roman" w:cs="Times New Roman"/>
          <w:b/>
          <w:kern w:val="0"/>
          <w:szCs w:val="21"/>
        </w:rPr>
        <w:t xml:space="preserve"> </w:t>
      </w:r>
      <w:r w:rsidRPr="00086163">
        <w:rPr>
          <w:rFonts w:ascii="Times New Roman" w:eastAsia="宋体" w:hAnsi="Times New Roman" w:cs="Times New Roman"/>
          <w:color w:val="000000"/>
          <w:szCs w:val="21"/>
        </w:rPr>
        <w:t>(125 MHz,</w:t>
      </w:r>
      <w:r w:rsidRPr="00086163">
        <w:rPr>
          <w:rFonts w:ascii="Times New Roman" w:eastAsia="宋体" w:hAnsi="Times New Roman" w:cs="Times New Roman"/>
          <w:szCs w:val="21"/>
        </w:rPr>
        <w:t xml:space="preserve"> DMSO-</w:t>
      </w:r>
      <w:r w:rsidRPr="00086163">
        <w:rPr>
          <w:rFonts w:ascii="Times New Roman" w:eastAsia="宋体" w:hAnsi="Times New Roman" w:cs="Times New Roman"/>
          <w:i/>
          <w:szCs w:val="21"/>
        </w:rPr>
        <w:t>d</w:t>
      </w:r>
      <w:r w:rsidRPr="00086163">
        <w:rPr>
          <w:rFonts w:ascii="Times New Roman" w:eastAsia="宋体" w:hAnsi="Times New Roman" w:cs="Times New Roman"/>
          <w:szCs w:val="21"/>
        </w:rPr>
        <w:t>6</w:t>
      </w:r>
      <w:r w:rsidRPr="00086163">
        <w:rPr>
          <w:rFonts w:ascii="Times New Roman" w:eastAsia="宋体" w:hAnsi="Times New Roman" w:cs="Times New Roman"/>
          <w:color w:val="000000"/>
          <w:szCs w:val="21"/>
        </w:rPr>
        <w:t>)</w:t>
      </w:r>
    </w:p>
    <w:p w:rsidR="00086163" w:rsidRPr="00086163" w:rsidRDefault="00086163" w:rsidP="00086163">
      <w:pPr>
        <w:spacing w:before="120" w:after="240"/>
        <w:jc w:val="left"/>
        <w:rPr>
          <w:rFonts w:ascii="Times New Roman" w:eastAsia="宋体" w:hAnsi="Times New Roman" w:cs="Times New Roman"/>
          <w:szCs w:val="21"/>
        </w:rPr>
      </w:pPr>
      <w:r w:rsidRPr="00086163">
        <w:rPr>
          <w:rFonts w:ascii="Times New Roman" w:eastAsia="宋体" w:hAnsi="Times New Roman" w:cs="Times New Roman"/>
          <w:noProof/>
          <w:szCs w:val="21"/>
        </w:rPr>
        <w:drawing>
          <wp:inline distT="0" distB="0" distL="0" distR="0" wp14:anchorId="6F0E68DE" wp14:editId="16DA1193">
            <wp:extent cx="5274306" cy="3637128"/>
            <wp:effectExtent l="0" t="0" r="3175" b="190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47"/>
                    <a:stretch>
                      <a:fillRect/>
                    </a:stretch>
                  </pic:blipFill>
                  <pic:spPr>
                    <a:xfrm>
                      <a:off x="0" y="0"/>
                      <a:ext cx="5276273" cy="3638484"/>
                    </a:xfrm>
                    <a:prstGeom prst="rect">
                      <a:avLst/>
                    </a:prstGeom>
                  </pic:spPr>
                </pic:pic>
              </a:graphicData>
            </a:graphic>
          </wp:inline>
        </w:drawing>
      </w:r>
    </w:p>
    <w:p w:rsidR="000714AE" w:rsidRPr="007D693D" w:rsidRDefault="000714AE" w:rsidP="00086163">
      <w:pPr>
        <w:spacing w:before="120" w:after="240"/>
        <w:jc w:val="left"/>
        <w:rPr>
          <w:rFonts w:ascii="Times New Roman" w:eastAsia="宋体" w:hAnsi="Times New Roman" w:cs="Times New Roman"/>
          <w:b/>
          <w:szCs w:val="21"/>
        </w:rPr>
      </w:pPr>
      <w:r w:rsidRPr="00086163">
        <w:rPr>
          <w:rFonts w:ascii="Times New Roman" w:eastAsia="宋体" w:hAnsi="Times New Roman" w:cs="Times New Roman"/>
          <w:b/>
          <w:szCs w:val="21"/>
        </w:rPr>
        <w:t>Figure S</w:t>
      </w:r>
      <w:r w:rsidR="00405EE7">
        <w:rPr>
          <w:rFonts w:ascii="Times New Roman" w:eastAsia="宋体" w:hAnsi="Times New Roman" w:cs="Times New Roman"/>
          <w:b/>
          <w:szCs w:val="21"/>
        </w:rPr>
        <w:t>40</w:t>
      </w:r>
      <w:r w:rsidRPr="00086163">
        <w:rPr>
          <w:rFonts w:ascii="Times New Roman" w:eastAsia="宋体" w:hAnsi="Times New Roman" w:cs="Times New Roman"/>
          <w:b/>
          <w:szCs w:val="21"/>
        </w:rPr>
        <w:t xml:space="preserve"> </w:t>
      </w:r>
      <w:r w:rsidRPr="00086163">
        <w:rPr>
          <w:rFonts w:ascii="Times New Roman" w:eastAsia="宋体" w:hAnsi="Times New Roman" w:cs="Times New Roman"/>
          <w:szCs w:val="21"/>
        </w:rPr>
        <w:t>HSQC spectrum of compound</w:t>
      </w:r>
      <w:r w:rsidRPr="00086163">
        <w:rPr>
          <w:rFonts w:ascii="Times New Roman" w:eastAsia="宋体" w:hAnsi="Times New Roman" w:cs="Times New Roman"/>
          <w:b/>
          <w:kern w:val="0"/>
          <w:szCs w:val="21"/>
        </w:rPr>
        <w:t xml:space="preserve"> </w:t>
      </w:r>
      <w:r w:rsidRPr="007D693D">
        <w:rPr>
          <w:rFonts w:ascii="Times New Roman" w:eastAsia="宋体" w:hAnsi="Times New Roman" w:cs="Times New Roman"/>
          <w:b/>
          <w:kern w:val="0"/>
          <w:szCs w:val="21"/>
        </w:rPr>
        <w:t>6</w:t>
      </w:r>
    </w:p>
    <w:p w:rsidR="00086163" w:rsidRPr="00086163" w:rsidRDefault="00086163" w:rsidP="00086163">
      <w:pPr>
        <w:spacing w:before="120" w:after="240"/>
        <w:jc w:val="left"/>
        <w:rPr>
          <w:rFonts w:ascii="Times New Roman" w:eastAsia="宋体" w:hAnsi="Times New Roman" w:cs="Times New Roman"/>
          <w:szCs w:val="21"/>
        </w:rPr>
      </w:pPr>
      <w:r w:rsidRPr="00086163">
        <w:rPr>
          <w:rFonts w:ascii="Times New Roman" w:eastAsia="宋体" w:hAnsi="Times New Roman" w:cs="Times New Roman"/>
          <w:noProof/>
          <w:szCs w:val="21"/>
        </w:rPr>
        <w:lastRenderedPageBreak/>
        <w:drawing>
          <wp:inline distT="0" distB="0" distL="0" distR="0" wp14:anchorId="46E0F0DF" wp14:editId="3E8564E4">
            <wp:extent cx="5274310" cy="3766820"/>
            <wp:effectExtent l="0" t="0" r="2540" b="508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48"/>
                    <a:stretch>
                      <a:fillRect/>
                    </a:stretch>
                  </pic:blipFill>
                  <pic:spPr>
                    <a:xfrm>
                      <a:off x="0" y="0"/>
                      <a:ext cx="5274310" cy="3767103"/>
                    </a:xfrm>
                    <a:prstGeom prst="rect">
                      <a:avLst/>
                    </a:prstGeom>
                  </pic:spPr>
                </pic:pic>
              </a:graphicData>
            </a:graphic>
          </wp:inline>
        </w:drawing>
      </w:r>
    </w:p>
    <w:p w:rsidR="000714AE" w:rsidRPr="00086163" w:rsidRDefault="000714AE" w:rsidP="000714AE">
      <w:pPr>
        <w:spacing w:before="120" w:after="240"/>
        <w:jc w:val="left"/>
        <w:rPr>
          <w:rFonts w:ascii="Times New Roman" w:eastAsia="宋体" w:hAnsi="Times New Roman" w:cs="Times New Roman"/>
          <w:b/>
          <w:szCs w:val="21"/>
        </w:rPr>
      </w:pPr>
      <w:r w:rsidRPr="00086163">
        <w:rPr>
          <w:rFonts w:ascii="Times New Roman" w:eastAsia="宋体" w:hAnsi="Times New Roman" w:cs="Times New Roman"/>
          <w:b/>
          <w:szCs w:val="21"/>
        </w:rPr>
        <w:t>Figure S</w:t>
      </w:r>
      <w:r w:rsidR="00405EE7">
        <w:rPr>
          <w:rFonts w:ascii="Times New Roman" w:eastAsia="宋体" w:hAnsi="Times New Roman" w:cs="Times New Roman"/>
          <w:b/>
          <w:szCs w:val="21"/>
        </w:rPr>
        <w:t>41</w:t>
      </w:r>
      <w:r w:rsidRPr="00086163">
        <w:rPr>
          <w:rFonts w:ascii="Times New Roman" w:eastAsia="宋体" w:hAnsi="Times New Roman" w:cs="Times New Roman"/>
          <w:b/>
          <w:szCs w:val="21"/>
        </w:rPr>
        <w:t xml:space="preserve"> </w:t>
      </w:r>
      <w:r w:rsidRPr="00086163">
        <w:rPr>
          <w:rFonts w:ascii="Times New Roman" w:eastAsia="宋体" w:hAnsi="Times New Roman" w:cs="Times New Roman"/>
          <w:szCs w:val="21"/>
        </w:rPr>
        <w:t>HMBC spectrum of</w:t>
      </w:r>
      <w:r w:rsidRPr="00086163">
        <w:rPr>
          <w:rFonts w:ascii="Times New Roman" w:eastAsia="宋体" w:hAnsi="Times New Roman" w:cs="Times New Roman"/>
          <w:b/>
          <w:szCs w:val="21"/>
        </w:rPr>
        <w:t xml:space="preserve"> </w:t>
      </w:r>
      <w:r w:rsidRPr="00086163">
        <w:rPr>
          <w:rFonts w:ascii="Times New Roman" w:eastAsia="宋体" w:hAnsi="Times New Roman" w:cs="Times New Roman"/>
          <w:szCs w:val="21"/>
        </w:rPr>
        <w:t>compound</w:t>
      </w:r>
      <w:r w:rsidRPr="00086163">
        <w:rPr>
          <w:rFonts w:ascii="Times New Roman" w:eastAsia="宋体" w:hAnsi="Times New Roman" w:cs="Times New Roman"/>
          <w:b/>
          <w:kern w:val="0"/>
          <w:szCs w:val="21"/>
        </w:rPr>
        <w:t xml:space="preserve"> </w:t>
      </w:r>
      <w:r w:rsidRPr="007D693D">
        <w:rPr>
          <w:rFonts w:ascii="Times New Roman" w:eastAsia="宋体" w:hAnsi="Times New Roman" w:cs="Times New Roman"/>
          <w:b/>
          <w:kern w:val="0"/>
          <w:szCs w:val="21"/>
        </w:rPr>
        <w:t>6</w:t>
      </w:r>
    </w:p>
    <w:p w:rsidR="00086163" w:rsidRPr="00086163" w:rsidRDefault="00086163" w:rsidP="00086163">
      <w:pPr>
        <w:spacing w:before="120" w:after="240"/>
        <w:jc w:val="left"/>
        <w:rPr>
          <w:rFonts w:ascii="Times New Roman" w:eastAsia="宋体" w:hAnsi="Times New Roman" w:cs="Times New Roman"/>
          <w:szCs w:val="21"/>
        </w:rPr>
      </w:pPr>
      <w:r w:rsidRPr="00086163">
        <w:rPr>
          <w:rFonts w:ascii="Times New Roman" w:eastAsia="宋体" w:hAnsi="Times New Roman" w:cs="Times New Roman"/>
          <w:noProof/>
          <w:szCs w:val="21"/>
        </w:rPr>
        <w:drawing>
          <wp:inline distT="0" distB="0" distL="0" distR="0" wp14:anchorId="1E7C5C6A" wp14:editId="23F22354">
            <wp:extent cx="4930140" cy="3664585"/>
            <wp:effectExtent l="0" t="0" r="381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49"/>
                    <a:stretch>
                      <a:fillRect/>
                    </a:stretch>
                  </pic:blipFill>
                  <pic:spPr>
                    <a:xfrm>
                      <a:off x="0" y="0"/>
                      <a:ext cx="4939121" cy="3671184"/>
                    </a:xfrm>
                    <a:prstGeom prst="rect">
                      <a:avLst/>
                    </a:prstGeom>
                  </pic:spPr>
                </pic:pic>
              </a:graphicData>
            </a:graphic>
          </wp:inline>
        </w:drawing>
      </w:r>
    </w:p>
    <w:p w:rsidR="000714AE" w:rsidRPr="00086163" w:rsidRDefault="000714AE" w:rsidP="000714AE">
      <w:pPr>
        <w:spacing w:before="120" w:after="240"/>
        <w:jc w:val="left"/>
        <w:rPr>
          <w:rFonts w:ascii="Times New Roman" w:eastAsia="宋体" w:hAnsi="Times New Roman" w:cs="Times New Roman"/>
          <w:b/>
          <w:szCs w:val="21"/>
        </w:rPr>
      </w:pPr>
      <w:r w:rsidRPr="00086163">
        <w:rPr>
          <w:rFonts w:ascii="Times New Roman" w:eastAsia="宋体" w:hAnsi="Times New Roman" w:cs="Times New Roman"/>
          <w:b/>
          <w:szCs w:val="21"/>
        </w:rPr>
        <w:t>Figure S</w:t>
      </w:r>
      <w:r w:rsidRPr="007D693D">
        <w:rPr>
          <w:rFonts w:ascii="Times New Roman" w:eastAsia="宋体" w:hAnsi="Times New Roman" w:cs="Times New Roman"/>
          <w:b/>
          <w:szCs w:val="21"/>
        </w:rPr>
        <w:t>4</w:t>
      </w:r>
      <w:r w:rsidR="00405EE7">
        <w:rPr>
          <w:rFonts w:ascii="Times New Roman" w:eastAsia="宋体" w:hAnsi="Times New Roman" w:cs="Times New Roman"/>
          <w:b/>
          <w:szCs w:val="21"/>
        </w:rPr>
        <w:t>2</w:t>
      </w:r>
      <w:r w:rsidRPr="00086163">
        <w:rPr>
          <w:rFonts w:ascii="Times New Roman" w:eastAsia="宋体" w:hAnsi="Times New Roman" w:cs="Times New Roman"/>
          <w:b/>
          <w:szCs w:val="21"/>
        </w:rPr>
        <w:t xml:space="preserve"> </w:t>
      </w:r>
      <w:r w:rsidRPr="00086163">
        <w:rPr>
          <w:rFonts w:ascii="Times New Roman" w:eastAsia="宋体" w:hAnsi="Times New Roman" w:cs="Times New Roman"/>
          <w:bCs/>
          <w:kern w:val="0"/>
          <w:szCs w:val="21"/>
        </w:rPr>
        <w:t>HRESIMS</w:t>
      </w:r>
      <w:r w:rsidRPr="00086163">
        <w:rPr>
          <w:rFonts w:ascii="Times New Roman" w:eastAsia="宋体" w:hAnsi="Times New Roman" w:cs="Times New Roman"/>
          <w:b/>
          <w:bCs/>
          <w:color w:val="CD0000"/>
          <w:kern w:val="0"/>
          <w:szCs w:val="21"/>
        </w:rPr>
        <w:t xml:space="preserve"> </w:t>
      </w:r>
      <w:r w:rsidRPr="00086163">
        <w:rPr>
          <w:rFonts w:ascii="Times New Roman" w:eastAsia="宋体" w:hAnsi="Times New Roman" w:cs="Times New Roman"/>
          <w:szCs w:val="21"/>
        </w:rPr>
        <w:t>spectrum of compound</w:t>
      </w:r>
      <w:r w:rsidRPr="00086163">
        <w:rPr>
          <w:rFonts w:ascii="Times New Roman" w:eastAsia="宋体" w:hAnsi="Times New Roman" w:cs="Times New Roman"/>
          <w:b/>
          <w:szCs w:val="21"/>
        </w:rPr>
        <w:t xml:space="preserve"> </w:t>
      </w:r>
      <w:r w:rsidRPr="007D693D">
        <w:rPr>
          <w:rFonts w:ascii="Times New Roman" w:eastAsia="宋体" w:hAnsi="Times New Roman" w:cs="Times New Roman"/>
          <w:b/>
          <w:szCs w:val="21"/>
        </w:rPr>
        <w:t>6</w:t>
      </w:r>
    </w:p>
    <w:p w:rsidR="000714AE" w:rsidRPr="000714AE" w:rsidRDefault="000714AE" w:rsidP="000714AE">
      <w:pPr>
        <w:spacing w:before="120" w:after="240"/>
        <w:jc w:val="left"/>
        <w:rPr>
          <w:rFonts w:ascii="Times New Roman" w:eastAsia="宋体" w:hAnsi="Times New Roman" w:cs="Times New Roman"/>
          <w:szCs w:val="21"/>
        </w:rPr>
      </w:pPr>
      <w:r w:rsidRPr="000714AE">
        <w:rPr>
          <w:rFonts w:ascii="Times New Roman" w:eastAsia="宋体" w:hAnsi="Times New Roman" w:cs="Times New Roman"/>
          <w:noProof/>
          <w:szCs w:val="21"/>
        </w:rPr>
        <w:lastRenderedPageBreak/>
        <w:drawing>
          <wp:inline distT="0" distB="0" distL="0" distR="0" wp14:anchorId="75B644A2" wp14:editId="6C73F189">
            <wp:extent cx="5274310" cy="3827780"/>
            <wp:effectExtent l="0" t="0" r="2540" b="127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50"/>
                    <a:stretch>
                      <a:fillRect/>
                    </a:stretch>
                  </pic:blipFill>
                  <pic:spPr>
                    <a:xfrm>
                      <a:off x="0" y="0"/>
                      <a:ext cx="5274310" cy="3828148"/>
                    </a:xfrm>
                    <a:prstGeom prst="rect">
                      <a:avLst/>
                    </a:prstGeom>
                  </pic:spPr>
                </pic:pic>
              </a:graphicData>
            </a:graphic>
          </wp:inline>
        </w:drawing>
      </w:r>
    </w:p>
    <w:p w:rsidR="000714AE" w:rsidRPr="007D693D" w:rsidRDefault="000714AE" w:rsidP="000714AE">
      <w:pPr>
        <w:spacing w:before="120" w:after="240"/>
        <w:jc w:val="left"/>
        <w:rPr>
          <w:rFonts w:ascii="Times New Roman" w:eastAsia="宋体" w:hAnsi="Times New Roman" w:cs="Times New Roman"/>
          <w:b/>
          <w:szCs w:val="21"/>
        </w:rPr>
      </w:pPr>
      <w:r w:rsidRPr="000714AE">
        <w:rPr>
          <w:rFonts w:ascii="Times New Roman" w:eastAsia="宋体" w:hAnsi="Times New Roman" w:cs="Times New Roman"/>
          <w:b/>
          <w:szCs w:val="21"/>
        </w:rPr>
        <w:t>Figure S</w:t>
      </w:r>
      <w:r w:rsidRPr="007D693D">
        <w:rPr>
          <w:rFonts w:ascii="Times New Roman" w:eastAsia="宋体" w:hAnsi="Times New Roman" w:cs="Times New Roman"/>
          <w:b/>
          <w:szCs w:val="21"/>
        </w:rPr>
        <w:t>4</w:t>
      </w:r>
      <w:r w:rsidR="00405EE7">
        <w:rPr>
          <w:rFonts w:ascii="Times New Roman" w:eastAsia="宋体" w:hAnsi="Times New Roman" w:cs="Times New Roman"/>
          <w:b/>
          <w:szCs w:val="21"/>
        </w:rPr>
        <w:t>3</w:t>
      </w:r>
      <w:r w:rsidRPr="000714AE">
        <w:rPr>
          <w:rFonts w:ascii="Times New Roman" w:eastAsia="宋体" w:hAnsi="Times New Roman" w:cs="Times New Roman"/>
          <w:b/>
          <w:szCs w:val="21"/>
        </w:rPr>
        <w:t xml:space="preserve"> </w:t>
      </w:r>
      <w:r w:rsidRPr="000714AE">
        <w:rPr>
          <w:rFonts w:ascii="Times New Roman" w:eastAsia="宋体" w:hAnsi="Times New Roman" w:cs="Times New Roman"/>
          <w:szCs w:val="21"/>
          <w:vertAlign w:val="superscript"/>
        </w:rPr>
        <w:t>1</w:t>
      </w:r>
      <w:r w:rsidRPr="000714AE">
        <w:rPr>
          <w:rFonts w:ascii="Times New Roman" w:eastAsia="宋体" w:hAnsi="Times New Roman" w:cs="Times New Roman"/>
          <w:szCs w:val="21"/>
        </w:rPr>
        <w:t>H NMR spectrum of compound</w:t>
      </w:r>
      <w:r w:rsidRPr="000714AE">
        <w:rPr>
          <w:rFonts w:ascii="Times New Roman" w:eastAsia="宋体" w:hAnsi="Times New Roman" w:cs="Times New Roman"/>
          <w:b/>
          <w:szCs w:val="21"/>
        </w:rPr>
        <w:t xml:space="preserve"> </w:t>
      </w:r>
      <w:r w:rsidRPr="007D693D">
        <w:rPr>
          <w:rFonts w:ascii="Times New Roman" w:eastAsia="宋体" w:hAnsi="Times New Roman" w:cs="Times New Roman"/>
          <w:b/>
          <w:kern w:val="0"/>
          <w:szCs w:val="21"/>
        </w:rPr>
        <w:t>7</w:t>
      </w:r>
      <w:r w:rsidRPr="000714AE">
        <w:rPr>
          <w:rFonts w:ascii="Times New Roman" w:eastAsia="宋体" w:hAnsi="Times New Roman" w:cs="Times New Roman"/>
          <w:kern w:val="0"/>
          <w:szCs w:val="21"/>
        </w:rPr>
        <w:t xml:space="preserve"> </w:t>
      </w:r>
      <w:r w:rsidRPr="000714AE">
        <w:rPr>
          <w:rFonts w:ascii="Times New Roman" w:eastAsia="宋体" w:hAnsi="Times New Roman" w:cs="Times New Roman"/>
          <w:color w:val="000000"/>
          <w:szCs w:val="21"/>
        </w:rPr>
        <w:t>(500 MHz,</w:t>
      </w:r>
      <w:r w:rsidRPr="000714AE">
        <w:rPr>
          <w:rFonts w:ascii="Times New Roman" w:eastAsia="宋体" w:hAnsi="Times New Roman" w:cs="Times New Roman"/>
          <w:szCs w:val="21"/>
        </w:rPr>
        <w:t xml:space="preserve"> DMSO-</w:t>
      </w:r>
      <w:r w:rsidRPr="000714AE">
        <w:rPr>
          <w:rFonts w:ascii="Times New Roman" w:eastAsia="宋体" w:hAnsi="Times New Roman" w:cs="Times New Roman"/>
          <w:i/>
          <w:szCs w:val="21"/>
        </w:rPr>
        <w:t>d</w:t>
      </w:r>
      <w:r w:rsidRPr="000714AE">
        <w:rPr>
          <w:rFonts w:ascii="Times New Roman" w:eastAsia="宋体" w:hAnsi="Times New Roman" w:cs="Times New Roman"/>
          <w:szCs w:val="21"/>
        </w:rPr>
        <w:t>6</w:t>
      </w:r>
      <w:r w:rsidRPr="000714AE">
        <w:rPr>
          <w:rFonts w:ascii="Times New Roman" w:eastAsia="宋体" w:hAnsi="Times New Roman" w:cs="Times New Roman"/>
          <w:color w:val="000000"/>
          <w:szCs w:val="21"/>
        </w:rPr>
        <w:t>)</w:t>
      </w:r>
    </w:p>
    <w:p w:rsidR="000714AE" w:rsidRPr="000714AE" w:rsidRDefault="000714AE" w:rsidP="000714AE">
      <w:pPr>
        <w:spacing w:before="120" w:after="240"/>
        <w:jc w:val="left"/>
        <w:rPr>
          <w:rFonts w:ascii="Times New Roman" w:eastAsia="宋体" w:hAnsi="Times New Roman" w:cs="Times New Roman"/>
          <w:szCs w:val="21"/>
        </w:rPr>
      </w:pPr>
      <w:r w:rsidRPr="000714AE">
        <w:rPr>
          <w:rFonts w:ascii="Times New Roman" w:eastAsia="宋体" w:hAnsi="Times New Roman" w:cs="Times New Roman"/>
          <w:noProof/>
          <w:szCs w:val="21"/>
        </w:rPr>
        <w:drawing>
          <wp:inline distT="0" distB="0" distL="0" distR="0" wp14:anchorId="37060A2F" wp14:editId="7DC178D3">
            <wp:extent cx="5274310" cy="3641090"/>
            <wp:effectExtent l="0" t="0" r="254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51"/>
                    <a:stretch>
                      <a:fillRect/>
                    </a:stretch>
                  </pic:blipFill>
                  <pic:spPr>
                    <a:xfrm>
                      <a:off x="0" y="0"/>
                      <a:ext cx="5274310" cy="3641349"/>
                    </a:xfrm>
                    <a:prstGeom prst="rect">
                      <a:avLst/>
                    </a:prstGeom>
                  </pic:spPr>
                </pic:pic>
              </a:graphicData>
            </a:graphic>
          </wp:inline>
        </w:drawing>
      </w:r>
    </w:p>
    <w:p w:rsidR="000714AE" w:rsidRPr="007D693D" w:rsidRDefault="000714AE" w:rsidP="000714AE">
      <w:pPr>
        <w:spacing w:before="120" w:after="240"/>
        <w:jc w:val="left"/>
        <w:rPr>
          <w:rFonts w:ascii="Times New Roman" w:eastAsia="宋体" w:hAnsi="Times New Roman" w:cs="Times New Roman"/>
          <w:b/>
          <w:szCs w:val="21"/>
        </w:rPr>
      </w:pPr>
      <w:r w:rsidRPr="000714AE">
        <w:rPr>
          <w:rFonts w:ascii="Times New Roman" w:eastAsia="宋体" w:hAnsi="Times New Roman" w:cs="Times New Roman"/>
          <w:b/>
          <w:szCs w:val="21"/>
        </w:rPr>
        <w:t>Figure S</w:t>
      </w:r>
      <w:r w:rsidRPr="007D693D">
        <w:rPr>
          <w:rFonts w:ascii="Times New Roman" w:eastAsia="宋体" w:hAnsi="Times New Roman" w:cs="Times New Roman"/>
          <w:b/>
          <w:szCs w:val="21"/>
        </w:rPr>
        <w:t>4</w:t>
      </w:r>
      <w:r w:rsidR="00405EE7">
        <w:rPr>
          <w:rFonts w:ascii="Times New Roman" w:eastAsia="宋体" w:hAnsi="Times New Roman" w:cs="Times New Roman"/>
          <w:b/>
          <w:szCs w:val="21"/>
        </w:rPr>
        <w:t>4</w:t>
      </w:r>
      <w:r w:rsidRPr="000714AE">
        <w:rPr>
          <w:rFonts w:ascii="Times New Roman" w:eastAsia="宋体" w:hAnsi="Times New Roman" w:cs="Times New Roman"/>
          <w:b/>
          <w:szCs w:val="21"/>
        </w:rPr>
        <w:t xml:space="preserve"> </w:t>
      </w:r>
      <w:r w:rsidRPr="000714AE">
        <w:rPr>
          <w:rFonts w:ascii="Times New Roman" w:eastAsia="宋体" w:hAnsi="Times New Roman" w:cs="Times New Roman"/>
          <w:szCs w:val="21"/>
          <w:vertAlign w:val="superscript"/>
        </w:rPr>
        <w:t>13</w:t>
      </w:r>
      <w:r w:rsidRPr="000714AE">
        <w:rPr>
          <w:rFonts w:ascii="Times New Roman" w:eastAsia="宋体" w:hAnsi="Times New Roman" w:cs="Times New Roman"/>
          <w:szCs w:val="21"/>
        </w:rPr>
        <w:t xml:space="preserve">C NMR spectrum of compound </w:t>
      </w:r>
      <w:r w:rsidRPr="007D693D">
        <w:rPr>
          <w:rFonts w:ascii="Times New Roman" w:eastAsia="宋体" w:hAnsi="Times New Roman" w:cs="Times New Roman"/>
          <w:b/>
          <w:kern w:val="0"/>
          <w:szCs w:val="21"/>
        </w:rPr>
        <w:t>7</w:t>
      </w:r>
      <w:r w:rsidRPr="000714AE">
        <w:rPr>
          <w:rFonts w:ascii="Times New Roman" w:eastAsia="宋体" w:hAnsi="Times New Roman" w:cs="Times New Roman"/>
          <w:b/>
          <w:kern w:val="0"/>
          <w:szCs w:val="21"/>
        </w:rPr>
        <w:t xml:space="preserve"> </w:t>
      </w:r>
      <w:r w:rsidRPr="000714AE">
        <w:rPr>
          <w:rFonts w:ascii="Times New Roman" w:eastAsia="宋体" w:hAnsi="Times New Roman" w:cs="Times New Roman"/>
          <w:color w:val="000000"/>
          <w:szCs w:val="21"/>
        </w:rPr>
        <w:t xml:space="preserve">(125 MHz, </w:t>
      </w:r>
      <w:r w:rsidRPr="000714AE">
        <w:rPr>
          <w:rFonts w:ascii="Times New Roman" w:eastAsia="宋体" w:hAnsi="Times New Roman" w:cs="Times New Roman"/>
          <w:szCs w:val="21"/>
        </w:rPr>
        <w:t>DMSO-</w:t>
      </w:r>
      <w:r w:rsidRPr="000714AE">
        <w:rPr>
          <w:rFonts w:ascii="Times New Roman" w:eastAsia="宋体" w:hAnsi="Times New Roman" w:cs="Times New Roman"/>
          <w:i/>
          <w:szCs w:val="21"/>
        </w:rPr>
        <w:t>d</w:t>
      </w:r>
      <w:r w:rsidRPr="000714AE">
        <w:rPr>
          <w:rFonts w:ascii="Times New Roman" w:eastAsia="宋体" w:hAnsi="Times New Roman" w:cs="Times New Roman"/>
          <w:szCs w:val="21"/>
        </w:rPr>
        <w:t>6</w:t>
      </w:r>
      <w:r w:rsidRPr="000714AE">
        <w:rPr>
          <w:rFonts w:ascii="Times New Roman" w:eastAsia="宋体" w:hAnsi="Times New Roman" w:cs="Times New Roman"/>
          <w:color w:val="000000"/>
          <w:szCs w:val="21"/>
        </w:rPr>
        <w:t>)</w:t>
      </w:r>
    </w:p>
    <w:p w:rsidR="000714AE" w:rsidRPr="000714AE" w:rsidRDefault="000714AE" w:rsidP="000714AE">
      <w:pPr>
        <w:spacing w:before="120" w:after="240"/>
        <w:jc w:val="left"/>
        <w:rPr>
          <w:rFonts w:ascii="Times New Roman" w:eastAsia="宋体" w:hAnsi="Times New Roman" w:cs="Times New Roman"/>
          <w:szCs w:val="21"/>
        </w:rPr>
      </w:pPr>
      <w:r w:rsidRPr="000714AE">
        <w:rPr>
          <w:rFonts w:ascii="Times New Roman" w:eastAsia="宋体" w:hAnsi="Times New Roman" w:cs="Times New Roman"/>
          <w:noProof/>
          <w:szCs w:val="21"/>
        </w:rPr>
        <w:lastRenderedPageBreak/>
        <w:drawing>
          <wp:inline distT="0" distB="0" distL="0" distR="0" wp14:anchorId="024528FF" wp14:editId="3242794F">
            <wp:extent cx="5274310" cy="3705225"/>
            <wp:effectExtent l="0" t="0" r="2540" b="952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52"/>
                    <a:stretch>
                      <a:fillRect/>
                    </a:stretch>
                  </pic:blipFill>
                  <pic:spPr>
                    <a:xfrm>
                      <a:off x="0" y="0"/>
                      <a:ext cx="5274310" cy="3705447"/>
                    </a:xfrm>
                    <a:prstGeom prst="rect">
                      <a:avLst/>
                    </a:prstGeom>
                  </pic:spPr>
                </pic:pic>
              </a:graphicData>
            </a:graphic>
          </wp:inline>
        </w:drawing>
      </w:r>
    </w:p>
    <w:p w:rsidR="000714AE" w:rsidRPr="000714AE" w:rsidRDefault="000714AE" w:rsidP="000714AE">
      <w:pPr>
        <w:spacing w:before="120" w:after="240"/>
        <w:jc w:val="left"/>
        <w:rPr>
          <w:rFonts w:ascii="Times New Roman" w:eastAsia="宋体" w:hAnsi="Times New Roman" w:cs="Times New Roman"/>
          <w:b/>
          <w:szCs w:val="21"/>
        </w:rPr>
      </w:pPr>
      <w:r w:rsidRPr="000714AE">
        <w:rPr>
          <w:rFonts w:ascii="Times New Roman" w:eastAsia="宋体" w:hAnsi="Times New Roman" w:cs="Times New Roman"/>
          <w:b/>
          <w:szCs w:val="21"/>
        </w:rPr>
        <w:t>Figure S</w:t>
      </w:r>
      <w:r w:rsidRPr="007D693D">
        <w:rPr>
          <w:rFonts w:ascii="Times New Roman" w:eastAsia="宋体" w:hAnsi="Times New Roman" w:cs="Times New Roman"/>
          <w:b/>
          <w:szCs w:val="21"/>
        </w:rPr>
        <w:t>4</w:t>
      </w:r>
      <w:r w:rsidR="00405EE7">
        <w:rPr>
          <w:rFonts w:ascii="Times New Roman" w:eastAsia="宋体" w:hAnsi="Times New Roman" w:cs="Times New Roman"/>
          <w:b/>
          <w:szCs w:val="21"/>
        </w:rPr>
        <w:t>5</w:t>
      </w:r>
      <w:r w:rsidRPr="000714AE">
        <w:rPr>
          <w:rFonts w:ascii="Times New Roman" w:eastAsia="宋体" w:hAnsi="Times New Roman" w:cs="Times New Roman"/>
          <w:szCs w:val="21"/>
        </w:rPr>
        <w:t xml:space="preserve"> DEPT-135 spectrum of compound</w:t>
      </w:r>
      <w:r w:rsidRPr="000714AE">
        <w:rPr>
          <w:rFonts w:ascii="Times New Roman" w:eastAsia="宋体" w:hAnsi="Times New Roman" w:cs="Times New Roman"/>
          <w:b/>
          <w:kern w:val="0"/>
          <w:szCs w:val="21"/>
        </w:rPr>
        <w:t xml:space="preserve"> </w:t>
      </w:r>
      <w:r w:rsidRPr="007D693D">
        <w:rPr>
          <w:rFonts w:ascii="Times New Roman" w:eastAsia="宋体" w:hAnsi="Times New Roman" w:cs="Times New Roman"/>
          <w:b/>
          <w:kern w:val="0"/>
          <w:szCs w:val="21"/>
        </w:rPr>
        <w:t>7</w:t>
      </w:r>
      <w:r w:rsidRPr="000714AE">
        <w:rPr>
          <w:rFonts w:ascii="Times New Roman" w:eastAsia="宋体" w:hAnsi="Times New Roman" w:cs="Times New Roman"/>
          <w:szCs w:val="21"/>
        </w:rPr>
        <w:t xml:space="preserve"> </w:t>
      </w:r>
      <w:r w:rsidRPr="000714AE">
        <w:rPr>
          <w:rFonts w:ascii="Times New Roman" w:eastAsia="宋体" w:hAnsi="Times New Roman" w:cs="Times New Roman"/>
          <w:color w:val="000000"/>
          <w:szCs w:val="21"/>
        </w:rPr>
        <w:t>(125 MHz,</w:t>
      </w:r>
      <w:r w:rsidRPr="000714AE">
        <w:rPr>
          <w:rFonts w:ascii="Times New Roman" w:eastAsia="宋体" w:hAnsi="Times New Roman" w:cs="Times New Roman"/>
          <w:szCs w:val="21"/>
        </w:rPr>
        <w:t xml:space="preserve"> DMSO-</w:t>
      </w:r>
      <w:r w:rsidRPr="000714AE">
        <w:rPr>
          <w:rFonts w:ascii="Times New Roman" w:eastAsia="宋体" w:hAnsi="Times New Roman" w:cs="Times New Roman"/>
          <w:i/>
          <w:szCs w:val="21"/>
        </w:rPr>
        <w:t>d</w:t>
      </w:r>
      <w:r w:rsidRPr="000714AE">
        <w:rPr>
          <w:rFonts w:ascii="Times New Roman" w:eastAsia="宋体" w:hAnsi="Times New Roman" w:cs="Times New Roman"/>
          <w:szCs w:val="21"/>
        </w:rPr>
        <w:t>6</w:t>
      </w:r>
      <w:r w:rsidRPr="000714AE">
        <w:rPr>
          <w:rFonts w:ascii="Times New Roman" w:eastAsia="宋体" w:hAnsi="Times New Roman" w:cs="Times New Roman"/>
          <w:color w:val="000000"/>
          <w:szCs w:val="21"/>
        </w:rPr>
        <w:t xml:space="preserve">)  </w:t>
      </w:r>
    </w:p>
    <w:p w:rsidR="000714AE" w:rsidRPr="007D693D" w:rsidRDefault="000714AE" w:rsidP="000714AE">
      <w:pPr>
        <w:spacing w:before="120" w:after="240"/>
        <w:jc w:val="left"/>
        <w:rPr>
          <w:rFonts w:ascii="Times New Roman" w:eastAsia="宋体" w:hAnsi="Times New Roman" w:cs="Times New Roman"/>
          <w:b/>
          <w:szCs w:val="21"/>
        </w:rPr>
      </w:pPr>
    </w:p>
    <w:p w:rsidR="000714AE" w:rsidRPr="000714AE" w:rsidRDefault="000714AE" w:rsidP="000714AE">
      <w:pPr>
        <w:spacing w:before="120" w:after="240"/>
        <w:jc w:val="left"/>
        <w:rPr>
          <w:rFonts w:ascii="Times New Roman" w:eastAsia="宋体" w:hAnsi="Times New Roman" w:cs="Times New Roman"/>
          <w:szCs w:val="21"/>
        </w:rPr>
      </w:pPr>
      <w:r w:rsidRPr="000714AE">
        <w:rPr>
          <w:rFonts w:ascii="Times New Roman" w:eastAsia="宋体" w:hAnsi="Times New Roman" w:cs="Times New Roman"/>
          <w:noProof/>
          <w:szCs w:val="21"/>
        </w:rPr>
        <w:drawing>
          <wp:inline distT="0" distB="0" distL="0" distR="0" wp14:anchorId="3B3487CB" wp14:editId="694A5B26">
            <wp:extent cx="5273588" cy="3732663"/>
            <wp:effectExtent l="0" t="0" r="3810" b="127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53"/>
                    <a:stretch>
                      <a:fillRect/>
                    </a:stretch>
                  </pic:blipFill>
                  <pic:spPr>
                    <a:xfrm>
                      <a:off x="0" y="0"/>
                      <a:ext cx="5276034" cy="3734394"/>
                    </a:xfrm>
                    <a:prstGeom prst="rect">
                      <a:avLst/>
                    </a:prstGeom>
                  </pic:spPr>
                </pic:pic>
              </a:graphicData>
            </a:graphic>
          </wp:inline>
        </w:drawing>
      </w:r>
    </w:p>
    <w:p w:rsidR="000714AE" w:rsidRPr="007D693D" w:rsidRDefault="000714AE" w:rsidP="000714AE">
      <w:pPr>
        <w:spacing w:before="120" w:after="240"/>
        <w:jc w:val="left"/>
        <w:rPr>
          <w:rFonts w:ascii="Times New Roman" w:eastAsia="宋体" w:hAnsi="Times New Roman" w:cs="Times New Roman"/>
          <w:b/>
          <w:szCs w:val="21"/>
        </w:rPr>
      </w:pPr>
      <w:r w:rsidRPr="000714AE">
        <w:rPr>
          <w:rFonts w:ascii="Times New Roman" w:eastAsia="宋体" w:hAnsi="Times New Roman" w:cs="Times New Roman"/>
          <w:b/>
          <w:szCs w:val="21"/>
        </w:rPr>
        <w:t>Figure S</w:t>
      </w:r>
      <w:r w:rsidRPr="007D693D">
        <w:rPr>
          <w:rFonts w:ascii="Times New Roman" w:eastAsia="宋体" w:hAnsi="Times New Roman" w:cs="Times New Roman"/>
          <w:b/>
          <w:szCs w:val="21"/>
        </w:rPr>
        <w:t>4</w:t>
      </w:r>
      <w:r w:rsidR="00405EE7">
        <w:rPr>
          <w:rFonts w:ascii="Times New Roman" w:eastAsia="宋体" w:hAnsi="Times New Roman" w:cs="Times New Roman"/>
          <w:b/>
          <w:szCs w:val="21"/>
        </w:rPr>
        <w:t>6</w:t>
      </w:r>
      <w:r w:rsidRPr="000714AE">
        <w:rPr>
          <w:rFonts w:ascii="Times New Roman" w:eastAsia="宋体" w:hAnsi="Times New Roman" w:cs="Times New Roman"/>
          <w:b/>
          <w:szCs w:val="21"/>
        </w:rPr>
        <w:t xml:space="preserve"> </w:t>
      </w:r>
      <w:r w:rsidRPr="000714AE">
        <w:rPr>
          <w:rFonts w:ascii="Times New Roman" w:eastAsia="宋体" w:hAnsi="Times New Roman" w:cs="Times New Roman"/>
          <w:szCs w:val="21"/>
        </w:rPr>
        <w:t>HSQC spectrum of compound</w:t>
      </w:r>
      <w:r w:rsidRPr="000714AE">
        <w:rPr>
          <w:rFonts w:ascii="Times New Roman" w:eastAsia="宋体" w:hAnsi="Times New Roman" w:cs="Times New Roman"/>
          <w:b/>
          <w:kern w:val="0"/>
          <w:szCs w:val="21"/>
        </w:rPr>
        <w:t xml:space="preserve"> </w:t>
      </w:r>
      <w:r w:rsidRPr="007D693D">
        <w:rPr>
          <w:rFonts w:ascii="Times New Roman" w:eastAsia="宋体" w:hAnsi="Times New Roman" w:cs="Times New Roman"/>
          <w:b/>
          <w:kern w:val="0"/>
          <w:szCs w:val="21"/>
        </w:rPr>
        <w:t>7</w:t>
      </w:r>
    </w:p>
    <w:p w:rsidR="000714AE" w:rsidRPr="000714AE" w:rsidRDefault="000714AE" w:rsidP="000714AE">
      <w:pPr>
        <w:spacing w:before="120" w:after="240"/>
        <w:jc w:val="left"/>
        <w:rPr>
          <w:rFonts w:ascii="Times New Roman" w:eastAsia="宋体" w:hAnsi="Times New Roman" w:cs="Times New Roman"/>
          <w:szCs w:val="21"/>
        </w:rPr>
      </w:pPr>
      <w:r w:rsidRPr="000714AE">
        <w:rPr>
          <w:rFonts w:ascii="Times New Roman" w:eastAsia="宋体" w:hAnsi="Times New Roman" w:cs="Times New Roman"/>
          <w:noProof/>
          <w:szCs w:val="21"/>
        </w:rPr>
        <w:lastRenderedPageBreak/>
        <w:drawing>
          <wp:inline distT="0" distB="0" distL="0" distR="0" wp14:anchorId="6497A9ED" wp14:editId="295EE33C">
            <wp:extent cx="5274310" cy="3813810"/>
            <wp:effectExtent l="0" t="0" r="254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54"/>
                    <a:stretch>
                      <a:fillRect/>
                    </a:stretch>
                  </pic:blipFill>
                  <pic:spPr>
                    <a:xfrm>
                      <a:off x="0" y="0"/>
                      <a:ext cx="5274310" cy="3814108"/>
                    </a:xfrm>
                    <a:prstGeom prst="rect">
                      <a:avLst/>
                    </a:prstGeom>
                  </pic:spPr>
                </pic:pic>
              </a:graphicData>
            </a:graphic>
          </wp:inline>
        </w:drawing>
      </w:r>
    </w:p>
    <w:p w:rsidR="000714AE" w:rsidRPr="000714AE" w:rsidRDefault="000714AE" w:rsidP="000714AE">
      <w:pPr>
        <w:spacing w:before="120" w:after="240"/>
        <w:jc w:val="left"/>
        <w:rPr>
          <w:rFonts w:ascii="Times New Roman" w:eastAsia="宋体" w:hAnsi="Times New Roman" w:cs="Times New Roman"/>
          <w:szCs w:val="21"/>
        </w:rPr>
      </w:pPr>
      <w:r w:rsidRPr="000714AE">
        <w:rPr>
          <w:rFonts w:ascii="Times New Roman" w:eastAsia="宋体" w:hAnsi="Times New Roman" w:cs="Times New Roman"/>
          <w:b/>
          <w:szCs w:val="21"/>
        </w:rPr>
        <w:t>Figure S</w:t>
      </w:r>
      <w:r w:rsidRPr="007D693D">
        <w:rPr>
          <w:rFonts w:ascii="Times New Roman" w:eastAsia="宋体" w:hAnsi="Times New Roman" w:cs="Times New Roman"/>
          <w:b/>
          <w:szCs w:val="21"/>
        </w:rPr>
        <w:t>4</w:t>
      </w:r>
      <w:r w:rsidR="00405EE7">
        <w:rPr>
          <w:rFonts w:ascii="Times New Roman" w:eastAsia="宋体" w:hAnsi="Times New Roman" w:cs="Times New Roman"/>
          <w:b/>
          <w:szCs w:val="21"/>
        </w:rPr>
        <w:t>7</w:t>
      </w:r>
      <w:r w:rsidRPr="000714AE">
        <w:rPr>
          <w:rFonts w:ascii="Times New Roman" w:eastAsia="宋体" w:hAnsi="Times New Roman" w:cs="Times New Roman"/>
          <w:b/>
          <w:szCs w:val="21"/>
        </w:rPr>
        <w:t xml:space="preserve"> </w:t>
      </w:r>
      <w:r w:rsidRPr="000714AE">
        <w:rPr>
          <w:rFonts w:ascii="Times New Roman" w:eastAsia="宋体" w:hAnsi="Times New Roman" w:cs="Times New Roman"/>
          <w:szCs w:val="21"/>
        </w:rPr>
        <w:t>HMBC spectrum of</w:t>
      </w:r>
      <w:r w:rsidRPr="000714AE">
        <w:rPr>
          <w:rFonts w:ascii="Times New Roman" w:eastAsia="宋体" w:hAnsi="Times New Roman" w:cs="Times New Roman"/>
          <w:b/>
          <w:szCs w:val="21"/>
        </w:rPr>
        <w:t xml:space="preserve"> </w:t>
      </w:r>
      <w:r w:rsidRPr="000714AE">
        <w:rPr>
          <w:rFonts w:ascii="Times New Roman" w:eastAsia="宋体" w:hAnsi="Times New Roman" w:cs="Times New Roman"/>
          <w:szCs w:val="21"/>
        </w:rPr>
        <w:t>compound</w:t>
      </w:r>
      <w:r w:rsidRPr="000714AE">
        <w:rPr>
          <w:rFonts w:ascii="Times New Roman" w:eastAsia="宋体" w:hAnsi="Times New Roman" w:cs="Times New Roman"/>
          <w:b/>
          <w:kern w:val="0"/>
          <w:szCs w:val="21"/>
        </w:rPr>
        <w:t xml:space="preserve"> </w:t>
      </w:r>
      <w:r w:rsidRPr="007D693D">
        <w:rPr>
          <w:rFonts w:ascii="Times New Roman" w:eastAsia="宋体" w:hAnsi="Times New Roman" w:cs="Times New Roman"/>
          <w:b/>
          <w:kern w:val="0"/>
          <w:szCs w:val="21"/>
        </w:rPr>
        <w:t>7</w:t>
      </w:r>
    </w:p>
    <w:p w:rsidR="000714AE" w:rsidRPr="000714AE" w:rsidRDefault="000714AE" w:rsidP="000714AE">
      <w:pPr>
        <w:spacing w:before="120" w:after="240"/>
        <w:jc w:val="left"/>
        <w:rPr>
          <w:rFonts w:ascii="Times New Roman" w:eastAsia="宋体" w:hAnsi="Times New Roman" w:cs="Times New Roman"/>
          <w:szCs w:val="21"/>
        </w:rPr>
      </w:pPr>
      <w:r w:rsidRPr="000714AE">
        <w:rPr>
          <w:rFonts w:ascii="Times New Roman" w:eastAsia="宋体" w:hAnsi="Times New Roman" w:cs="Times New Roman"/>
          <w:noProof/>
          <w:szCs w:val="21"/>
        </w:rPr>
        <w:drawing>
          <wp:inline distT="0" distB="0" distL="0" distR="0" wp14:anchorId="38402B1F" wp14:editId="10C31231">
            <wp:extent cx="4932045" cy="3752850"/>
            <wp:effectExtent l="0" t="0" r="190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55"/>
                    <a:stretch>
                      <a:fillRect/>
                    </a:stretch>
                  </pic:blipFill>
                  <pic:spPr>
                    <a:xfrm>
                      <a:off x="0" y="0"/>
                      <a:ext cx="4938790" cy="3757825"/>
                    </a:xfrm>
                    <a:prstGeom prst="rect">
                      <a:avLst/>
                    </a:prstGeom>
                  </pic:spPr>
                </pic:pic>
              </a:graphicData>
            </a:graphic>
          </wp:inline>
        </w:drawing>
      </w:r>
    </w:p>
    <w:p w:rsidR="00142472" w:rsidRPr="007D693D" w:rsidRDefault="000714AE" w:rsidP="000714AE">
      <w:pPr>
        <w:spacing w:before="120" w:after="240"/>
        <w:jc w:val="left"/>
        <w:rPr>
          <w:rFonts w:ascii="Times New Roman" w:eastAsia="宋体" w:hAnsi="Times New Roman" w:cs="Times New Roman"/>
          <w:b/>
          <w:szCs w:val="21"/>
        </w:rPr>
      </w:pPr>
      <w:r w:rsidRPr="000714AE">
        <w:rPr>
          <w:rFonts w:ascii="Times New Roman" w:eastAsia="宋体" w:hAnsi="Times New Roman" w:cs="Times New Roman"/>
          <w:b/>
          <w:szCs w:val="21"/>
        </w:rPr>
        <w:t>Figure S</w:t>
      </w:r>
      <w:r w:rsidRPr="007D693D">
        <w:rPr>
          <w:rFonts w:ascii="Times New Roman" w:eastAsia="宋体" w:hAnsi="Times New Roman" w:cs="Times New Roman"/>
          <w:b/>
          <w:szCs w:val="21"/>
        </w:rPr>
        <w:t>4</w:t>
      </w:r>
      <w:r w:rsidR="00405EE7">
        <w:rPr>
          <w:rFonts w:ascii="Times New Roman" w:eastAsia="宋体" w:hAnsi="Times New Roman" w:cs="Times New Roman"/>
          <w:b/>
          <w:szCs w:val="21"/>
        </w:rPr>
        <w:t>8</w:t>
      </w:r>
      <w:r w:rsidRPr="000714AE">
        <w:rPr>
          <w:rFonts w:ascii="Times New Roman" w:eastAsia="宋体" w:hAnsi="Times New Roman" w:cs="Times New Roman"/>
          <w:b/>
          <w:szCs w:val="21"/>
        </w:rPr>
        <w:t xml:space="preserve"> </w:t>
      </w:r>
      <w:r w:rsidRPr="000714AE">
        <w:rPr>
          <w:rFonts w:ascii="Times New Roman" w:eastAsia="宋体" w:hAnsi="Times New Roman" w:cs="Times New Roman"/>
          <w:bCs/>
          <w:kern w:val="0"/>
          <w:szCs w:val="21"/>
        </w:rPr>
        <w:t>HRESIMS</w:t>
      </w:r>
      <w:r w:rsidRPr="000714AE">
        <w:rPr>
          <w:rFonts w:ascii="Times New Roman" w:eastAsia="宋体" w:hAnsi="Times New Roman" w:cs="Times New Roman"/>
          <w:b/>
          <w:bCs/>
          <w:color w:val="CD0000"/>
          <w:kern w:val="0"/>
          <w:szCs w:val="21"/>
        </w:rPr>
        <w:t xml:space="preserve"> </w:t>
      </w:r>
      <w:r w:rsidRPr="000714AE">
        <w:rPr>
          <w:rFonts w:ascii="Times New Roman" w:eastAsia="宋体" w:hAnsi="Times New Roman" w:cs="Times New Roman"/>
          <w:szCs w:val="21"/>
        </w:rPr>
        <w:t>spectrum of compound</w:t>
      </w:r>
      <w:r w:rsidRPr="000714AE">
        <w:rPr>
          <w:rFonts w:ascii="Times New Roman" w:eastAsia="宋体" w:hAnsi="Times New Roman" w:cs="Times New Roman"/>
          <w:b/>
          <w:szCs w:val="21"/>
        </w:rPr>
        <w:t xml:space="preserve"> </w:t>
      </w:r>
      <w:r w:rsidRPr="007D693D">
        <w:rPr>
          <w:rFonts w:ascii="Times New Roman" w:eastAsia="宋体" w:hAnsi="Times New Roman" w:cs="Times New Roman"/>
          <w:b/>
          <w:szCs w:val="21"/>
        </w:rPr>
        <w:t>7</w:t>
      </w:r>
    </w:p>
    <w:p w:rsidR="003D09D9" w:rsidRPr="007D693D" w:rsidRDefault="003D09D9" w:rsidP="000714AE">
      <w:pPr>
        <w:spacing w:before="120" w:after="240"/>
        <w:jc w:val="left"/>
        <w:rPr>
          <w:rFonts w:ascii="Times New Roman" w:hAnsi="Times New Roman" w:cs="Times New Roman"/>
          <w:szCs w:val="21"/>
        </w:rPr>
      </w:pPr>
      <w:r w:rsidRPr="007D693D">
        <w:rPr>
          <w:rFonts w:ascii="Times New Roman" w:hAnsi="Times New Roman" w:cs="Times New Roman"/>
          <w:szCs w:val="21"/>
        </w:rPr>
        <w:object w:dxaOrig="19781" w:dyaOrig="6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31.25pt" o:ole="">
            <v:imagedata r:id="rId56" o:title=""/>
          </v:shape>
          <o:OLEObject Type="Embed" ProgID="ChemDraw.Document.6.0" ShapeID="_x0000_i1025" DrawAspect="Content" ObjectID="_1600763154" r:id="rId57"/>
        </w:object>
      </w:r>
    </w:p>
    <w:p w:rsidR="003D09D9" w:rsidRPr="007D693D" w:rsidRDefault="003D09D9" w:rsidP="000714AE">
      <w:pPr>
        <w:spacing w:before="120" w:after="240"/>
        <w:jc w:val="left"/>
        <w:rPr>
          <w:rFonts w:ascii="Times New Roman" w:eastAsia="宋体" w:hAnsi="Times New Roman" w:cs="Times New Roman"/>
          <w:b/>
          <w:szCs w:val="21"/>
        </w:rPr>
      </w:pPr>
      <w:r w:rsidRPr="000714AE">
        <w:rPr>
          <w:rFonts w:ascii="Times New Roman" w:eastAsia="宋体" w:hAnsi="Times New Roman" w:cs="Times New Roman"/>
          <w:b/>
          <w:szCs w:val="21"/>
        </w:rPr>
        <w:t>Figure S</w:t>
      </w:r>
      <w:r w:rsidRPr="007D693D">
        <w:rPr>
          <w:rFonts w:ascii="Times New Roman" w:eastAsia="宋体" w:hAnsi="Times New Roman" w:cs="Times New Roman"/>
          <w:b/>
          <w:szCs w:val="21"/>
        </w:rPr>
        <w:t>4</w:t>
      </w:r>
      <w:r w:rsidR="00405EE7">
        <w:rPr>
          <w:rFonts w:ascii="Times New Roman" w:eastAsia="宋体" w:hAnsi="Times New Roman" w:cs="Times New Roman"/>
          <w:b/>
          <w:szCs w:val="21"/>
        </w:rPr>
        <w:t>9</w:t>
      </w:r>
      <w:r w:rsidRPr="007D693D">
        <w:rPr>
          <w:rFonts w:ascii="Times New Roman" w:eastAsia="宋体" w:hAnsi="Times New Roman" w:cs="Times New Roman"/>
          <w:b/>
          <w:szCs w:val="21"/>
        </w:rPr>
        <w:t xml:space="preserve"> </w:t>
      </w:r>
      <w:r w:rsidRPr="007D693D">
        <w:rPr>
          <w:rFonts w:ascii="Times New Roman" w:eastAsia="宋体" w:hAnsi="Times New Roman" w:cs="Times New Roman"/>
          <w:szCs w:val="21"/>
        </w:rPr>
        <w:t>Eight possible stereoisomers (</w:t>
      </w:r>
      <w:r w:rsidRPr="007D693D">
        <w:rPr>
          <w:rFonts w:ascii="Times New Roman" w:eastAsia="宋体" w:hAnsi="Times New Roman" w:cs="Times New Roman"/>
          <w:b/>
          <w:szCs w:val="21"/>
        </w:rPr>
        <w:t>a</w:t>
      </w:r>
      <w:r w:rsidRPr="007D693D">
        <w:rPr>
          <w:rFonts w:ascii="Times New Roman" w:eastAsia="宋体" w:hAnsi="Times New Roman" w:cs="Times New Roman"/>
          <w:szCs w:val="21"/>
        </w:rPr>
        <w:t>-</w:t>
      </w:r>
      <w:r w:rsidRPr="007D693D">
        <w:rPr>
          <w:rFonts w:ascii="Times New Roman" w:eastAsia="宋体" w:hAnsi="Times New Roman" w:cs="Times New Roman"/>
          <w:b/>
          <w:szCs w:val="21"/>
        </w:rPr>
        <w:t>h</w:t>
      </w:r>
      <w:r w:rsidRPr="007D693D">
        <w:rPr>
          <w:rFonts w:ascii="Times New Roman" w:eastAsia="宋体" w:hAnsi="Times New Roman" w:cs="Times New Roman"/>
          <w:szCs w:val="21"/>
        </w:rPr>
        <w:t xml:space="preserve">) of compound </w:t>
      </w:r>
      <w:r w:rsidRPr="007D693D">
        <w:rPr>
          <w:rFonts w:ascii="Times New Roman" w:eastAsia="宋体" w:hAnsi="Times New Roman" w:cs="Times New Roman"/>
          <w:b/>
          <w:szCs w:val="21"/>
        </w:rPr>
        <w:t>1</w:t>
      </w:r>
    </w:p>
    <w:p w:rsidR="007D693D" w:rsidRPr="007D693D" w:rsidRDefault="007D693D" w:rsidP="000714AE">
      <w:pPr>
        <w:spacing w:before="120" w:after="240"/>
        <w:jc w:val="left"/>
        <w:rPr>
          <w:rFonts w:ascii="Times New Roman" w:eastAsia="宋体" w:hAnsi="Times New Roman" w:cs="Times New Roman"/>
          <w:b/>
          <w:szCs w:val="21"/>
        </w:rPr>
      </w:pPr>
    </w:p>
    <w:p w:rsidR="007D693D" w:rsidRPr="00405EE7" w:rsidRDefault="007D693D" w:rsidP="000714AE">
      <w:pPr>
        <w:spacing w:before="120" w:after="240"/>
        <w:jc w:val="left"/>
        <w:rPr>
          <w:rFonts w:ascii="Times New Roman" w:eastAsia="宋体" w:hAnsi="Times New Roman" w:cs="Times New Roman"/>
          <w:b/>
          <w:szCs w:val="21"/>
        </w:rPr>
      </w:pPr>
    </w:p>
    <w:p w:rsidR="007D693D" w:rsidRPr="007D693D" w:rsidRDefault="007D693D" w:rsidP="007D693D">
      <w:pPr>
        <w:widowControl/>
        <w:spacing w:before="100" w:beforeAutospacing="1" w:after="100" w:afterAutospacing="1" w:line="360" w:lineRule="auto"/>
        <w:rPr>
          <w:rFonts w:ascii="Times New Roman" w:eastAsia="宋体" w:hAnsi="Times New Roman" w:cs="Times New Roman"/>
          <w:kern w:val="0"/>
          <w:szCs w:val="21"/>
        </w:rPr>
      </w:pPr>
      <w:r w:rsidRPr="007D693D">
        <w:rPr>
          <w:rFonts w:ascii="Times New Roman" w:eastAsia="宋体" w:hAnsi="Times New Roman" w:cs="Times New Roman"/>
          <w:kern w:val="0"/>
          <w:szCs w:val="21"/>
        </w:rPr>
        <w:t xml:space="preserve">Systematic conformational search was performed by Confab program at MMFF94 force field. Conformers for each configuration were obtained with filtration by RMSD threshold of 2.0 Å. </w:t>
      </w:r>
    </w:p>
    <w:p w:rsidR="007D693D" w:rsidRPr="007D693D" w:rsidRDefault="007D693D" w:rsidP="007D693D">
      <w:pPr>
        <w:widowControl/>
        <w:spacing w:line="360" w:lineRule="auto"/>
        <w:jc w:val="center"/>
        <w:rPr>
          <w:rFonts w:ascii="Times New Roman" w:eastAsia="宋体" w:hAnsi="Times New Roman" w:cs="Times New Roman"/>
          <w:kern w:val="0"/>
          <w:szCs w:val="21"/>
        </w:rPr>
      </w:pPr>
      <w:bookmarkStart w:id="2" w:name="_Ref493278644"/>
      <w:r w:rsidRPr="007D693D">
        <w:rPr>
          <w:rFonts w:ascii="Times New Roman" w:eastAsia="宋体" w:hAnsi="Times New Roman" w:cs="Times New Roman"/>
          <w:b/>
          <w:kern w:val="0"/>
          <w:szCs w:val="21"/>
        </w:rPr>
        <w:t>Table S</w:t>
      </w:r>
      <w:bookmarkEnd w:id="2"/>
      <w:r>
        <w:rPr>
          <w:rFonts w:ascii="Times New Roman" w:eastAsia="宋体" w:hAnsi="Times New Roman" w:cs="Times New Roman"/>
          <w:b/>
          <w:kern w:val="0"/>
          <w:szCs w:val="21"/>
        </w:rPr>
        <w:t>1</w:t>
      </w:r>
      <w:r w:rsidRPr="007D693D">
        <w:rPr>
          <w:rFonts w:ascii="Times New Roman" w:eastAsia="宋体" w:hAnsi="Times New Roman" w:cs="Times New Roman"/>
          <w:kern w:val="0"/>
          <w:szCs w:val="21"/>
        </w:rPr>
        <w:t xml:space="preserve"> Energies of compound </w:t>
      </w:r>
      <w:r>
        <w:rPr>
          <w:rFonts w:ascii="Times New Roman" w:eastAsia="宋体" w:hAnsi="Times New Roman" w:cs="Times New Roman"/>
          <w:b/>
          <w:kern w:val="0"/>
          <w:szCs w:val="21"/>
        </w:rPr>
        <w:t>1</w:t>
      </w:r>
      <w:r w:rsidRPr="007D693D">
        <w:rPr>
          <w:rFonts w:ascii="Times New Roman" w:eastAsia="宋体" w:hAnsi="Times New Roman" w:cs="Times New Roman"/>
          <w:kern w:val="0"/>
          <w:szCs w:val="21"/>
        </w:rPr>
        <w:t xml:space="preserve"> at MMFF94 force field.</w:t>
      </w:r>
    </w:p>
    <w:tbl>
      <w:tblPr>
        <w:tblW w:w="5000" w:type="pct"/>
        <w:jc w:val="center"/>
        <w:tblLook w:val="04A0" w:firstRow="1" w:lastRow="0" w:firstColumn="1" w:lastColumn="0" w:noHBand="0" w:noVBand="1"/>
      </w:tblPr>
      <w:tblGrid>
        <w:gridCol w:w="1772"/>
        <w:gridCol w:w="1744"/>
        <w:gridCol w:w="2586"/>
        <w:gridCol w:w="2204"/>
      </w:tblGrid>
      <w:tr w:rsidR="007D693D" w:rsidRPr="007D693D" w:rsidTr="00283A04">
        <w:trPr>
          <w:trHeight w:val="300"/>
          <w:jc w:val="center"/>
        </w:trPr>
        <w:tc>
          <w:tcPr>
            <w:tcW w:w="1066" w:type="pct"/>
            <w:tcBorders>
              <w:top w:val="single" w:sz="12" w:space="0" w:color="auto"/>
              <w:left w:val="nil"/>
              <w:bottom w:val="single" w:sz="12" w:space="0" w:color="auto"/>
              <w:right w:val="nil"/>
            </w:tcBorders>
            <w:shd w:val="clear" w:color="auto" w:fill="auto"/>
            <w:noWrap/>
            <w:vAlign w:val="center"/>
            <w:hideMark/>
          </w:tcPr>
          <w:p w:rsidR="007D693D" w:rsidRPr="007D693D" w:rsidRDefault="007D693D" w:rsidP="007D693D">
            <w:pPr>
              <w:widowControl/>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Configuration</w:t>
            </w:r>
          </w:p>
        </w:tc>
        <w:tc>
          <w:tcPr>
            <w:tcW w:w="1050" w:type="pct"/>
            <w:tcBorders>
              <w:top w:val="single" w:sz="12" w:space="0" w:color="auto"/>
              <w:left w:val="nil"/>
              <w:bottom w:val="single" w:sz="12" w:space="0" w:color="auto"/>
              <w:right w:val="nil"/>
            </w:tcBorders>
            <w:shd w:val="clear" w:color="auto" w:fill="auto"/>
            <w:noWrap/>
            <w:vAlign w:val="center"/>
            <w:hideMark/>
          </w:tcPr>
          <w:p w:rsidR="007D693D" w:rsidRPr="007D693D" w:rsidRDefault="007D693D" w:rsidP="007D693D">
            <w:pPr>
              <w:widowControl/>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Conformer</w:t>
            </w:r>
          </w:p>
        </w:tc>
        <w:tc>
          <w:tcPr>
            <w:tcW w:w="1557" w:type="pct"/>
            <w:tcBorders>
              <w:top w:val="single" w:sz="12" w:space="0" w:color="auto"/>
              <w:left w:val="nil"/>
              <w:bottom w:val="single" w:sz="12" w:space="0" w:color="auto"/>
              <w:right w:val="nil"/>
            </w:tcBorders>
            <w:shd w:val="clear" w:color="auto" w:fill="auto"/>
            <w:noWrap/>
            <w:vAlign w:val="center"/>
            <w:hideMark/>
          </w:tcPr>
          <w:p w:rsidR="007D693D" w:rsidRPr="007D693D" w:rsidRDefault="007D693D" w:rsidP="007D693D">
            <w:pPr>
              <w:widowControl/>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Energy (kcal/mol)</w:t>
            </w:r>
          </w:p>
        </w:tc>
        <w:tc>
          <w:tcPr>
            <w:tcW w:w="1327" w:type="pct"/>
            <w:tcBorders>
              <w:top w:val="single" w:sz="12" w:space="0" w:color="auto"/>
              <w:left w:val="nil"/>
              <w:bottom w:val="single" w:sz="12" w:space="0" w:color="auto"/>
              <w:right w:val="nil"/>
            </w:tcBorders>
            <w:shd w:val="clear" w:color="auto" w:fill="auto"/>
            <w:noWrap/>
            <w:vAlign w:val="center"/>
            <w:hideMark/>
          </w:tcPr>
          <w:p w:rsidR="007D693D" w:rsidRPr="007D693D" w:rsidRDefault="007D693D" w:rsidP="007D693D">
            <w:pPr>
              <w:widowControl/>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Population (%)</w:t>
            </w:r>
          </w:p>
        </w:tc>
      </w:tr>
      <w:tr w:rsidR="007D693D" w:rsidRPr="007D693D" w:rsidTr="00283A04">
        <w:trPr>
          <w:trHeight w:val="300"/>
          <w:jc w:val="center"/>
        </w:trPr>
        <w:tc>
          <w:tcPr>
            <w:tcW w:w="1066" w:type="pct"/>
            <w:vMerge w:val="restart"/>
            <w:tcBorders>
              <w:top w:val="single" w:sz="12"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a</w:t>
            </w:r>
          </w:p>
        </w:tc>
        <w:tc>
          <w:tcPr>
            <w:tcW w:w="1050" w:type="pct"/>
            <w:tcBorders>
              <w:top w:val="single" w:sz="12"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w:t>
            </w:r>
          </w:p>
        </w:tc>
        <w:tc>
          <w:tcPr>
            <w:tcW w:w="1557" w:type="pct"/>
            <w:tcBorders>
              <w:top w:val="single" w:sz="12"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38.82</w:t>
            </w:r>
          </w:p>
        </w:tc>
        <w:tc>
          <w:tcPr>
            <w:tcW w:w="1327" w:type="pct"/>
            <w:tcBorders>
              <w:top w:val="single" w:sz="12"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45.54</w:t>
            </w:r>
          </w:p>
        </w:tc>
      </w:tr>
      <w:tr w:rsidR="007D693D" w:rsidRPr="007D693D" w:rsidTr="00283A04">
        <w:trPr>
          <w:trHeight w:val="300"/>
          <w:jc w:val="center"/>
        </w:trPr>
        <w:tc>
          <w:tcPr>
            <w:tcW w:w="1066" w:type="pct"/>
            <w:vMerge/>
            <w:tcBorders>
              <w:top w:val="nil"/>
              <w:left w:val="nil"/>
              <w:bottom w:val="nil"/>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w:t>
            </w:r>
          </w:p>
        </w:tc>
        <w:tc>
          <w:tcPr>
            <w:tcW w:w="155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39.20</w:t>
            </w:r>
          </w:p>
        </w:tc>
        <w:tc>
          <w:tcPr>
            <w:tcW w:w="132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23.63</w:t>
            </w:r>
          </w:p>
        </w:tc>
      </w:tr>
      <w:tr w:rsidR="007D693D" w:rsidRPr="007D693D" w:rsidTr="00283A04">
        <w:trPr>
          <w:trHeight w:val="300"/>
          <w:jc w:val="center"/>
        </w:trPr>
        <w:tc>
          <w:tcPr>
            <w:tcW w:w="1066" w:type="pct"/>
            <w:vMerge/>
            <w:tcBorders>
              <w:top w:val="nil"/>
              <w:left w:val="nil"/>
              <w:bottom w:val="nil"/>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w:t>
            </w:r>
          </w:p>
        </w:tc>
        <w:tc>
          <w:tcPr>
            <w:tcW w:w="155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39.26</w:t>
            </w:r>
          </w:p>
        </w:tc>
        <w:tc>
          <w:tcPr>
            <w:tcW w:w="132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21.51</w:t>
            </w:r>
          </w:p>
        </w:tc>
      </w:tr>
      <w:tr w:rsidR="007D693D" w:rsidRPr="007D693D" w:rsidTr="00283A04">
        <w:trPr>
          <w:trHeight w:val="300"/>
          <w:jc w:val="center"/>
        </w:trPr>
        <w:tc>
          <w:tcPr>
            <w:tcW w:w="1066" w:type="pct"/>
            <w:vMerge/>
            <w:tcBorders>
              <w:top w:val="nil"/>
              <w:left w:val="nil"/>
              <w:bottom w:val="single" w:sz="4" w:space="0" w:color="auto"/>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w:t>
            </w:r>
          </w:p>
        </w:tc>
        <w:tc>
          <w:tcPr>
            <w:tcW w:w="1557"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39.82</w:t>
            </w:r>
          </w:p>
        </w:tc>
        <w:tc>
          <w:tcPr>
            <w:tcW w:w="1327"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8.30</w:t>
            </w:r>
          </w:p>
        </w:tc>
      </w:tr>
      <w:tr w:rsidR="007D693D" w:rsidRPr="007D693D" w:rsidTr="00283A04">
        <w:trPr>
          <w:trHeight w:val="300"/>
          <w:jc w:val="center"/>
        </w:trPr>
        <w:tc>
          <w:tcPr>
            <w:tcW w:w="1066" w:type="pct"/>
            <w:vMerge w:val="restar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b</w:t>
            </w:r>
          </w:p>
        </w:tc>
        <w:tc>
          <w:tcPr>
            <w:tcW w:w="1050"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w:t>
            </w:r>
          </w:p>
        </w:tc>
        <w:tc>
          <w:tcPr>
            <w:tcW w:w="1557"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42.65</w:t>
            </w:r>
          </w:p>
        </w:tc>
        <w:tc>
          <w:tcPr>
            <w:tcW w:w="1327"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39.50</w:t>
            </w:r>
          </w:p>
        </w:tc>
      </w:tr>
      <w:tr w:rsidR="007D693D" w:rsidRPr="007D693D" w:rsidTr="00283A04">
        <w:trPr>
          <w:trHeight w:val="300"/>
          <w:jc w:val="center"/>
        </w:trPr>
        <w:tc>
          <w:tcPr>
            <w:tcW w:w="1066" w:type="pct"/>
            <w:vMerge/>
            <w:tcBorders>
              <w:top w:val="nil"/>
              <w:left w:val="nil"/>
              <w:bottom w:val="nil"/>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w:t>
            </w:r>
          </w:p>
        </w:tc>
        <w:tc>
          <w:tcPr>
            <w:tcW w:w="155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42.93</w:t>
            </w:r>
          </w:p>
        </w:tc>
        <w:tc>
          <w:tcPr>
            <w:tcW w:w="132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24.90</w:t>
            </w:r>
          </w:p>
        </w:tc>
      </w:tr>
      <w:tr w:rsidR="007D693D" w:rsidRPr="007D693D" w:rsidTr="00283A04">
        <w:trPr>
          <w:trHeight w:val="300"/>
          <w:jc w:val="center"/>
        </w:trPr>
        <w:tc>
          <w:tcPr>
            <w:tcW w:w="1066" w:type="pct"/>
            <w:vMerge/>
            <w:tcBorders>
              <w:top w:val="nil"/>
              <w:left w:val="nil"/>
              <w:bottom w:val="nil"/>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w:t>
            </w:r>
          </w:p>
        </w:tc>
        <w:tc>
          <w:tcPr>
            <w:tcW w:w="155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43.01</w:t>
            </w:r>
          </w:p>
        </w:tc>
        <w:tc>
          <w:tcPr>
            <w:tcW w:w="132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21.78</w:t>
            </w:r>
          </w:p>
        </w:tc>
      </w:tr>
      <w:tr w:rsidR="007D693D" w:rsidRPr="007D693D" w:rsidTr="00283A04">
        <w:trPr>
          <w:trHeight w:val="300"/>
          <w:jc w:val="center"/>
        </w:trPr>
        <w:tc>
          <w:tcPr>
            <w:tcW w:w="1066" w:type="pct"/>
            <w:vMerge/>
            <w:tcBorders>
              <w:top w:val="nil"/>
              <w:left w:val="nil"/>
              <w:bottom w:val="single" w:sz="4" w:space="0" w:color="auto"/>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w:t>
            </w:r>
          </w:p>
        </w:tc>
        <w:tc>
          <w:tcPr>
            <w:tcW w:w="1557"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43.38</w:t>
            </w:r>
          </w:p>
        </w:tc>
        <w:tc>
          <w:tcPr>
            <w:tcW w:w="1327"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11.50</w:t>
            </w:r>
          </w:p>
        </w:tc>
      </w:tr>
      <w:tr w:rsidR="007D693D" w:rsidRPr="007D693D" w:rsidTr="00283A04">
        <w:trPr>
          <w:trHeight w:val="300"/>
          <w:jc w:val="center"/>
        </w:trPr>
        <w:tc>
          <w:tcPr>
            <w:tcW w:w="1066" w:type="pct"/>
            <w:vMerge w:val="restar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c</w:t>
            </w:r>
          </w:p>
        </w:tc>
        <w:tc>
          <w:tcPr>
            <w:tcW w:w="1050"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w:t>
            </w:r>
          </w:p>
        </w:tc>
        <w:tc>
          <w:tcPr>
            <w:tcW w:w="1557"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44.27</w:t>
            </w:r>
          </w:p>
        </w:tc>
        <w:tc>
          <w:tcPr>
            <w:tcW w:w="1327"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35.29</w:t>
            </w:r>
          </w:p>
        </w:tc>
      </w:tr>
      <w:tr w:rsidR="007D693D" w:rsidRPr="007D693D" w:rsidTr="00283A04">
        <w:trPr>
          <w:trHeight w:val="300"/>
          <w:jc w:val="center"/>
        </w:trPr>
        <w:tc>
          <w:tcPr>
            <w:tcW w:w="1066" w:type="pct"/>
            <w:vMerge/>
            <w:tcBorders>
              <w:top w:val="nil"/>
              <w:left w:val="nil"/>
              <w:bottom w:val="nil"/>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w:t>
            </w:r>
          </w:p>
        </w:tc>
        <w:tc>
          <w:tcPr>
            <w:tcW w:w="155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44.44</w:t>
            </w:r>
          </w:p>
        </w:tc>
        <w:tc>
          <w:tcPr>
            <w:tcW w:w="132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26.39</w:t>
            </w:r>
          </w:p>
        </w:tc>
      </w:tr>
      <w:tr w:rsidR="007D693D" w:rsidRPr="007D693D" w:rsidTr="00283A04">
        <w:trPr>
          <w:trHeight w:val="300"/>
          <w:jc w:val="center"/>
        </w:trPr>
        <w:tc>
          <w:tcPr>
            <w:tcW w:w="1066" w:type="pct"/>
            <w:vMerge/>
            <w:tcBorders>
              <w:top w:val="nil"/>
              <w:left w:val="nil"/>
              <w:bottom w:val="nil"/>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w:t>
            </w:r>
          </w:p>
        </w:tc>
        <w:tc>
          <w:tcPr>
            <w:tcW w:w="155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44.60</w:t>
            </w:r>
          </w:p>
        </w:tc>
        <w:tc>
          <w:tcPr>
            <w:tcW w:w="132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20.07</w:t>
            </w:r>
          </w:p>
        </w:tc>
      </w:tr>
      <w:tr w:rsidR="007D693D" w:rsidRPr="007D693D" w:rsidTr="00283A04">
        <w:trPr>
          <w:trHeight w:val="300"/>
          <w:jc w:val="center"/>
        </w:trPr>
        <w:tc>
          <w:tcPr>
            <w:tcW w:w="1066" w:type="pct"/>
            <w:vMerge/>
            <w:tcBorders>
              <w:top w:val="nil"/>
              <w:left w:val="nil"/>
              <w:bottom w:val="single" w:sz="4" w:space="0" w:color="auto"/>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w:t>
            </w:r>
          </w:p>
        </w:tc>
        <w:tc>
          <w:tcPr>
            <w:tcW w:w="1557"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44.70</w:t>
            </w:r>
          </w:p>
        </w:tc>
        <w:tc>
          <w:tcPr>
            <w:tcW w:w="1327"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17.01</w:t>
            </w:r>
          </w:p>
        </w:tc>
      </w:tr>
      <w:tr w:rsidR="007D693D" w:rsidRPr="007D693D" w:rsidTr="00283A04">
        <w:trPr>
          <w:trHeight w:val="300"/>
          <w:jc w:val="center"/>
        </w:trPr>
        <w:tc>
          <w:tcPr>
            <w:tcW w:w="1066" w:type="pct"/>
            <w:vMerge w:val="restar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d</w:t>
            </w:r>
          </w:p>
        </w:tc>
        <w:tc>
          <w:tcPr>
            <w:tcW w:w="1050"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w:t>
            </w:r>
          </w:p>
        </w:tc>
        <w:tc>
          <w:tcPr>
            <w:tcW w:w="1557"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46.01</w:t>
            </w:r>
          </w:p>
        </w:tc>
        <w:tc>
          <w:tcPr>
            <w:tcW w:w="1327"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39.40</w:t>
            </w:r>
          </w:p>
        </w:tc>
      </w:tr>
      <w:tr w:rsidR="007D693D" w:rsidRPr="007D693D" w:rsidTr="00283A04">
        <w:trPr>
          <w:trHeight w:val="300"/>
          <w:jc w:val="center"/>
        </w:trPr>
        <w:tc>
          <w:tcPr>
            <w:tcW w:w="1066" w:type="pct"/>
            <w:vMerge/>
            <w:tcBorders>
              <w:top w:val="nil"/>
              <w:left w:val="nil"/>
              <w:bottom w:val="nil"/>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w:t>
            </w:r>
          </w:p>
        </w:tc>
        <w:tc>
          <w:tcPr>
            <w:tcW w:w="155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46.23</w:t>
            </w:r>
          </w:p>
        </w:tc>
        <w:tc>
          <w:tcPr>
            <w:tcW w:w="132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26.89</w:t>
            </w:r>
          </w:p>
        </w:tc>
      </w:tr>
      <w:tr w:rsidR="007D693D" w:rsidRPr="007D693D" w:rsidTr="00283A04">
        <w:trPr>
          <w:trHeight w:val="300"/>
          <w:jc w:val="center"/>
        </w:trPr>
        <w:tc>
          <w:tcPr>
            <w:tcW w:w="1066" w:type="pct"/>
            <w:vMerge/>
            <w:tcBorders>
              <w:top w:val="nil"/>
              <w:left w:val="nil"/>
              <w:bottom w:val="nil"/>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w:t>
            </w:r>
          </w:p>
        </w:tc>
        <w:tc>
          <w:tcPr>
            <w:tcW w:w="155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46.43</w:t>
            </w:r>
          </w:p>
        </w:tc>
        <w:tc>
          <w:tcPr>
            <w:tcW w:w="132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19.20</w:t>
            </w:r>
          </w:p>
        </w:tc>
      </w:tr>
      <w:tr w:rsidR="007D693D" w:rsidRPr="007D693D" w:rsidTr="00283A04">
        <w:trPr>
          <w:trHeight w:val="300"/>
          <w:jc w:val="center"/>
        </w:trPr>
        <w:tc>
          <w:tcPr>
            <w:tcW w:w="1066" w:type="pct"/>
            <w:vMerge/>
            <w:tcBorders>
              <w:top w:val="nil"/>
              <w:left w:val="nil"/>
              <w:bottom w:val="single" w:sz="4" w:space="0" w:color="auto"/>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w:t>
            </w:r>
          </w:p>
        </w:tc>
        <w:tc>
          <w:tcPr>
            <w:tcW w:w="1557"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46.68</w:t>
            </w:r>
          </w:p>
        </w:tc>
        <w:tc>
          <w:tcPr>
            <w:tcW w:w="1327"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12.64</w:t>
            </w:r>
          </w:p>
        </w:tc>
      </w:tr>
      <w:tr w:rsidR="007D693D" w:rsidRPr="007D693D" w:rsidTr="00283A04">
        <w:trPr>
          <w:trHeight w:val="300"/>
          <w:jc w:val="center"/>
        </w:trPr>
        <w:tc>
          <w:tcPr>
            <w:tcW w:w="1066" w:type="pct"/>
            <w:vMerge w:val="restar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e</w:t>
            </w:r>
          </w:p>
        </w:tc>
        <w:tc>
          <w:tcPr>
            <w:tcW w:w="1050"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w:t>
            </w:r>
          </w:p>
        </w:tc>
        <w:tc>
          <w:tcPr>
            <w:tcW w:w="1557"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46.01</w:t>
            </w:r>
          </w:p>
        </w:tc>
        <w:tc>
          <w:tcPr>
            <w:tcW w:w="1327"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40.35</w:t>
            </w:r>
          </w:p>
        </w:tc>
      </w:tr>
      <w:tr w:rsidR="007D693D" w:rsidRPr="007D693D" w:rsidTr="00283A04">
        <w:trPr>
          <w:trHeight w:val="300"/>
          <w:jc w:val="center"/>
        </w:trPr>
        <w:tc>
          <w:tcPr>
            <w:tcW w:w="1066" w:type="pct"/>
            <w:vMerge/>
            <w:tcBorders>
              <w:top w:val="nil"/>
              <w:left w:val="nil"/>
              <w:bottom w:val="nil"/>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w:t>
            </w:r>
          </w:p>
        </w:tc>
        <w:tc>
          <w:tcPr>
            <w:tcW w:w="155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46.16</w:t>
            </w:r>
          </w:p>
        </w:tc>
        <w:tc>
          <w:tcPr>
            <w:tcW w:w="132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31.22</w:t>
            </w:r>
          </w:p>
        </w:tc>
      </w:tr>
      <w:tr w:rsidR="007D693D" w:rsidRPr="007D693D" w:rsidTr="00283A04">
        <w:trPr>
          <w:trHeight w:val="300"/>
          <w:jc w:val="center"/>
        </w:trPr>
        <w:tc>
          <w:tcPr>
            <w:tcW w:w="1066" w:type="pct"/>
            <w:vMerge/>
            <w:tcBorders>
              <w:top w:val="nil"/>
              <w:left w:val="nil"/>
              <w:bottom w:val="nil"/>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w:t>
            </w:r>
          </w:p>
        </w:tc>
        <w:tc>
          <w:tcPr>
            <w:tcW w:w="155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46.47</w:t>
            </w:r>
          </w:p>
        </w:tc>
        <w:tc>
          <w:tcPr>
            <w:tcW w:w="132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18.37</w:t>
            </w:r>
          </w:p>
        </w:tc>
      </w:tr>
      <w:tr w:rsidR="007D693D" w:rsidRPr="007D693D" w:rsidTr="00283A04">
        <w:trPr>
          <w:trHeight w:val="300"/>
          <w:jc w:val="center"/>
        </w:trPr>
        <w:tc>
          <w:tcPr>
            <w:tcW w:w="1066" w:type="pct"/>
            <w:vMerge/>
            <w:tcBorders>
              <w:top w:val="nil"/>
              <w:left w:val="nil"/>
              <w:bottom w:val="single" w:sz="4" w:space="0" w:color="auto"/>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w:t>
            </w:r>
          </w:p>
        </w:tc>
        <w:tc>
          <w:tcPr>
            <w:tcW w:w="1557"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46.92</w:t>
            </w:r>
          </w:p>
        </w:tc>
        <w:tc>
          <w:tcPr>
            <w:tcW w:w="1327"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8.65</w:t>
            </w:r>
          </w:p>
        </w:tc>
      </w:tr>
      <w:tr w:rsidR="007D693D" w:rsidRPr="007D693D" w:rsidTr="00283A04">
        <w:trPr>
          <w:trHeight w:val="300"/>
          <w:jc w:val="center"/>
        </w:trPr>
        <w:tc>
          <w:tcPr>
            <w:tcW w:w="1066" w:type="pct"/>
            <w:vMerge w:val="restar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f</w:t>
            </w:r>
          </w:p>
        </w:tc>
        <w:tc>
          <w:tcPr>
            <w:tcW w:w="1050"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w:t>
            </w:r>
          </w:p>
        </w:tc>
        <w:tc>
          <w:tcPr>
            <w:tcW w:w="1557"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44.44</w:t>
            </w:r>
          </w:p>
        </w:tc>
        <w:tc>
          <w:tcPr>
            <w:tcW w:w="1327"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35.27</w:t>
            </w:r>
          </w:p>
        </w:tc>
      </w:tr>
      <w:tr w:rsidR="007D693D" w:rsidRPr="007D693D" w:rsidTr="00283A04">
        <w:trPr>
          <w:trHeight w:val="300"/>
          <w:jc w:val="center"/>
        </w:trPr>
        <w:tc>
          <w:tcPr>
            <w:tcW w:w="1066" w:type="pct"/>
            <w:vMerge/>
            <w:tcBorders>
              <w:top w:val="nil"/>
              <w:left w:val="nil"/>
              <w:bottom w:val="nil"/>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w:t>
            </w:r>
          </w:p>
        </w:tc>
        <w:tc>
          <w:tcPr>
            <w:tcW w:w="155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44.48</w:t>
            </w:r>
          </w:p>
        </w:tc>
        <w:tc>
          <w:tcPr>
            <w:tcW w:w="132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32.98</w:t>
            </w:r>
          </w:p>
        </w:tc>
      </w:tr>
      <w:tr w:rsidR="007D693D" w:rsidRPr="007D693D" w:rsidTr="00283A04">
        <w:trPr>
          <w:trHeight w:val="300"/>
          <w:jc w:val="center"/>
        </w:trPr>
        <w:tc>
          <w:tcPr>
            <w:tcW w:w="1066" w:type="pct"/>
            <w:vMerge/>
            <w:tcBorders>
              <w:top w:val="nil"/>
              <w:left w:val="nil"/>
              <w:bottom w:val="nil"/>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w:t>
            </w:r>
          </w:p>
        </w:tc>
        <w:tc>
          <w:tcPr>
            <w:tcW w:w="155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44.77</w:t>
            </w:r>
          </w:p>
        </w:tc>
        <w:tc>
          <w:tcPr>
            <w:tcW w:w="132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20.29</w:t>
            </w:r>
          </w:p>
        </w:tc>
      </w:tr>
      <w:tr w:rsidR="007D693D" w:rsidRPr="007D693D" w:rsidTr="00283A04">
        <w:trPr>
          <w:trHeight w:val="300"/>
          <w:jc w:val="center"/>
        </w:trPr>
        <w:tc>
          <w:tcPr>
            <w:tcW w:w="1066" w:type="pct"/>
            <w:vMerge/>
            <w:tcBorders>
              <w:top w:val="nil"/>
              <w:left w:val="nil"/>
              <w:bottom w:val="single" w:sz="4" w:space="0" w:color="auto"/>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w:t>
            </w:r>
          </w:p>
        </w:tc>
        <w:tc>
          <w:tcPr>
            <w:tcW w:w="1557"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45.25</w:t>
            </w:r>
          </w:p>
        </w:tc>
        <w:tc>
          <w:tcPr>
            <w:tcW w:w="1327"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8.94</w:t>
            </w:r>
          </w:p>
        </w:tc>
      </w:tr>
      <w:tr w:rsidR="007D693D" w:rsidRPr="007D693D" w:rsidTr="00283A04">
        <w:trPr>
          <w:trHeight w:val="300"/>
          <w:jc w:val="center"/>
        </w:trPr>
        <w:tc>
          <w:tcPr>
            <w:tcW w:w="1066" w:type="pct"/>
            <w:vMerge w:val="restar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g</w:t>
            </w:r>
          </w:p>
        </w:tc>
        <w:tc>
          <w:tcPr>
            <w:tcW w:w="1050"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w:t>
            </w:r>
          </w:p>
        </w:tc>
        <w:tc>
          <w:tcPr>
            <w:tcW w:w="1557"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42.65</w:t>
            </w:r>
          </w:p>
        </w:tc>
        <w:tc>
          <w:tcPr>
            <w:tcW w:w="1327"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38.32</w:t>
            </w:r>
          </w:p>
        </w:tc>
      </w:tr>
      <w:tr w:rsidR="007D693D" w:rsidRPr="007D693D" w:rsidTr="00283A04">
        <w:trPr>
          <w:trHeight w:val="300"/>
          <w:jc w:val="center"/>
        </w:trPr>
        <w:tc>
          <w:tcPr>
            <w:tcW w:w="1066" w:type="pct"/>
            <w:vMerge/>
            <w:tcBorders>
              <w:top w:val="nil"/>
              <w:left w:val="nil"/>
              <w:bottom w:val="nil"/>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w:t>
            </w:r>
          </w:p>
        </w:tc>
        <w:tc>
          <w:tcPr>
            <w:tcW w:w="155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42.75</w:t>
            </w:r>
          </w:p>
        </w:tc>
        <w:tc>
          <w:tcPr>
            <w:tcW w:w="132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32.35</w:t>
            </w:r>
          </w:p>
        </w:tc>
      </w:tr>
      <w:tr w:rsidR="007D693D" w:rsidRPr="007D693D" w:rsidTr="00283A04">
        <w:trPr>
          <w:trHeight w:val="300"/>
          <w:jc w:val="center"/>
        </w:trPr>
        <w:tc>
          <w:tcPr>
            <w:tcW w:w="1066" w:type="pct"/>
            <w:vMerge/>
            <w:tcBorders>
              <w:top w:val="nil"/>
              <w:left w:val="nil"/>
              <w:bottom w:val="nil"/>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w:t>
            </w:r>
          </w:p>
        </w:tc>
        <w:tc>
          <w:tcPr>
            <w:tcW w:w="155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43.11</w:t>
            </w:r>
          </w:p>
        </w:tc>
        <w:tc>
          <w:tcPr>
            <w:tcW w:w="132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17.66</w:t>
            </w:r>
          </w:p>
        </w:tc>
      </w:tr>
      <w:tr w:rsidR="007D693D" w:rsidRPr="007D693D" w:rsidTr="00283A04">
        <w:trPr>
          <w:trHeight w:val="300"/>
          <w:jc w:val="center"/>
        </w:trPr>
        <w:tc>
          <w:tcPr>
            <w:tcW w:w="1066" w:type="pct"/>
            <w:vMerge/>
            <w:tcBorders>
              <w:top w:val="nil"/>
              <w:left w:val="nil"/>
              <w:bottom w:val="single" w:sz="4" w:space="0" w:color="auto"/>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w:t>
            </w:r>
          </w:p>
        </w:tc>
        <w:tc>
          <w:tcPr>
            <w:tcW w:w="1557"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43.52</w:t>
            </w:r>
          </w:p>
        </w:tc>
        <w:tc>
          <w:tcPr>
            <w:tcW w:w="1327" w:type="pct"/>
            <w:tcBorders>
              <w:top w:val="nil"/>
              <w:left w:val="nil"/>
              <w:bottom w:val="single" w:sz="4"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8.85</w:t>
            </w:r>
          </w:p>
        </w:tc>
      </w:tr>
      <w:tr w:rsidR="007D693D" w:rsidRPr="007D693D" w:rsidTr="00283A04">
        <w:trPr>
          <w:trHeight w:val="300"/>
          <w:jc w:val="center"/>
        </w:trPr>
        <w:tc>
          <w:tcPr>
            <w:tcW w:w="1066" w:type="pct"/>
            <w:vMerge w:val="restar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h</w:t>
            </w:r>
          </w:p>
        </w:tc>
        <w:tc>
          <w:tcPr>
            <w:tcW w:w="1050"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w:t>
            </w:r>
          </w:p>
        </w:tc>
        <w:tc>
          <w:tcPr>
            <w:tcW w:w="1557"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38.82</w:t>
            </w:r>
          </w:p>
        </w:tc>
        <w:tc>
          <w:tcPr>
            <w:tcW w:w="1327" w:type="pct"/>
            <w:tcBorders>
              <w:top w:val="single" w:sz="4" w:space="0" w:color="auto"/>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46.23</w:t>
            </w:r>
          </w:p>
        </w:tc>
      </w:tr>
      <w:tr w:rsidR="007D693D" w:rsidRPr="007D693D" w:rsidTr="00283A04">
        <w:trPr>
          <w:trHeight w:val="300"/>
          <w:jc w:val="center"/>
        </w:trPr>
        <w:tc>
          <w:tcPr>
            <w:tcW w:w="1066" w:type="pct"/>
            <w:vMerge/>
            <w:tcBorders>
              <w:top w:val="nil"/>
              <w:left w:val="nil"/>
              <w:bottom w:val="nil"/>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w:t>
            </w:r>
          </w:p>
        </w:tc>
        <w:tc>
          <w:tcPr>
            <w:tcW w:w="155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39.19</w:t>
            </w:r>
          </w:p>
        </w:tc>
        <w:tc>
          <w:tcPr>
            <w:tcW w:w="132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24.42</w:t>
            </w:r>
          </w:p>
        </w:tc>
      </w:tr>
      <w:tr w:rsidR="007D693D" w:rsidRPr="007D693D" w:rsidTr="00283A04">
        <w:trPr>
          <w:trHeight w:val="300"/>
          <w:jc w:val="center"/>
        </w:trPr>
        <w:tc>
          <w:tcPr>
            <w:tcW w:w="1066" w:type="pct"/>
            <w:vMerge/>
            <w:tcBorders>
              <w:top w:val="nil"/>
              <w:left w:val="nil"/>
              <w:bottom w:val="nil"/>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w:t>
            </w:r>
          </w:p>
        </w:tc>
        <w:tc>
          <w:tcPr>
            <w:tcW w:w="155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39.47</w:t>
            </w:r>
          </w:p>
        </w:tc>
        <w:tc>
          <w:tcPr>
            <w:tcW w:w="1327" w:type="pct"/>
            <w:tcBorders>
              <w:top w:val="nil"/>
              <w:left w:val="nil"/>
              <w:bottom w:val="nil"/>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15.25</w:t>
            </w:r>
          </w:p>
        </w:tc>
      </w:tr>
      <w:tr w:rsidR="007D693D" w:rsidRPr="007D693D" w:rsidTr="00283A04">
        <w:trPr>
          <w:trHeight w:val="300"/>
          <w:jc w:val="center"/>
        </w:trPr>
        <w:tc>
          <w:tcPr>
            <w:tcW w:w="1066" w:type="pct"/>
            <w:vMerge/>
            <w:tcBorders>
              <w:top w:val="nil"/>
              <w:left w:val="nil"/>
              <w:bottom w:val="single" w:sz="12" w:space="0" w:color="auto"/>
              <w:right w:val="nil"/>
            </w:tcBorders>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p>
        </w:tc>
        <w:tc>
          <w:tcPr>
            <w:tcW w:w="1050" w:type="pct"/>
            <w:tcBorders>
              <w:top w:val="nil"/>
              <w:left w:val="nil"/>
              <w:bottom w:val="single" w:sz="12"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w:t>
            </w:r>
          </w:p>
        </w:tc>
        <w:tc>
          <w:tcPr>
            <w:tcW w:w="1557" w:type="pct"/>
            <w:tcBorders>
              <w:top w:val="nil"/>
              <w:left w:val="nil"/>
              <w:bottom w:val="single" w:sz="12"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39.70</w:t>
            </w:r>
          </w:p>
        </w:tc>
        <w:tc>
          <w:tcPr>
            <w:tcW w:w="1327" w:type="pct"/>
            <w:tcBorders>
              <w:top w:val="nil"/>
              <w:left w:val="nil"/>
              <w:bottom w:val="single" w:sz="12" w:space="0" w:color="auto"/>
              <w:right w:val="nil"/>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10.34</w:t>
            </w:r>
          </w:p>
        </w:tc>
      </w:tr>
    </w:tbl>
    <w:p w:rsidR="007D693D" w:rsidRPr="007D693D" w:rsidRDefault="007D693D" w:rsidP="007D693D">
      <w:pPr>
        <w:widowControl/>
        <w:spacing w:before="100" w:beforeAutospacing="1" w:after="100" w:afterAutospacing="1" w:line="360" w:lineRule="auto"/>
        <w:rPr>
          <w:rFonts w:ascii="Times New Roman" w:eastAsia="宋体" w:hAnsi="Times New Roman" w:cs="Times New Roman"/>
          <w:kern w:val="0"/>
          <w:szCs w:val="21"/>
        </w:rPr>
      </w:pPr>
      <w:r w:rsidRPr="007D693D">
        <w:rPr>
          <w:rFonts w:ascii="Times New Roman" w:eastAsia="宋体" w:hAnsi="Times New Roman" w:cs="Times New Roman"/>
          <w:kern w:val="0"/>
          <w:szCs w:val="21"/>
        </w:rPr>
        <w:t>Structures for ECD calculations were optimized at B3LYP/6-311G(d,p) in methanol and optimized at B3LYP/6-31+G(d,p) in gas phase.</w:t>
      </w:r>
    </w:p>
    <w:p w:rsidR="007D693D" w:rsidRPr="007D693D" w:rsidRDefault="007D693D" w:rsidP="007D693D">
      <w:pPr>
        <w:widowControl/>
        <w:spacing w:line="360" w:lineRule="auto"/>
        <w:ind w:left="-90" w:right="-900" w:hanging="900"/>
        <w:jc w:val="center"/>
        <w:rPr>
          <w:rFonts w:ascii="Times New Roman" w:eastAsia="Times New Roman" w:hAnsi="Times New Roman" w:cs="Times New Roman"/>
          <w:kern w:val="0"/>
          <w:szCs w:val="21"/>
        </w:rPr>
      </w:pPr>
      <w:bookmarkStart w:id="3" w:name="_Ref497297734"/>
      <w:r w:rsidRPr="007D693D">
        <w:rPr>
          <w:rFonts w:ascii="Times New Roman" w:eastAsia="宋体" w:hAnsi="Times New Roman" w:cs="Times New Roman"/>
          <w:b/>
          <w:kern w:val="0"/>
          <w:szCs w:val="21"/>
        </w:rPr>
        <w:t>Table S</w:t>
      </w:r>
      <w:bookmarkEnd w:id="3"/>
      <w:r>
        <w:rPr>
          <w:rFonts w:ascii="Times New Roman" w:eastAsia="宋体" w:hAnsi="Times New Roman" w:cs="Times New Roman"/>
          <w:b/>
          <w:kern w:val="0"/>
          <w:szCs w:val="21"/>
        </w:rPr>
        <w:t>2</w:t>
      </w:r>
      <w:r w:rsidRPr="007D693D">
        <w:rPr>
          <w:rFonts w:ascii="Times New Roman" w:eastAsia="宋体" w:hAnsi="Times New Roman" w:cs="Times New Roman"/>
          <w:kern w:val="0"/>
          <w:szCs w:val="21"/>
        </w:rPr>
        <w:t xml:space="preserve"> </w:t>
      </w:r>
      <w:r w:rsidRPr="007D693D">
        <w:rPr>
          <w:rFonts w:ascii="Times New Roman" w:eastAsia="Times New Roman" w:hAnsi="Times New Roman" w:cs="Times New Roman"/>
          <w:kern w:val="0"/>
          <w:szCs w:val="21"/>
        </w:rPr>
        <w:t xml:space="preserve">Energies of compound </w:t>
      </w:r>
      <w:r>
        <w:rPr>
          <w:rFonts w:ascii="Times New Roman" w:eastAsia="Times New Roman" w:hAnsi="Times New Roman" w:cs="Times New Roman"/>
          <w:b/>
          <w:kern w:val="0"/>
          <w:szCs w:val="21"/>
        </w:rPr>
        <w:t>1</w:t>
      </w:r>
      <w:r w:rsidRPr="007D693D">
        <w:rPr>
          <w:rFonts w:ascii="Times New Roman" w:eastAsia="Times New Roman" w:hAnsi="Times New Roman" w:cs="Times New Roman"/>
          <w:kern w:val="0"/>
          <w:szCs w:val="21"/>
        </w:rPr>
        <w:t xml:space="preserve"> at B3LYP/6-311G(d,p) in methanol.</w:t>
      </w:r>
    </w:p>
    <w:tbl>
      <w:tblPr>
        <w:tblW w:w="5720" w:type="pct"/>
        <w:jc w:val="center"/>
        <w:tblBorders>
          <w:top w:val="single" w:sz="12" w:space="0" w:color="auto"/>
          <w:bottom w:val="single" w:sz="12" w:space="0" w:color="auto"/>
        </w:tblBorders>
        <w:tblLayout w:type="fixed"/>
        <w:tblLook w:val="04A0" w:firstRow="1" w:lastRow="0" w:firstColumn="1" w:lastColumn="0" w:noHBand="0" w:noVBand="1"/>
      </w:tblPr>
      <w:tblGrid>
        <w:gridCol w:w="1619"/>
        <w:gridCol w:w="1245"/>
        <w:gridCol w:w="1589"/>
        <w:gridCol w:w="1841"/>
        <w:gridCol w:w="1482"/>
        <w:gridCol w:w="1726"/>
      </w:tblGrid>
      <w:tr w:rsidR="007D693D" w:rsidRPr="007D693D" w:rsidTr="00283A04">
        <w:trPr>
          <w:trHeight w:val="300"/>
          <w:jc w:val="center"/>
        </w:trPr>
        <w:tc>
          <w:tcPr>
            <w:tcW w:w="852"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Configuration</w:t>
            </w:r>
          </w:p>
        </w:tc>
        <w:tc>
          <w:tcPr>
            <w:tcW w:w="655"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Conformer</w:t>
            </w:r>
          </w:p>
        </w:tc>
        <w:tc>
          <w:tcPr>
            <w:tcW w:w="836"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Structure</w:t>
            </w:r>
          </w:p>
        </w:tc>
        <w:tc>
          <w:tcPr>
            <w:tcW w:w="969"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E (Hartree)</w:t>
            </w:r>
          </w:p>
        </w:tc>
        <w:tc>
          <w:tcPr>
            <w:tcW w:w="780"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E (kcal/mol)</w:t>
            </w:r>
          </w:p>
        </w:tc>
        <w:tc>
          <w:tcPr>
            <w:tcW w:w="908"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Population (%)</w:t>
            </w:r>
          </w:p>
        </w:tc>
      </w:tr>
      <w:tr w:rsidR="007D693D" w:rsidRPr="007D693D" w:rsidTr="00283A04">
        <w:trPr>
          <w:trHeight w:val="315"/>
          <w:jc w:val="center"/>
        </w:trPr>
        <w:tc>
          <w:tcPr>
            <w:tcW w:w="852" w:type="pct"/>
            <w:tcBorders>
              <w:top w:val="single" w:sz="12" w:space="0" w:color="auto"/>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a</w:t>
            </w:r>
          </w:p>
        </w:tc>
        <w:tc>
          <w:tcPr>
            <w:tcW w:w="655" w:type="pct"/>
            <w:tcBorders>
              <w:top w:val="single" w:sz="12" w:space="0" w:color="auto"/>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w:t>
            </w:r>
          </w:p>
        </w:tc>
        <w:tc>
          <w:tcPr>
            <w:tcW w:w="836" w:type="pct"/>
            <w:tcBorders>
              <w:top w:val="single" w:sz="12" w:space="0" w:color="auto"/>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30A4B50A" wp14:editId="39C20F3C">
                  <wp:extent cx="932512" cy="930527"/>
                  <wp:effectExtent l="0" t="0" r="127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tcBorders>
              <w:top w:val="single" w:sz="12" w:space="0" w:color="auto"/>
              <w:bottom w:val="nil"/>
            </w:tcBorders>
            <w:shd w:val="clear" w:color="auto" w:fill="auto"/>
            <w:vAlign w:val="center"/>
            <w:hideMark/>
          </w:tcPr>
          <w:p w:rsidR="007D693D" w:rsidRPr="007D693D" w:rsidRDefault="007D693D" w:rsidP="007D693D">
            <w:pPr>
              <w:widowControl/>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-1151.80101303</w:t>
            </w:r>
          </w:p>
        </w:tc>
        <w:tc>
          <w:tcPr>
            <w:tcW w:w="780" w:type="pct"/>
            <w:tcBorders>
              <w:top w:val="single" w:sz="12" w:space="0" w:color="auto"/>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-722766.04</w:t>
            </w:r>
          </w:p>
        </w:tc>
        <w:tc>
          <w:tcPr>
            <w:tcW w:w="908" w:type="pct"/>
            <w:tcBorders>
              <w:top w:val="single" w:sz="12" w:space="0" w:color="auto"/>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18.22</w:t>
            </w:r>
          </w:p>
        </w:tc>
      </w:tr>
      <w:tr w:rsidR="007D693D" w:rsidRPr="007D693D" w:rsidTr="00283A04">
        <w:trPr>
          <w:trHeight w:val="315"/>
          <w:jc w:val="center"/>
        </w:trPr>
        <w:tc>
          <w:tcPr>
            <w:tcW w:w="852"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a</w:t>
            </w:r>
          </w:p>
        </w:tc>
        <w:tc>
          <w:tcPr>
            <w:tcW w:w="655"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2</w:t>
            </w:r>
          </w:p>
        </w:tc>
        <w:tc>
          <w:tcPr>
            <w:tcW w:w="836"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64CF3907" wp14:editId="7CCB9F46">
                  <wp:extent cx="932512" cy="930527"/>
                  <wp:effectExtent l="0" t="0" r="127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-1151.80150795</w:t>
            </w:r>
          </w:p>
        </w:tc>
        <w:tc>
          <w:tcPr>
            <w:tcW w:w="780"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-722766.35</w:t>
            </w:r>
          </w:p>
        </w:tc>
        <w:tc>
          <w:tcPr>
            <w:tcW w:w="908"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30.79</w:t>
            </w:r>
          </w:p>
        </w:tc>
      </w:tr>
      <w:tr w:rsidR="007D693D" w:rsidRPr="007D693D" w:rsidTr="00283A04">
        <w:trPr>
          <w:trHeight w:val="315"/>
          <w:jc w:val="center"/>
        </w:trPr>
        <w:tc>
          <w:tcPr>
            <w:tcW w:w="852"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a</w:t>
            </w:r>
          </w:p>
        </w:tc>
        <w:tc>
          <w:tcPr>
            <w:tcW w:w="655"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w:t>
            </w:r>
          </w:p>
        </w:tc>
        <w:tc>
          <w:tcPr>
            <w:tcW w:w="836"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2AAA498D" wp14:editId="61D46948">
                  <wp:extent cx="932512" cy="930527"/>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-1151.80154509</w:t>
            </w:r>
          </w:p>
        </w:tc>
        <w:tc>
          <w:tcPr>
            <w:tcW w:w="780"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-722766.38</w:t>
            </w:r>
          </w:p>
        </w:tc>
        <w:tc>
          <w:tcPr>
            <w:tcW w:w="908"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32.02</w:t>
            </w:r>
          </w:p>
        </w:tc>
      </w:tr>
      <w:tr w:rsidR="007D693D" w:rsidRPr="007D693D" w:rsidTr="00283A04">
        <w:trPr>
          <w:trHeight w:val="315"/>
          <w:jc w:val="center"/>
        </w:trPr>
        <w:tc>
          <w:tcPr>
            <w:tcW w:w="852"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a</w:t>
            </w:r>
          </w:p>
        </w:tc>
        <w:tc>
          <w:tcPr>
            <w:tcW w:w="655"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4</w:t>
            </w:r>
          </w:p>
        </w:tc>
        <w:tc>
          <w:tcPr>
            <w:tcW w:w="836"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2CD7DECD" wp14:editId="708B2AAC">
                  <wp:extent cx="932512" cy="930527"/>
                  <wp:effectExtent l="0" t="0" r="127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-1151.80105119</w:t>
            </w:r>
          </w:p>
        </w:tc>
        <w:tc>
          <w:tcPr>
            <w:tcW w:w="780"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-722766.07</w:t>
            </w:r>
          </w:p>
        </w:tc>
        <w:tc>
          <w:tcPr>
            <w:tcW w:w="908"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18.97</w:t>
            </w:r>
          </w:p>
        </w:tc>
      </w:tr>
      <w:tr w:rsidR="007D693D" w:rsidRPr="007D693D" w:rsidTr="00283A04">
        <w:trPr>
          <w:trHeight w:val="315"/>
          <w:jc w:val="center"/>
        </w:trPr>
        <w:tc>
          <w:tcPr>
            <w:tcW w:w="852"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b</w:t>
            </w:r>
          </w:p>
        </w:tc>
        <w:tc>
          <w:tcPr>
            <w:tcW w:w="655"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w:t>
            </w:r>
          </w:p>
        </w:tc>
        <w:tc>
          <w:tcPr>
            <w:tcW w:w="836"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25F0FE46" wp14:editId="29578B96">
                  <wp:extent cx="909904" cy="952021"/>
                  <wp:effectExtent l="0" t="0" r="508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09904" cy="952021"/>
                          </a:xfrm>
                          <a:prstGeom prst="rect">
                            <a:avLst/>
                          </a:prstGeom>
                          <a:noFill/>
                          <a:ln>
                            <a:noFill/>
                          </a:ln>
                        </pic:spPr>
                      </pic:pic>
                    </a:graphicData>
                  </a:graphic>
                </wp:inline>
              </w:drawing>
            </w:r>
          </w:p>
        </w:tc>
        <w:tc>
          <w:tcPr>
            <w:tcW w:w="969"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-1151.80356528</w:t>
            </w:r>
          </w:p>
        </w:tc>
        <w:tc>
          <w:tcPr>
            <w:tcW w:w="780"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-722767.64</w:t>
            </w:r>
          </w:p>
        </w:tc>
        <w:tc>
          <w:tcPr>
            <w:tcW w:w="908"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16.52</w:t>
            </w:r>
          </w:p>
        </w:tc>
      </w:tr>
      <w:tr w:rsidR="007D693D" w:rsidRPr="007D693D" w:rsidTr="00283A04">
        <w:trPr>
          <w:trHeight w:val="315"/>
          <w:jc w:val="center"/>
        </w:trPr>
        <w:tc>
          <w:tcPr>
            <w:tcW w:w="852"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lastRenderedPageBreak/>
              <w:t>b</w:t>
            </w:r>
          </w:p>
        </w:tc>
        <w:tc>
          <w:tcPr>
            <w:tcW w:w="655"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2</w:t>
            </w:r>
          </w:p>
        </w:tc>
        <w:tc>
          <w:tcPr>
            <w:tcW w:w="836"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1E92D043" wp14:editId="014C5ADB">
                  <wp:extent cx="909904" cy="952021"/>
                  <wp:effectExtent l="0" t="0" r="508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09904" cy="952021"/>
                          </a:xfrm>
                          <a:prstGeom prst="rect">
                            <a:avLst/>
                          </a:prstGeom>
                          <a:noFill/>
                          <a:ln>
                            <a:noFill/>
                          </a:ln>
                        </pic:spPr>
                      </pic:pic>
                    </a:graphicData>
                  </a:graphic>
                </wp:inline>
              </w:drawing>
            </w:r>
          </w:p>
        </w:tc>
        <w:tc>
          <w:tcPr>
            <w:tcW w:w="969"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-1151.80412029</w:t>
            </w:r>
          </w:p>
        </w:tc>
        <w:tc>
          <w:tcPr>
            <w:tcW w:w="780"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-722767.99</w:t>
            </w:r>
          </w:p>
        </w:tc>
        <w:tc>
          <w:tcPr>
            <w:tcW w:w="908"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29.76</w:t>
            </w:r>
          </w:p>
        </w:tc>
      </w:tr>
      <w:tr w:rsidR="007D693D" w:rsidRPr="007D693D" w:rsidTr="00283A04">
        <w:trPr>
          <w:trHeight w:val="315"/>
          <w:jc w:val="center"/>
        </w:trPr>
        <w:tc>
          <w:tcPr>
            <w:tcW w:w="852"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b</w:t>
            </w:r>
          </w:p>
        </w:tc>
        <w:tc>
          <w:tcPr>
            <w:tcW w:w="655"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w:t>
            </w:r>
          </w:p>
        </w:tc>
        <w:tc>
          <w:tcPr>
            <w:tcW w:w="836"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69464618" wp14:editId="47FBEBF3">
                  <wp:extent cx="920678" cy="952021"/>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20678" cy="952021"/>
                          </a:xfrm>
                          <a:prstGeom prst="rect">
                            <a:avLst/>
                          </a:prstGeom>
                          <a:noFill/>
                          <a:ln>
                            <a:noFill/>
                          </a:ln>
                        </pic:spPr>
                      </pic:pic>
                    </a:graphicData>
                  </a:graphic>
                </wp:inline>
              </w:drawing>
            </w:r>
          </w:p>
        </w:tc>
        <w:tc>
          <w:tcPr>
            <w:tcW w:w="969"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-1151.80418957</w:t>
            </w:r>
          </w:p>
        </w:tc>
        <w:tc>
          <w:tcPr>
            <w:tcW w:w="780"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-722768.04</w:t>
            </w:r>
          </w:p>
        </w:tc>
        <w:tc>
          <w:tcPr>
            <w:tcW w:w="908"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32.02</w:t>
            </w:r>
          </w:p>
        </w:tc>
      </w:tr>
      <w:tr w:rsidR="007D693D" w:rsidRPr="007D693D" w:rsidTr="00283A04">
        <w:trPr>
          <w:trHeight w:val="315"/>
          <w:jc w:val="center"/>
        </w:trPr>
        <w:tc>
          <w:tcPr>
            <w:tcW w:w="852"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b</w:t>
            </w:r>
          </w:p>
        </w:tc>
        <w:tc>
          <w:tcPr>
            <w:tcW w:w="655"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4</w:t>
            </w:r>
          </w:p>
        </w:tc>
        <w:tc>
          <w:tcPr>
            <w:tcW w:w="836"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2697976E" wp14:editId="20991BBF">
                  <wp:extent cx="932512" cy="930527"/>
                  <wp:effectExtent l="0" t="0" r="127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-1151.80382230</w:t>
            </w:r>
          </w:p>
        </w:tc>
        <w:tc>
          <w:tcPr>
            <w:tcW w:w="780"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-722767.80</w:t>
            </w:r>
          </w:p>
        </w:tc>
        <w:tc>
          <w:tcPr>
            <w:tcW w:w="908"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21.70</w:t>
            </w:r>
          </w:p>
        </w:tc>
      </w:tr>
      <w:tr w:rsidR="007D693D" w:rsidRPr="007D693D" w:rsidTr="00283A04">
        <w:trPr>
          <w:trHeight w:val="315"/>
          <w:jc w:val="center"/>
        </w:trPr>
        <w:tc>
          <w:tcPr>
            <w:tcW w:w="852"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c</w:t>
            </w:r>
          </w:p>
        </w:tc>
        <w:tc>
          <w:tcPr>
            <w:tcW w:w="655"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w:t>
            </w:r>
          </w:p>
        </w:tc>
        <w:tc>
          <w:tcPr>
            <w:tcW w:w="836"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2CCA3E7D" wp14:editId="65CBFB8D">
                  <wp:extent cx="932512" cy="930527"/>
                  <wp:effectExtent l="0" t="0" r="127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-1151.80269722</w:t>
            </w:r>
          </w:p>
        </w:tc>
        <w:tc>
          <w:tcPr>
            <w:tcW w:w="780"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-722767.10</w:t>
            </w:r>
          </w:p>
        </w:tc>
        <w:tc>
          <w:tcPr>
            <w:tcW w:w="908"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34.14</w:t>
            </w:r>
          </w:p>
        </w:tc>
      </w:tr>
      <w:tr w:rsidR="007D693D" w:rsidRPr="007D693D" w:rsidTr="00283A04">
        <w:trPr>
          <w:trHeight w:val="315"/>
          <w:jc w:val="center"/>
        </w:trPr>
        <w:tc>
          <w:tcPr>
            <w:tcW w:w="852"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c</w:t>
            </w:r>
          </w:p>
        </w:tc>
        <w:tc>
          <w:tcPr>
            <w:tcW w:w="655"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2</w:t>
            </w:r>
          </w:p>
        </w:tc>
        <w:tc>
          <w:tcPr>
            <w:tcW w:w="836"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5D7E4EA0" wp14:editId="519B3A5F">
                  <wp:extent cx="932512" cy="930527"/>
                  <wp:effectExtent l="0" t="0" r="127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-1151.80083476</w:t>
            </w:r>
          </w:p>
        </w:tc>
        <w:tc>
          <w:tcPr>
            <w:tcW w:w="780"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-722765.93</w:t>
            </w:r>
          </w:p>
        </w:tc>
        <w:tc>
          <w:tcPr>
            <w:tcW w:w="908"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4.74</w:t>
            </w:r>
          </w:p>
        </w:tc>
      </w:tr>
      <w:tr w:rsidR="007D693D" w:rsidRPr="007D693D" w:rsidTr="00283A04">
        <w:trPr>
          <w:trHeight w:val="315"/>
          <w:jc w:val="center"/>
        </w:trPr>
        <w:tc>
          <w:tcPr>
            <w:tcW w:w="852"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c</w:t>
            </w:r>
          </w:p>
        </w:tc>
        <w:tc>
          <w:tcPr>
            <w:tcW w:w="655"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w:t>
            </w:r>
          </w:p>
        </w:tc>
        <w:tc>
          <w:tcPr>
            <w:tcW w:w="836"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4B1B3E14" wp14:editId="6F2970DC">
                  <wp:extent cx="932512" cy="930527"/>
                  <wp:effectExtent l="0" t="0" r="127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-1151.80262762</w:t>
            </w:r>
          </w:p>
        </w:tc>
        <w:tc>
          <w:tcPr>
            <w:tcW w:w="780"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-722767.06</w:t>
            </w:r>
          </w:p>
        </w:tc>
        <w:tc>
          <w:tcPr>
            <w:tcW w:w="908"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31.71</w:t>
            </w:r>
          </w:p>
        </w:tc>
      </w:tr>
      <w:tr w:rsidR="007D693D" w:rsidRPr="007D693D" w:rsidTr="00283A04">
        <w:trPr>
          <w:trHeight w:val="315"/>
          <w:jc w:val="center"/>
        </w:trPr>
        <w:tc>
          <w:tcPr>
            <w:tcW w:w="852"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c</w:t>
            </w:r>
          </w:p>
        </w:tc>
        <w:tc>
          <w:tcPr>
            <w:tcW w:w="655"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4</w:t>
            </w:r>
          </w:p>
        </w:tc>
        <w:tc>
          <w:tcPr>
            <w:tcW w:w="836"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23DBA1D5" wp14:editId="3BDC303C">
                  <wp:extent cx="932512" cy="930527"/>
                  <wp:effectExtent l="0" t="0" r="127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-1151.80255619</w:t>
            </w:r>
          </w:p>
        </w:tc>
        <w:tc>
          <w:tcPr>
            <w:tcW w:w="780"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-722767.01</w:t>
            </w:r>
          </w:p>
        </w:tc>
        <w:tc>
          <w:tcPr>
            <w:tcW w:w="908"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29.40</w:t>
            </w:r>
          </w:p>
        </w:tc>
      </w:tr>
      <w:tr w:rsidR="007D693D" w:rsidRPr="007D693D" w:rsidTr="00283A04">
        <w:trPr>
          <w:trHeight w:val="315"/>
          <w:jc w:val="center"/>
        </w:trPr>
        <w:tc>
          <w:tcPr>
            <w:tcW w:w="852"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d</w:t>
            </w:r>
          </w:p>
        </w:tc>
        <w:tc>
          <w:tcPr>
            <w:tcW w:w="655"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w:t>
            </w:r>
          </w:p>
        </w:tc>
        <w:tc>
          <w:tcPr>
            <w:tcW w:w="836"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09334F0F" wp14:editId="106C9D16">
                  <wp:extent cx="932512" cy="930527"/>
                  <wp:effectExtent l="0" t="0" r="127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-1151.80292104</w:t>
            </w:r>
          </w:p>
        </w:tc>
        <w:tc>
          <w:tcPr>
            <w:tcW w:w="780"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-722767.24</w:t>
            </w:r>
          </w:p>
        </w:tc>
        <w:tc>
          <w:tcPr>
            <w:tcW w:w="908"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17.65</w:t>
            </w:r>
          </w:p>
        </w:tc>
      </w:tr>
      <w:tr w:rsidR="007D693D" w:rsidRPr="007D693D" w:rsidTr="00283A04">
        <w:trPr>
          <w:trHeight w:val="315"/>
          <w:jc w:val="center"/>
        </w:trPr>
        <w:tc>
          <w:tcPr>
            <w:tcW w:w="852"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lastRenderedPageBreak/>
              <w:t>d</w:t>
            </w:r>
          </w:p>
        </w:tc>
        <w:tc>
          <w:tcPr>
            <w:tcW w:w="655"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2</w:t>
            </w:r>
          </w:p>
        </w:tc>
        <w:tc>
          <w:tcPr>
            <w:tcW w:w="836"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31D31608" wp14:editId="0A00FDDC">
                  <wp:extent cx="932512" cy="930527"/>
                  <wp:effectExtent l="0" t="0" r="127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-1151.80342311</w:t>
            </w:r>
          </w:p>
        </w:tc>
        <w:tc>
          <w:tcPr>
            <w:tcW w:w="780"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-722767.55</w:t>
            </w:r>
          </w:p>
        </w:tc>
        <w:tc>
          <w:tcPr>
            <w:tcW w:w="908"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30.04</w:t>
            </w:r>
          </w:p>
        </w:tc>
      </w:tr>
      <w:tr w:rsidR="007D693D" w:rsidRPr="007D693D" w:rsidTr="00283A04">
        <w:trPr>
          <w:trHeight w:val="315"/>
          <w:jc w:val="center"/>
        </w:trPr>
        <w:tc>
          <w:tcPr>
            <w:tcW w:w="852" w:type="pct"/>
            <w:tcBorders>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d</w:t>
            </w:r>
          </w:p>
        </w:tc>
        <w:tc>
          <w:tcPr>
            <w:tcW w:w="655" w:type="pct"/>
            <w:tcBorders>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w:t>
            </w:r>
          </w:p>
        </w:tc>
        <w:tc>
          <w:tcPr>
            <w:tcW w:w="836" w:type="pct"/>
            <w:tcBorders>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6317A94D" wp14:editId="1DC6DAA6">
                  <wp:extent cx="932512" cy="930527"/>
                  <wp:effectExtent l="0" t="0" r="127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tcBorders>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-1151.80343752</w:t>
            </w:r>
          </w:p>
        </w:tc>
        <w:tc>
          <w:tcPr>
            <w:tcW w:w="780" w:type="pct"/>
            <w:tcBorders>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-722767.56</w:t>
            </w:r>
          </w:p>
        </w:tc>
        <w:tc>
          <w:tcPr>
            <w:tcW w:w="908" w:type="pct"/>
            <w:tcBorders>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30.50</w:t>
            </w:r>
          </w:p>
        </w:tc>
      </w:tr>
      <w:tr w:rsidR="007D693D" w:rsidRPr="007D693D" w:rsidTr="00283A04">
        <w:trPr>
          <w:trHeight w:val="315"/>
          <w:jc w:val="center"/>
        </w:trPr>
        <w:tc>
          <w:tcPr>
            <w:tcW w:w="852"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d</w:t>
            </w:r>
          </w:p>
        </w:tc>
        <w:tc>
          <w:tcPr>
            <w:tcW w:w="655"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4</w:t>
            </w:r>
          </w:p>
        </w:tc>
        <w:tc>
          <w:tcPr>
            <w:tcW w:w="836"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70BEC674" wp14:editId="61D03A2A">
                  <wp:extent cx="932512" cy="930527"/>
                  <wp:effectExtent l="0" t="0" r="127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-1151.80312081</w:t>
            </w:r>
          </w:p>
        </w:tc>
        <w:tc>
          <w:tcPr>
            <w:tcW w:w="780"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-722767.36</w:t>
            </w:r>
          </w:p>
        </w:tc>
        <w:tc>
          <w:tcPr>
            <w:tcW w:w="908"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21.81</w:t>
            </w:r>
          </w:p>
        </w:tc>
      </w:tr>
      <w:tr w:rsidR="007D693D" w:rsidRPr="007D693D" w:rsidTr="00283A04">
        <w:trPr>
          <w:trHeight w:val="315"/>
          <w:jc w:val="center"/>
        </w:trPr>
        <w:tc>
          <w:tcPr>
            <w:tcW w:w="852"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e</w:t>
            </w:r>
          </w:p>
        </w:tc>
        <w:tc>
          <w:tcPr>
            <w:tcW w:w="655"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w:t>
            </w:r>
          </w:p>
        </w:tc>
        <w:tc>
          <w:tcPr>
            <w:tcW w:w="836"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0C543800" wp14:editId="15F50A34">
                  <wp:extent cx="932512" cy="930527"/>
                  <wp:effectExtent l="0" t="0" r="1270" b="3175"/>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-1151.80292104</w:t>
            </w:r>
          </w:p>
        </w:tc>
        <w:tc>
          <w:tcPr>
            <w:tcW w:w="780"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-722767.24</w:t>
            </w:r>
          </w:p>
        </w:tc>
        <w:tc>
          <w:tcPr>
            <w:tcW w:w="908"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17.65</w:t>
            </w:r>
          </w:p>
        </w:tc>
      </w:tr>
      <w:tr w:rsidR="007D693D" w:rsidRPr="007D693D" w:rsidTr="00283A04">
        <w:trPr>
          <w:trHeight w:val="315"/>
          <w:jc w:val="center"/>
        </w:trPr>
        <w:tc>
          <w:tcPr>
            <w:tcW w:w="852"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e</w:t>
            </w:r>
          </w:p>
        </w:tc>
        <w:tc>
          <w:tcPr>
            <w:tcW w:w="655"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2</w:t>
            </w:r>
          </w:p>
        </w:tc>
        <w:tc>
          <w:tcPr>
            <w:tcW w:w="836"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74953B30" wp14:editId="1C0C9986">
                  <wp:extent cx="932512" cy="941546"/>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32512" cy="941546"/>
                          </a:xfrm>
                          <a:prstGeom prst="rect">
                            <a:avLst/>
                          </a:prstGeom>
                          <a:noFill/>
                          <a:ln>
                            <a:noFill/>
                          </a:ln>
                        </pic:spPr>
                      </pic:pic>
                    </a:graphicData>
                  </a:graphic>
                </wp:inline>
              </w:drawing>
            </w:r>
          </w:p>
        </w:tc>
        <w:tc>
          <w:tcPr>
            <w:tcW w:w="969"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-1151.80342311</w:t>
            </w:r>
          </w:p>
        </w:tc>
        <w:tc>
          <w:tcPr>
            <w:tcW w:w="780"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-722767.55</w:t>
            </w:r>
          </w:p>
        </w:tc>
        <w:tc>
          <w:tcPr>
            <w:tcW w:w="908"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30.04</w:t>
            </w:r>
          </w:p>
        </w:tc>
      </w:tr>
      <w:tr w:rsidR="007D693D" w:rsidRPr="007D693D" w:rsidTr="00283A04">
        <w:trPr>
          <w:trHeight w:val="315"/>
          <w:jc w:val="center"/>
        </w:trPr>
        <w:tc>
          <w:tcPr>
            <w:tcW w:w="852"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e</w:t>
            </w:r>
          </w:p>
        </w:tc>
        <w:tc>
          <w:tcPr>
            <w:tcW w:w="655"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w:t>
            </w:r>
          </w:p>
        </w:tc>
        <w:tc>
          <w:tcPr>
            <w:tcW w:w="836"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2A6A718A" wp14:editId="50927607">
                  <wp:extent cx="932512" cy="941546"/>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32512" cy="941546"/>
                          </a:xfrm>
                          <a:prstGeom prst="rect">
                            <a:avLst/>
                          </a:prstGeom>
                          <a:noFill/>
                          <a:ln>
                            <a:noFill/>
                          </a:ln>
                        </pic:spPr>
                      </pic:pic>
                    </a:graphicData>
                  </a:graphic>
                </wp:inline>
              </w:drawing>
            </w:r>
          </w:p>
        </w:tc>
        <w:tc>
          <w:tcPr>
            <w:tcW w:w="969"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-1151.80343752</w:t>
            </w:r>
          </w:p>
        </w:tc>
        <w:tc>
          <w:tcPr>
            <w:tcW w:w="780"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-722767.56</w:t>
            </w:r>
          </w:p>
        </w:tc>
        <w:tc>
          <w:tcPr>
            <w:tcW w:w="908"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30.50</w:t>
            </w:r>
          </w:p>
        </w:tc>
      </w:tr>
      <w:tr w:rsidR="007D693D" w:rsidRPr="007D693D" w:rsidTr="00283A04">
        <w:trPr>
          <w:trHeight w:val="315"/>
          <w:jc w:val="center"/>
        </w:trPr>
        <w:tc>
          <w:tcPr>
            <w:tcW w:w="852"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e</w:t>
            </w:r>
          </w:p>
        </w:tc>
        <w:tc>
          <w:tcPr>
            <w:tcW w:w="655"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4</w:t>
            </w:r>
          </w:p>
        </w:tc>
        <w:tc>
          <w:tcPr>
            <w:tcW w:w="836"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1DC6BB8B" wp14:editId="6C158488">
                  <wp:extent cx="932512" cy="941546"/>
                  <wp:effectExtent l="0" t="0" r="127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32512" cy="941546"/>
                          </a:xfrm>
                          <a:prstGeom prst="rect">
                            <a:avLst/>
                          </a:prstGeom>
                          <a:noFill/>
                          <a:ln>
                            <a:noFill/>
                          </a:ln>
                        </pic:spPr>
                      </pic:pic>
                    </a:graphicData>
                  </a:graphic>
                </wp:inline>
              </w:drawing>
            </w:r>
          </w:p>
        </w:tc>
        <w:tc>
          <w:tcPr>
            <w:tcW w:w="969"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-1151.80312080</w:t>
            </w:r>
          </w:p>
        </w:tc>
        <w:tc>
          <w:tcPr>
            <w:tcW w:w="780"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-722767.36</w:t>
            </w:r>
          </w:p>
        </w:tc>
        <w:tc>
          <w:tcPr>
            <w:tcW w:w="908"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21.81</w:t>
            </w:r>
          </w:p>
        </w:tc>
      </w:tr>
      <w:tr w:rsidR="007D693D" w:rsidRPr="007D693D" w:rsidTr="00283A04">
        <w:trPr>
          <w:trHeight w:val="315"/>
          <w:jc w:val="center"/>
        </w:trPr>
        <w:tc>
          <w:tcPr>
            <w:tcW w:w="852"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f</w:t>
            </w:r>
          </w:p>
        </w:tc>
        <w:tc>
          <w:tcPr>
            <w:tcW w:w="655"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w:t>
            </w:r>
          </w:p>
        </w:tc>
        <w:tc>
          <w:tcPr>
            <w:tcW w:w="836"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108A48B9" wp14:editId="2414A9AA">
                  <wp:extent cx="932512" cy="930527"/>
                  <wp:effectExtent l="0" t="0" r="127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-1151.80269722</w:t>
            </w:r>
          </w:p>
        </w:tc>
        <w:tc>
          <w:tcPr>
            <w:tcW w:w="780"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-722767.10</w:t>
            </w:r>
          </w:p>
        </w:tc>
        <w:tc>
          <w:tcPr>
            <w:tcW w:w="908"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34.14</w:t>
            </w:r>
          </w:p>
        </w:tc>
      </w:tr>
      <w:tr w:rsidR="007D693D" w:rsidRPr="007D693D" w:rsidTr="00283A04">
        <w:trPr>
          <w:trHeight w:val="315"/>
          <w:jc w:val="center"/>
        </w:trPr>
        <w:tc>
          <w:tcPr>
            <w:tcW w:w="852"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lastRenderedPageBreak/>
              <w:t>f</w:t>
            </w:r>
          </w:p>
        </w:tc>
        <w:tc>
          <w:tcPr>
            <w:tcW w:w="655"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2</w:t>
            </w:r>
          </w:p>
        </w:tc>
        <w:tc>
          <w:tcPr>
            <w:tcW w:w="836"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47BDAB09" wp14:editId="52574EA9">
                  <wp:extent cx="932512" cy="930527"/>
                  <wp:effectExtent l="0" t="0" r="1270" b="3175"/>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-1151.80083476</w:t>
            </w:r>
          </w:p>
        </w:tc>
        <w:tc>
          <w:tcPr>
            <w:tcW w:w="780"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-722765.93</w:t>
            </w:r>
          </w:p>
        </w:tc>
        <w:tc>
          <w:tcPr>
            <w:tcW w:w="908"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4.74</w:t>
            </w:r>
          </w:p>
        </w:tc>
      </w:tr>
      <w:tr w:rsidR="007D693D" w:rsidRPr="007D693D" w:rsidTr="00283A04">
        <w:trPr>
          <w:trHeight w:val="315"/>
          <w:jc w:val="center"/>
        </w:trPr>
        <w:tc>
          <w:tcPr>
            <w:tcW w:w="852"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f</w:t>
            </w:r>
          </w:p>
        </w:tc>
        <w:tc>
          <w:tcPr>
            <w:tcW w:w="655"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w:t>
            </w:r>
          </w:p>
        </w:tc>
        <w:tc>
          <w:tcPr>
            <w:tcW w:w="836"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7A7193CA" wp14:editId="723FA9E3">
                  <wp:extent cx="932512" cy="941546"/>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32512" cy="941546"/>
                          </a:xfrm>
                          <a:prstGeom prst="rect">
                            <a:avLst/>
                          </a:prstGeom>
                          <a:noFill/>
                          <a:ln>
                            <a:noFill/>
                          </a:ln>
                        </pic:spPr>
                      </pic:pic>
                    </a:graphicData>
                  </a:graphic>
                </wp:inline>
              </w:drawing>
            </w:r>
          </w:p>
        </w:tc>
        <w:tc>
          <w:tcPr>
            <w:tcW w:w="969"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-1151.80262752</w:t>
            </w:r>
          </w:p>
        </w:tc>
        <w:tc>
          <w:tcPr>
            <w:tcW w:w="780"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-722767.06</w:t>
            </w:r>
          </w:p>
        </w:tc>
        <w:tc>
          <w:tcPr>
            <w:tcW w:w="908"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31.71</w:t>
            </w:r>
          </w:p>
        </w:tc>
      </w:tr>
      <w:tr w:rsidR="007D693D" w:rsidRPr="007D693D" w:rsidTr="00283A04">
        <w:trPr>
          <w:trHeight w:val="315"/>
          <w:jc w:val="center"/>
        </w:trPr>
        <w:tc>
          <w:tcPr>
            <w:tcW w:w="852"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f</w:t>
            </w:r>
          </w:p>
        </w:tc>
        <w:tc>
          <w:tcPr>
            <w:tcW w:w="655"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4</w:t>
            </w:r>
          </w:p>
        </w:tc>
        <w:tc>
          <w:tcPr>
            <w:tcW w:w="836"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0F654CE6" wp14:editId="3C43C888">
                  <wp:extent cx="932512" cy="941546"/>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932512" cy="941546"/>
                          </a:xfrm>
                          <a:prstGeom prst="rect">
                            <a:avLst/>
                          </a:prstGeom>
                          <a:noFill/>
                          <a:ln>
                            <a:noFill/>
                          </a:ln>
                        </pic:spPr>
                      </pic:pic>
                    </a:graphicData>
                  </a:graphic>
                </wp:inline>
              </w:drawing>
            </w:r>
          </w:p>
        </w:tc>
        <w:tc>
          <w:tcPr>
            <w:tcW w:w="969"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-1151.80255619</w:t>
            </w:r>
          </w:p>
        </w:tc>
        <w:tc>
          <w:tcPr>
            <w:tcW w:w="780"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-722767.01</w:t>
            </w:r>
          </w:p>
        </w:tc>
        <w:tc>
          <w:tcPr>
            <w:tcW w:w="908"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29.40</w:t>
            </w:r>
          </w:p>
        </w:tc>
      </w:tr>
      <w:tr w:rsidR="007D693D" w:rsidRPr="007D693D" w:rsidTr="00283A04">
        <w:trPr>
          <w:trHeight w:val="315"/>
          <w:jc w:val="center"/>
        </w:trPr>
        <w:tc>
          <w:tcPr>
            <w:tcW w:w="852"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g</w:t>
            </w:r>
          </w:p>
        </w:tc>
        <w:tc>
          <w:tcPr>
            <w:tcW w:w="655"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w:t>
            </w:r>
          </w:p>
        </w:tc>
        <w:tc>
          <w:tcPr>
            <w:tcW w:w="836"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0F70CCFF" wp14:editId="7574FFF7">
                  <wp:extent cx="932512" cy="941546"/>
                  <wp:effectExtent l="0" t="0" r="127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32512" cy="941546"/>
                          </a:xfrm>
                          <a:prstGeom prst="rect">
                            <a:avLst/>
                          </a:prstGeom>
                          <a:noFill/>
                          <a:ln>
                            <a:noFill/>
                          </a:ln>
                        </pic:spPr>
                      </pic:pic>
                    </a:graphicData>
                  </a:graphic>
                </wp:inline>
              </w:drawing>
            </w:r>
          </w:p>
        </w:tc>
        <w:tc>
          <w:tcPr>
            <w:tcW w:w="969"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-1151.80356528</w:t>
            </w:r>
          </w:p>
        </w:tc>
        <w:tc>
          <w:tcPr>
            <w:tcW w:w="780"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-722767.64</w:t>
            </w:r>
          </w:p>
        </w:tc>
        <w:tc>
          <w:tcPr>
            <w:tcW w:w="908"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16.52</w:t>
            </w:r>
          </w:p>
        </w:tc>
      </w:tr>
      <w:tr w:rsidR="007D693D" w:rsidRPr="007D693D" w:rsidTr="00283A04">
        <w:trPr>
          <w:trHeight w:val="315"/>
          <w:jc w:val="center"/>
        </w:trPr>
        <w:tc>
          <w:tcPr>
            <w:tcW w:w="852"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g</w:t>
            </w:r>
          </w:p>
        </w:tc>
        <w:tc>
          <w:tcPr>
            <w:tcW w:w="655"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2</w:t>
            </w:r>
          </w:p>
        </w:tc>
        <w:tc>
          <w:tcPr>
            <w:tcW w:w="836"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248CA2D0" wp14:editId="424ED79C">
                  <wp:extent cx="932512" cy="941546"/>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32512" cy="941546"/>
                          </a:xfrm>
                          <a:prstGeom prst="rect">
                            <a:avLst/>
                          </a:prstGeom>
                          <a:noFill/>
                          <a:ln>
                            <a:noFill/>
                          </a:ln>
                        </pic:spPr>
                      </pic:pic>
                    </a:graphicData>
                  </a:graphic>
                </wp:inline>
              </w:drawing>
            </w:r>
          </w:p>
        </w:tc>
        <w:tc>
          <w:tcPr>
            <w:tcW w:w="969"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-1151.80412029</w:t>
            </w:r>
          </w:p>
        </w:tc>
        <w:tc>
          <w:tcPr>
            <w:tcW w:w="780"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-722767.99</w:t>
            </w:r>
          </w:p>
        </w:tc>
        <w:tc>
          <w:tcPr>
            <w:tcW w:w="908"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29.76</w:t>
            </w:r>
          </w:p>
        </w:tc>
      </w:tr>
      <w:tr w:rsidR="007D693D" w:rsidRPr="007D693D" w:rsidTr="00283A04">
        <w:trPr>
          <w:trHeight w:val="315"/>
          <w:jc w:val="center"/>
        </w:trPr>
        <w:tc>
          <w:tcPr>
            <w:tcW w:w="852"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g</w:t>
            </w:r>
          </w:p>
        </w:tc>
        <w:tc>
          <w:tcPr>
            <w:tcW w:w="655"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w:t>
            </w:r>
          </w:p>
        </w:tc>
        <w:tc>
          <w:tcPr>
            <w:tcW w:w="836"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65B2518A" wp14:editId="04EEFB1F">
                  <wp:extent cx="932512" cy="941546"/>
                  <wp:effectExtent l="0" t="0" r="127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32512" cy="941546"/>
                          </a:xfrm>
                          <a:prstGeom prst="rect">
                            <a:avLst/>
                          </a:prstGeom>
                          <a:noFill/>
                          <a:ln>
                            <a:noFill/>
                          </a:ln>
                        </pic:spPr>
                      </pic:pic>
                    </a:graphicData>
                  </a:graphic>
                </wp:inline>
              </w:drawing>
            </w:r>
          </w:p>
        </w:tc>
        <w:tc>
          <w:tcPr>
            <w:tcW w:w="969"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-1151.80418957</w:t>
            </w:r>
          </w:p>
        </w:tc>
        <w:tc>
          <w:tcPr>
            <w:tcW w:w="780"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-722768.04</w:t>
            </w:r>
          </w:p>
        </w:tc>
        <w:tc>
          <w:tcPr>
            <w:tcW w:w="908"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32.02</w:t>
            </w:r>
          </w:p>
        </w:tc>
      </w:tr>
      <w:tr w:rsidR="007D693D" w:rsidRPr="007D693D" w:rsidTr="00283A04">
        <w:trPr>
          <w:trHeight w:val="315"/>
          <w:jc w:val="center"/>
        </w:trPr>
        <w:tc>
          <w:tcPr>
            <w:tcW w:w="852"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g</w:t>
            </w:r>
          </w:p>
        </w:tc>
        <w:tc>
          <w:tcPr>
            <w:tcW w:w="655"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4</w:t>
            </w:r>
          </w:p>
        </w:tc>
        <w:tc>
          <w:tcPr>
            <w:tcW w:w="836"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5F247B86" wp14:editId="15A3A46A">
                  <wp:extent cx="932512" cy="941546"/>
                  <wp:effectExtent l="0" t="0" r="1270" b="0"/>
                  <wp:docPr id="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32512" cy="941546"/>
                          </a:xfrm>
                          <a:prstGeom prst="rect">
                            <a:avLst/>
                          </a:prstGeom>
                          <a:noFill/>
                          <a:ln>
                            <a:noFill/>
                          </a:ln>
                        </pic:spPr>
                      </pic:pic>
                    </a:graphicData>
                  </a:graphic>
                </wp:inline>
              </w:drawing>
            </w:r>
          </w:p>
        </w:tc>
        <w:tc>
          <w:tcPr>
            <w:tcW w:w="969"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-1151.80382230</w:t>
            </w:r>
          </w:p>
        </w:tc>
        <w:tc>
          <w:tcPr>
            <w:tcW w:w="780"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-722767.80</w:t>
            </w:r>
          </w:p>
        </w:tc>
        <w:tc>
          <w:tcPr>
            <w:tcW w:w="908"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21.70</w:t>
            </w:r>
          </w:p>
        </w:tc>
      </w:tr>
      <w:tr w:rsidR="007D693D" w:rsidRPr="007D693D" w:rsidTr="00283A04">
        <w:trPr>
          <w:trHeight w:val="315"/>
          <w:jc w:val="center"/>
        </w:trPr>
        <w:tc>
          <w:tcPr>
            <w:tcW w:w="852"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h</w:t>
            </w:r>
          </w:p>
        </w:tc>
        <w:tc>
          <w:tcPr>
            <w:tcW w:w="655"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w:t>
            </w:r>
          </w:p>
        </w:tc>
        <w:tc>
          <w:tcPr>
            <w:tcW w:w="836"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41E73D17" wp14:editId="5F1F793D">
                  <wp:extent cx="932512" cy="941546"/>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32512" cy="941546"/>
                          </a:xfrm>
                          <a:prstGeom prst="rect">
                            <a:avLst/>
                          </a:prstGeom>
                          <a:noFill/>
                          <a:ln>
                            <a:noFill/>
                          </a:ln>
                        </pic:spPr>
                      </pic:pic>
                    </a:graphicData>
                  </a:graphic>
                </wp:inline>
              </w:drawing>
            </w:r>
          </w:p>
        </w:tc>
        <w:tc>
          <w:tcPr>
            <w:tcW w:w="969"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-1151.80101303</w:t>
            </w:r>
          </w:p>
        </w:tc>
        <w:tc>
          <w:tcPr>
            <w:tcW w:w="780"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-722766.04</w:t>
            </w:r>
          </w:p>
        </w:tc>
        <w:tc>
          <w:tcPr>
            <w:tcW w:w="908"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18.22</w:t>
            </w:r>
          </w:p>
        </w:tc>
      </w:tr>
      <w:tr w:rsidR="007D693D" w:rsidRPr="007D693D" w:rsidTr="00283A04">
        <w:trPr>
          <w:trHeight w:val="315"/>
          <w:jc w:val="center"/>
        </w:trPr>
        <w:tc>
          <w:tcPr>
            <w:tcW w:w="852"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lastRenderedPageBreak/>
              <w:t>h</w:t>
            </w:r>
          </w:p>
        </w:tc>
        <w:tc>
          <w:tcPr>
            <w:tcW w:w="655"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2</w:t>
            </w:r>
          </w:p>
        </w:tc>
        <w:tc>
          <w:tcPr>
            <w:tcW w:w="836"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557B09DA" wp14:editId="6C35D13A">
                  <wp:extent cx="932512" cy="941546"/>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932512" cy="941546"/>
                          </a:xfrm>
                          <a:prstGeom prst="rect">
                            <a:avLst/>
                          </a:prstGeom>
                          <a:noFill/>
                          <a:ln>
                            <a:noFill/>
                          </a:ln>
                        </pic:spPr>
                      </pic:pic>
                    </a:graphicData>
                  </a:graphic>
                </wp:inline>
              </w:drawing>
            </w:r>
          </w:p>
        </w:tc>
        <w:tc>
          <w:tcPr>
            <w:tcW w:w="969"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-1151.80150795</w:t>
            </w:r>
          </w:p>
        </w:tc>
        <w:tc>
          <w:tcPr>
            <w:tcW w:w="780"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-722766.35</w:t>
            </w:r>
          </w:p>
        </w:tc>
        <w:tc>
          <w:tcPr>
            <w:tcW w:w="908"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30.79</w:t>
            </w:r>
          </w:p>
        </w:tc>
      </w:tr>
      <w:tr w:rsidR="007D693D" w:rsidRPr="007D693D" w:rsidTr="00283A04">
        <w:trPr>
          <w:trHeight w:val="315"/>
          <w:jc w:val="center"/>
        </w:trPr>
        <w:tc>
          <w:tcPr>
            <w:tcW w:w="852"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h</w:t>
            </w:r>
          </w:p>
        </w:tc>
        <w:tc>
          <w:tcPr>
            <w:tcW w:w="655"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w:t>
            </w:r>
          </w:p>
        </w:tc>
        <w:tc>
          <w:tcPr>
            <w:tcW w:w="836"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67A88086" wp14:editId="46578898">
                  <wp:extent cx="932512" cy="941546"/>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932512" cy="941546"/>
                          </a:xfrm>
                          <a:prstGeom prst="rect">
                            <a:avLst/>
                          </a:prstGeom>
                          <a:noFill/>
                          <a:ln>
                            <a:noFill/>
                          </a:ln>
                        </pic:spPr>
                      </pic:pic>
                    </a:graphicData>
                  </a:graphic>
                </wp:inline>
              </w:drawing>
            </w:r>
          </w:p>
        </w:tc>
        <w:tc>
          <w:tcPr>
            <w:tcW w:w="969"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-1151.80154509</w:t>
            </w:r>
          </w:p>
        </w:tc>
        <w:tc>
          <w:tcPr>
            <w:tcW w:w="780"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-722766.38</w:t>
            </w:r>
          </w:p>
        </w:tc>
        <w:tc>
          <w:tcPr>
            <w:tcW w:w="908"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32.02</w:t>
            </w:r>
          </w:p>
        </w:tc>
      </w:tr>
      <w:tr w:rsidR="007D693D" w:rsidRPr="007D693D" w:rsidTr="00283A04">
        <w:trPr>
          <w:trHeight w:val="315"/>
          <w:jc w:val="center"/>
        </w:trPr>
        <w:tc>
          <w:tcPr>
            <w:tcW w:w="852"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h</w:t>
            </w:r>
          </w:p>
        </w:tc>
        <w:tc>
          <w:tcPr>
            <w:tcW w:w="655"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4</w:t>
            </w:r>
          </w:p>
        </w:tc>
        <w:tc>
          <w:tcPr>
            <w:tcW w:w="836"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272008FC" wp14:editId="13057641">
                  <wp:extent cx="932512" cy="941546"/>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932512" cy="941546"/>
                          </a:xfrm>
                          <a:prstGeom prst="rect">
                            <a:avLst/>
                          </a:prstGeom>
                          <a:noFill/>
                          <a:ln>
                            <a:noFill/>
                          </a:ln>
                        </pic:spPr>
                      </pic:pic>
                    </a:graphicData>
                  </a:graphic>
                </wp:inline>
              </w:drawing>
            </w:r>
          </w:p>
        </w:tc>
        <w:tc>
          <w:tcPr>
            <w:tcW w:w="969"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-1151.80105119</w:t>
            </w:r>
          </w:p>
        </w:tc>
        <w:tc>
          <w:tcPr>
            <w:tcW w:w="780"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-722766.07</w:t>
            </w:r>
          </w:p>
        </w:tc>
        <w:tc>
          <w:tcPr>
            <w:tcW w:w="908"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18.97</w:t>
            </w:r>
          </w:p>
        </w:tc>
      </w:tr>
    </w:tbl>
    <w:p w:rsidR="007D693D" w:rsidRPr="007D693D" w:rsidRDefault="007D693D" w:rsidP="007D693D">
      <w:pPr>
        <w:widowControl/>
        <w:spacing w:before="100" w:beforeAutospacing="1" w:after="100" w:afterAutospacing="1" w:line="360" w:lineRule="auto"/>
        <w:rPr>
          <w:rFonts w:ascii="Times New Roman" w:eastAsia="宋体" w:hAnsi="Times New Roman" w:cs="Times New Roman"/>
          <w:kern w:val="0"/>
          <w:szCs w:val="21"/>
        </w:rPr>
      </w:pPr>
    </w:p>
    <w:p w:rsidR="007D693D" w:rsidRDefault="007D693D" w:rsidP="007D693D">
      <w:pPr>
        <w:widowControl/>
        <w:spacing w:line="360" w:lineRule="auto"/>
        <w:ind w:right="-900"/>
        <w:rPr>
          <w:rFonts w:ascii="Times New Roman" w:eastAsia="宋体" w:hAnsi="Times New Roman" w:cs="Times New Roman"/>
          <w:b/>
          <w:kern w:val="0"/>
          <w:szCs w:val="21"/>
        </w:rPr>
      </w:pPr>
      <w:bookmarkStart w:id="4" w:name="_Ref493278654"/>
    </w:p>
    <w:p w:rsidR="007D693D" w:rsidRPr="007D693D" w:rsidRDefault="007D693D" w:rsidP="007D693D">
      <w:pPr>
        <w:widowControl/>
        <w:spacing w:line="360" w:lineRule="auto"/>
        <w:ind w:right="-900"/>
        <w:rPr>
          <w:rFonts w:ascii="Times New Roman" w:eastAsia="Times New Roman" w:hAnsi="Times New Roman" w:cs="Times New Roman"/>
          <w:kern w:val="0"/>
          <w:szCs w:val="21"/>
        </w:rPr>
      </w:pPr>
      <w:r w:rsidRPr="007D693D">
        <w:rPr>
          <w:rFonts w:ascii="Times New Roman" w:eastAsia="宋体" w:hAnsi="Times New Roman" w:cs="Times New Roman"/>
          <w:b/>
          <w:kern w:val="0"/>
          <w:szCs w:val="21"/>
        </w:rPr>
        <w:t>Table S</w:t>
      </w:r>
      <w:bookmarkEnd w:id="4"/>
      <w:r>
        <w:rPr>
          <w:rFonts w:ascii="Times New Roman" w:eastAsia="宋体" w:hAnsi="Times New Roman" w:cs="Times New Roman"/>
          <w:b/>
          <w:kern w:val="0"/>
          <w:szCs w:val="21"/>
        </w:rPr>
        <w:t>3</w:t>
      </w:r>
      <w:r w:rsidRPr="007D693D">
        <w:rPr>
          <w:rFonts w:ascii="Times New Roman" w:eastAsia="宋体" w:hAnsi="Times New Roman" w:cs="Times New Roman"/>
          <w:kern w:val="0"/>
          <w:szCs w:val="21"/>
        </w:rPr>
        <w:t xml:space="preserve"> </w:t>
      </w:r>
      <w:r w:rsidRPr="007D693D">
        <w:rPr>
          <w:rFonts w:ascii="Times New Roman" w:eastAsia="Times New Roman" w:hAnsi="Times New Roman" w:cs="Times New Roman"/>
          <w:kern w:val="0"/>
          <w:szCs w:val="21"/>
        </w:rPr>
        <w:t xml:space="preserve">Energies of configurations </w:t>
      </w:r>
      <w:r w:rsidRPr="007D693D">
        <w:rPr>
          <w:rFonts w:ascii="Times New Roman" w:eastAsia="Times New Roman" w:hAnsi="Times New Roman" w:cs="Times New Roman"/>
          <w:b/>
          <w:kern w:val="0"/>
          <w:szCs w:val="21"/>
        </w:rPr>
        <w:t>e</w:t>
      </w:r>
      <w:r w:rsidRPr="007D693D">
        <w:rPr>
          <w:rFonts w:ascii="Times New Roman" w:eastAsia="Times New Roman" w:hAnsi="Times New Roman" w:cs="Times New Roman"/>
          <w:kern w:val="0"/>
          <w:szCs w:val="21"/>
        </w:rPr>
        <w:t xml:space="preserve"> and </w:t>
      </w:r>
      <w:r w:rsidRPr="007D693D">
        <w:rPr>
          <w:rFonts w:ascii="Times New Roman" w:eastAsia="Times New Roman" w:hAnsi="Times New Roman" w:cs="Times New Roman"/>
          <w:b/>
          <w:kern w:val="0"/>
          <w:szCs w:val="21"/>
        </w:rPr>
        <w:t>f</w:t>
      </w:r>
      <w:r w:rsidRPr="007D693D">
        <w:rPr>
          <w:rFonts w:ascii="Times New Roman" w:eastAsia="Times New Roman" w:hAnsi="Times New Roman" w:cs="Times New Roman"/>
          <w:kern w:val="0"/>
          <w:szCs w:val="21"/>
        </w:rPr>
        <w:t xml:space="preserve"> of compound </w:t>
      </w:r>
      <w:r>
        <w:rPr>
          <w:rFonts w:ascii="Times New Roman" w:eastAsia="Times New Roman" w:hAnsi="Times New Roman" w:cs="Times New Roman"/>
          <w:b/>
          <w:kern w:val="0"/>
          <w:szCs w:val="21"/>
        </w:rPr>
        <w:t>1</w:t>
      </w:r>
      <w:r w:rsidRPr="007D693D">
        <w:rPr>
          <w:rFonts w:ascii="Times New Roman" w:eastAsia="Times New Roman" w:hAnsi="Times New Roman" w:cs="Times New Roman"/>
          <w:kern w:val="0"/>
          <w:szCs w:val="21"/>
        </w:rPr>
        <w:t xml:space="preserve"> at B3LYP/6-31+G(d,p) in gas phase.</w:t>
      </w:r>
    </w:p>
    <w:tbl>
      <w:tblPr>
        <w:tblW w:w="5720" w:type="pct"/>
        <w:jc w:val="center"/>
        <w:tblBorders>
          <w:top w:val="single" w:sz="12" w:space="0" w:color="auto"/>
          <w:bottom w:val="single" w:sz="12" w:space="0" w:color="auto"/>
        </w:tblBorders>
        <w:tblLayout w:type="fixed"/>
        <w:tblLook w:val="04A0" w:firstRow="1" w:lastRow="0" w:firstColumn="1" w:lastColumn="0" w:noHBand="0" w:noVBand="1"/>
      </w:tblPr>
      <w:tblGrid>
        <w:gridCol w:w="1618"/>
        <w:gridCol w:w="1246"/>
        <w:gridCol w:w="1589"/>
        <w:gridCol w:w="1841"/>
        <w:gridCol w:w="1482"/>
        <w:gridCol w:w="1726"/>
      </w:tblGrid>
      <w:tr w:rsidR="007D693D" w:rsidRPr="007D693D" w:rsidTr="00283A04">
        <w:trPr>
          <w:trHeight w:val="300"/>
          <w:jc w:val="center"/>
        </w:trPr>
        <w:tc>
          <w:tcPr>
            <w:tcW w:w="851"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Configuration</w:t>
            </w:r>
          </w:p>
        </w:tc>
        <w:tc>
          <w:tcPr>
            <w:tcW w:w="655"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Conformer</w:t>
            </w:r>
          </w:p>
        </w:tc>
        <w:tc>
          <w:tcPr>
            <w:tcW w:w="836"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Structure</w:t>
            </w:r>
          </w:p>
        </w:tc>
        <w:tc>
          <w:tcPr>
            <w:tcW w:w="969"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E (Hartree)</w:t>
            </w:r>
          </w:p>
        </w:tc>
        <w:tc>
          <w:tcPr>
            <w:tcW w:w="780"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E (kcal/mol)</w:t>
            </w:r>
          </w:p>
        </w:tc>
        <w:tc>
          <w:tcPr>
            <w:tcW w:w="908"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Population (%)</w:t>
            </w:r>
          </w:p>
        </w:tc>
      </w:tr>
      <w:tr w:rsidR="007D693D" w:rsidRPr="007D693D" w:rsidTr="00283A04">
        <w:trPr>
          <w:trHeight w:val="315"/>
          <w:jc w:val="center"/>
        </w:trPr>
        <w:tc>
          <w:tcPr>
            <w:tcW w:w="851" w:type="pct"/>
            <w:tcBorders>
              <w:top w:val="single" w:sz="12" w:space="0" w:color="auto"/>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e</w:t>
            </w:r>
          </w:p>
        </w:tc>
        <w:tc>
          <w:tcPr>
            <w:tcW w:w="655" w:type="pct"/>
            <w:tcBorders>
              <w:top w:val="single" w:sz="12" w:space="0" w:color="auto"/>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w:t>
            </w:r>
          </w:p>
        </w:tc>
        <w:tc>
          <w:tcPr>
            <w:tcW w:w="836" w:type="pct"/>
            <w:tcBorders>
              <w:top w:val="single" w:sz="12" w:space="0" w:color="auto"/>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539652C2" wp14:editId="48F1D0B1">
                  <wp:extent cx="932512" cy="930527"/>
                  <wp:effectExtent l="0" t="0" r="127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tcBorders>
              <w:top w:val="single" w:sz="12" w:space="0" w:color="auto"/>
              <w:bottom w:val="nil"/>
            </w:tcBorders>
            <w:shd w:val="clear" w:color="auto" w:fill="auto"/>
            <w:vAlign w:val="center"/>
            <w:hideMark/>
          </w:tcPr>
          <w:p w:rsidR="007D693D" w:rsidRPr="007D693D" w:rsidRDefault="007D693D" w:rsidP="007D693D">
            <w:pPr>
              <w:widowControl/>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-1151.56886485</w:t>
            </w:r>
          </w:p>
        </w:tc>
        <w:tc>
          <w:tcPr>
            <w:tcW w:w="780" w:type="pct"/>
            <w:tcBorders>
              <w:top w:val="single" w:sz="12" w:space="0" w:color="auto"/>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-722620.37</w:t>
            </w:r>
          </w:p>
        </w:tc>
        <w:tc>
          <w:tcPr>
            <w:tcW w:w="908" w:type="pct"/>
            <w:tcBorders>
              <w:top w:val="single" w:sz="12" w:space="0" w:color="auto"/>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12.70</w:t>
            </w:r>
          </w:p>
        </w:tc>
      </w:tr>
      <w:tr w:rsidR="007D693D" w:rsidRPr="007D693D" w:rsidTr="00283A04">
        <w:trPr>
          <w:trHeight w:val="315"/>
          <w:jc w:val="center"/>
        </w:trPr>
        <w:tc>
          <w:tcPr>
            <w:tcW w:w="851"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e</w:t>
            </w:r>
          </w:p>
        </w:tc>
        <w:tc>
          <w:tcPr>
            <w:tcW w:w="655"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2</w:t>
            </w:r>
          </w:p>
        </w:tc>
        <w:tc>
          <w:tcPr>
            <w:tcW w:w="836"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7FDFE592" wp14:editId="4B7718FC">
                  <wp:extent cx="932512" cy="930527"/>
                  <wp:effectExtent l="0" t="0" r="127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-1151.56982782</w:t>
            </w:r>
          </w:p>
        </w:tc>
        <w:tc>
          <w:tcPr>
            <w:tcW w:w="780"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-722620.97</w:t>
            </w:r>
          </w:p>
        </w:tc>
        <w:tc>
          <w:tcPr>
            <w:tcW w:w="908"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35.25</w:t>
            </w:r>
          </w:p>
        </w:tc>
      </w:tr>
      <w:tr w:rsidR="007D693D" w:rsidRPr="007D693D" w:rsidTr="00283A04">
        <w:trPr>
          <w:trHeight w:val="315"/>
          <w:jc w:val="center"/>
        </w:trPr>
        <w:tc>
          <w:tcPr>
            <w:tcW w:w="851"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e</w:t>
            </w:r>
          </w:p>
        </w:tc>
        <w:tc>
          <w:tcPr>
            <w:tcW w:w="655"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w:t>
            </w:r>
          </w:p>
        </w:tc>
        <w:tc>
          <w:tcPr>
            <w:tcW w:w="836"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33065AA2" wp14:editId="15CFBF96">
                  <wp:extent cx="932512" cy="930527"/>
                  <wp:effectExtent l="0" t="0" r="127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-1151.56986271</w:t>
            </w:r>
          </w:p>
        </w:tc>
        <w:tc>
          <w:tcPr>
            <w:tcW w:w="780"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-722620.99</w:t>
            </w:r>
          </w:p>
        </w:tc>
        <w:tc>
          <w:tcPr>
            <w:tcW w:w="908"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36.58</w:t>
            </w:r>
          </w:p>
        </w:tc>
      </w:tr>
      <w:tr w:rsidR="007D693D" w:rsidRPr="007D693D" w:rsidTr="00283A04">
        <w:trPr>
          <w:trHeight w:val="315"/>
          <w:jc w:val="center"/>
        </w:trPr>
        <w:tc>
          <w:tcPr>
            <w:tcW w:w="851"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e</w:t>
            </w:r>
          </w:p>
        </w:tc>
        <w:tc>
          <w:tcPr>
            <w:tcW w:w="655"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4</w:t>
            </w:r>
          </w:p>
        </w:tc>
        <w:tc>
          <w:tcPr>
            <w:tcW w:w="836" w:type="pct"/>
            <w:tcBorders>
              <w:top w:val="nil"/>
              <w:bottom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5DF5A2F3" wp14:editId="33792CBA">
                  <wp:extent cx="932512" cy="930527"/>
                  <wp:effectExtent l="0" t="0" r="127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-1151.56905090</w:t>
            </w:r>
          </w:p>
        </w:tc>
        <w:tc>
          <w:tcPr>
            <w:tcW w:w="780"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-722620.48</w:t>
            </w:r>
          </w:p>
        </w:tc>
        <w:tc>
          <w:tcPr>
            <w:tcW w:w="908" w:type="pct"/>
            <w:tcBorders>
              <w:top w:val="nil"/>
              <w:bottom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15.47</w:t>
            </w:r>
          </w:p>
        </w:tc>
      </w:tr>
      <w:tr w:rsidR="007D693D" w:rsidRPr="007D693D" w:rsidTr="00283A04">
        <w:trPr>
          <w:trHeight w:val="315"/>
          <w:jc w:val="center"/>
        </w:trPr>
        <w:tc>
          <w:tcPr>
            <w:tcW w:w="851"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lastRenderedPageBreak/>
              <w:t>f</w:t>
            </w:r>
          </w:p>
        </w:tc>
        <w:tc>
          <w:tcPr>
            <w:tcW w:w="655"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1</w:t>
            </w:r>
          </w:p>
        </w:tc>
        <w:tc>
          <w:tcPr>
            <w:tcW w:w="836"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4AB5BD5A" wp14:editId="392E011C">
                  <wp:extent cx="932512" cy="930527"/>
                  <wp:effectExtent l="0" t="0" r="127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tcBorders>
              <w:top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-1151.56907327</w:t>
            </w:r>
          </w:p>
        </w:tc>
        <w:tc>
          <w:tcPr>
            <w:tcW w:w="780" w:type="pct"/>
            <w:tcBorders>
              <w:top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-722620.50</w:t>
            </w:r>
          </w:p>
        </w:tc>
        <w:tc>
          <w:tcPr>
            <w:tcW w:w="908" w:type="pct"/>
            <w:tcBorders>
              <w:top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37.78</w:t>
            </w:r>
          </w:p>
        </w:tc>
      </w:tr>
      <w:tr w:rsidR="007D693D" w:rsidRPr="007D693D" w:rsidTr="00283A04">
        <w:trPr>
          <w:trHeight w:val="315"/>
          <w:jc w:val="center"/>
        </w:trPr>
        <w:tc>
          <w:tcPr>
            <w:tcW w:w="851"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f</w:t>
            </w:r>
          </w:p>
        </w:tc>
        <w:tc>
          <w:tcPr>
            <w:tcW w:w="655"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2</w:t>
            </w:r>
          </w:p>
        </w:tc>
        <w:tc>
          <w:tcPr>
            <w:tcW w:w="836"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34ED59BA" wp14:editId="10980426">
                  <wp:extent cx="932512" cy="930527"/>
                  <wp:effectExtent l="0" t="0" r="127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-1151.56652537</w:t>
            </w:r>
          </w:p>
        </w:tc>
        <w:tc>
          <w:tcPr>
            <w:tcW w:w="780" w:type="pct"/>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-722618.90</w:t>
            </w:r>
          </w:p>
        </w:tc>
        <w:tc>
          <w:tcPr>
            <w:tcW w:w="908" w:type="pct"/>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2.54</w:t>
            </w:r>
          </w:p>
        </w:tc>
      </w:tr>
      <w:tr w:rsidR="007D693D" w:rsidRPr="007D693D" w:rsidTr="00283A04">
        <w:trPr>
          <w:trHeight w:val="315"/>
          <w:jc w:val="center"/>
        </w:trPr>
        <w:tc>
          <w:tcPr>
            <w:tcW w:w="851"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f</w:t>
            </w:r>
          </w:p>
        </w:tc>
        <w:tc>
          <w:tcPr>
            <w:tcW w:w="655"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w:t>
            </w:r>
          </w:p>
        </w:tc>
        <w:tc>
          <w:tcPr>
            <w:tcW w:w="836" w:type="pct"/>
            <w:tcBorders>
              <w:top w:val="nil"/>
            </w:tcBorders>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32E3D589" wp14:editId="6983B74B">
                  <wp:extent cx="932512" cy="930527"/>
                  <wp:effectExtent l="0" t="0" r="127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tcBorders>
              <w:top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-1151.56909578</w:t>
            </w:r>
          </w:p>
        </w:tc>
        <w:tc>
          <w:tcPr>
            <w:tcW w:w="780" w:type="pct"/>
            <w:tcBorders>
              <w:top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-722620.51</w:t>
            </w:r>
          </w:p>
        </w:tc>
        <w:tc>
          <w:tcPr>
            <w:tcW w:w="908" w:type="pct"/>
            <w:tcBorders>
              <w:top w:val="nil"/>
            </w:tcBorders>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38.70</w:t>
            </w:r>
          </w:p>
        </w:tc>
      </w:tr>
      <w:tr w:rsidR="007D693D" w:rsidRPr="007D693D" w:rsidTr="00283A04">
        <w:trPr>
          <w:trHeight w:val="315"/>
          <w:jc w:val="center"/>
        </w:trPr>
        <w:tc>
          <w:tcPr>
            <w:tcW w:w="851"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b/>
                <w:bCs/>
                <w:kern w:val="0"/>
                <w:szCs w:val="21"/>
              </w:rPr>
            </w:pPr>
            <w:r w:rsidRPr="007D693D">
              <w:rPr>
                <w:rFonts w:ascii="Times New Roman" w:eastAsia="Times New Roman" w:hAnsi="Times New Roman" w:cs="Times New Roman"/>
                <w:b/>
                <w:bCs/>
                <w:kern w:val="0"/>
                <w:szCs w:val="21"/>
              </w:rPr>
              <w:t>f</w:t>
            </w:r>
          </w:p>
        </w:tc>
        <w:tc>
          <w:tcPr>
            <w:tcW w:w="655"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4</w:t>
            </w:r>
          </w:p>
        </w:tc>
        <w:tc>
          <w:tcPr>
            <w:tcW w:w="836" w:type="pct"/>
            <w:shd w:val="clear" w:color="auto" w:fill="auto"/>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noProof/>
                <w:kern w:val="0"/>
                <w:szCs w:val="21"/>
              </w:rPr>
              <w:drawing>
                <wp:inline distT="0" distB="0" distL="0" distR="0" wp14:anchorId="7D1B9FDE" wp14:editId="27D10FDF">
                  <wp:extent cx="932512" cy="930527"/>
                  <wp:effectExtent l="0" t="0" r="127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gm\result\figure\tif\1-1.tif1-1"/>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932512" cy="930527"/>
                          </a:xfrm>
                          <a:prstGeom prst="rect">
                            <a:avLst/>
                          </a:prstGeom>
                          <a:noFill/>
                          <a:ln>
                            <a:noFill/>
                          </a:ln>
                        </pic:spPr>
                      </pic:pic>
                    </a:graphicData>
                  </a:graphic>
                </wp:inline>
              </w:drawing>
            </w:r>
          </w:p>
        </w:tc>
        <w:tc>
          <w:tcPr>
            <w:tcW w:w="969" w:type="pct"/>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-1151.56851814</w:t>
            </w:r>
          </w:p>
        </w:tc>
        <w:tc>
          <w:tcPr>
            <w:tcW w:w="780" w:type="pct"/>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-722620.15</w:t>
            </w:r>
          </w:p>
        </w:tc>
        <w:tc>
          <w:tcPr>
            <w:tcW w:w="908" w:type="pct"/>
            <w:shd w:val="clear" w:color="auto" w:fill="auto"/>
            <w:vAlign w:val="center"/>
            <w:hideMark/>
          </w:tcPr>
          <w:p w:rsidR="007D693D" w:rsidRPr="007D693D" w:rsidRDefault="007D693D" w:rsidP="007D693D">
            <w:pPr>
              <w:widowControl/>
              <w:spacing w:after="160" w:line="259" w:lineRule="auto"/>
              <w:jc w:val="center"/>
              <w:rPr>
                <w:rFonts w:ascii="Times New Roman" w:eastAsia="宋体" w:hAnsi="Times New Roman" w:cs="Times New Roman"/>
                <w:color w:val="000000"/>
                <w:kern w:val="0"/>
                <w:szCs w:val="21"/>
              </w:rPr>
            </w:pPr>
            <w:r w:rsidRPr="007D693D">
              <w:rPr>
                <w:rFonts w:ascii="Times New Roman" w:eastAsia="宋体" w:hAnsi="Times New Roman" w:cs="Times New Roman"/>
                <w:color w:val="000000"/>
                <w:kern w:val="0"/>
                <w:szCs w:val="21"/>
              </w:rPr>
              <w:t>20.98</w:t>
            </w:r>
          </w:p>
        </w:tc>
      </w:tr>
    </w:tbl>
    <w:p w:rsidR="007D693D" w:rsidRPr="007D693D" w:rsidRDefault="007D693D" w:rsidP="007D693D">
      <w:pPr>
        <w:widowControl/>
        <w:spacing w:line="360" w:lineRule="auto"/>
        <w:jc w:val="center"/>
        <w:rPr>
          <w:rFonts w:ascii="Times New Roman" w:eastAsia="宋体" w:hAnsi="Times New Roman" w:cs="Times New Roman"/>
          <w:kern w:val="0"/>
          <w:szCs w:val="21"/>
        </w:rPr>
      </w:pPr>
    </w:p>
    <w:p w:rsidR="007D693D" w:rsidRPr="007D693D" w:rsidRDefault="007D693D" w:rsidP="007D693D">
      <w:pPr>
        <w:widowControl/>
        <w:jc w:val="left"/>
        <w:rPr>
          <w:rFonts w:ascii="Times New Roman" w:eastAsia="宋体" w:hAnsi="Times New Roman" w:cs="Times New Roman"/>
          <w:kern w:val="0"/>
          <w:szCs w:val="21"/>
        </w:rPr>
      </w:pPr>
      <w:r w:rsidRPr="007D693D">
        <w:rPr>
          <w:rFonts w:ascii="Times New Roman" w:eastAsia="宋体" w:hAnsi="Times New Roman" w:cs="Times New Roman"/>
          <w:b/>
          <w:kern w:val="0"/>
          <w:szCs w:val="21"/>
        </w:rPr>
        <w:t>Table S</w:t>
      </w:r>
      <w:r>
        <w:rPr>
          <w:rFonts w:ascii="Times New Roman" w:eastAsia="宋体" w:hAnsi="Times New Roman" w:cs="Times New Roman"/>
          <w:b/>
          <w:kern w:val="0"/>
          <w:szCs w:val="21"/>
        </w:rPr>
        <w:t>4</w:t>
      </w:r>
      <w:r w:rsidRPr="007D693D">
        <w:rPr>
          <w:rFonts w:ascii="Times New Roman" w:eastAsia="宋体" w:hAnsi="Times New Roman" w:cs="Times New Roman"/>
          <w:kern w:val="0"/>
          <w:szCs w:val="21"/>
        </w:rPr>
        <w:t xml:space="preserve"> Standard orientations of configurations of compound </w:t>
      </w:r>
      <w:r>
        <w:rPr>
          <w:rFonts w:ascii="Times New Roman" w:eastAsia="宋体" w:hAnsi="Times New Roman" w:cs="Times New Roman"/>
          <w:b/>
          <w:kern w:val="0"/>
          <w:szCs w:val="21"/>
        </w:rPr>
        <w:t>1</w:t>
      </w:r>
      <w:r w:rsidRPr="007D693D">
        <w:rPr>
          <w:rFonts w:ascii="Times New Roman" w:eastAsia="宋体" w:hAnsi="Times New Roman" w:cs="Times New Roman"/>
          <w:kern w:val="0"/>
          <w:szCs w:val="21"/>
        </w:rPr>
        <w:t xml:space="preserve"> at B3LYP/6-311G(d,p) level in methanol for ECD calculations.</w:t>
      </w:r>
    </w:p>
    <w:tbl>
      <w:tblPr>
        <w:tblW w:w="0" w:type="auto"/>
        <w:jc w:val="center"/>
        <w:tblBorders>
          <w:bottom w:val="single" w:sz="12" w:space="0" w:color="auto"/>
        </w:tblBorders>
        <w:tblLook w:val="04A0" w:firstRow="1" w:lastRow="0" w:firstColumn="1" w:lastColumn="0" w:noHBand="0" w:noVBand="1"/>
      </w:tblPr>
      <w:tblGrid>
        <w:gridCol w:w="1254"/>
        <w:gridCol w:w="1254"/>
        <w:gridCol w:w="1248"/>
        <w:gridCol w:w="371"/>
        <w:gridCol w:w="1393"/>
        <w:gridCol w:w="1393"/>
        <w:gridCol w:w="1393"/>
      </w:tblGrid>
      <w:tr w:rsidR="007D693D" w:rsidRPr="007D693D" w:rsidTr="00283A04">
        <w:trPr>
          <w:jc w:val="center"/>
        </w:trPr>
        <w:tc>
          <w:tcPr>
            <w:tcW w:w="3888" w:type="dxa"/>
            <w:gridSpan w:val="3"/>
            <w:tcBorders>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a-1</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4.382480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0.855910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-0.927190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5.250750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0.990380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-1.561760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4.253300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1.587920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0.260650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3.128270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1.411260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1.093070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3.045060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1.972170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2.016770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2.151180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0.512990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0.710060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2.284730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-0.212550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-0.474270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3.400800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-0.057780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-1.311650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0.889700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0.107220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1.442580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0.263870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0.979110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1.649550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0.131910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-0.852430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0.442960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1.162990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-1.095000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-0.695710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-0.327240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-2.168900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1.112710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0.549360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-2.719260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1.451930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-1.162070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-3.032620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0.172200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-0.513201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-3.512040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-0.567710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-1.623361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-3.836830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0.752800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-2.216570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-2.245500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-0.543490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-3.046640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-2.810850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-0.959820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-2.201730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-0.909830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-0.708050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-1.053820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-0.111270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-0.220320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1.039430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-1.872750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-1.636860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-0.994770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1.096650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-0.380720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1.278430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-0.528630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2.655170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0.458430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-0.849000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3.062160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-1.050070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-1.878500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2.324920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-1.912750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-1.509690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2.096980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-3.324980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-0.159230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-1.397810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-2.898310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0.612770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-2.038100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-3.853180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-0.866490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-2.046750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-4.308200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0.429950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-0.412460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-4.798730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-0.310480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0.218200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-4.642350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1.714120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-0.234480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-5.669630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2.103110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0.801580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-6.511810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2.630080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0.337890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-5.239390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2.792560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1.537570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-6.061080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1.234060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1.334010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-4.067110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2.873040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-1.007400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-4.860620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3.404790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-1.545210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-3.304580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2.577270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-1.725750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-3.616830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3.598720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-0.320520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3.528040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-0.766990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-2.451410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2.749350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-1.351100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-2.527030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5.315800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2.585670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0.646620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4.960860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3.606760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0.471900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6.229460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2.445160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0.067880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5.560160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2.507220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1.708690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a-2</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4.567729</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-1.470582</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-0.099670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5.311929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-2.246542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0.036970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4.838110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-0.365782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-0.917220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3.871350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0.646319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-1.097210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4.093230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1.501849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-1.724790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2.652140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0.523329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-0.460370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2.388799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-0.578951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0.354050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3.339659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-1.592201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0.552260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1.478590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1.480200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-0.455180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1.135120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1.675920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-1.474030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0.342580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0.723930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0.339270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1.061459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-0.526750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0.920740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-0.302210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1.599741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1.440310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0.457831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1.862820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2.174950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-1.474840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0.900111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2.119310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-1.102710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0.130061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2.802630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-2.009970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1.631112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2.732310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-2.413400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0.263592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1.139950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-3.419270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0.053532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1.491500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-2.094740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-0.066198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-0.124550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-0.726080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0.176161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-0.635780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0.582609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-1.347030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1.697470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-0.420090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-0.084949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-1.788150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1.903581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2.686690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0.169310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1.113531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3.245530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0.233230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-0.707869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2.865111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0.883880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-1.487959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2.729571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0.331240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-3.067511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-0.691718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-1.110930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-3.271570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0.037312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-1.900130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-2.540381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-1.511058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-1.613280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-4.336211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-1.221557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-0.502930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-4.204811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-2.102577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0.123700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-5.581841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-0.752047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-0.651320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-6.750361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-1.440486</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0.011500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-7.482451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-1.769346</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-0.735330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-7.278651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-0.753746</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0.682930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-6.435461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-2.311586</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0.589210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-5.953340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0.461163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-1.466090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-6.638840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0.184454</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-2.275360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-5.094690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0.965933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-1.907900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-6.487540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1.186904</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-0.842560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3.082728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-2.653021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1.343700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2.183708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-2.542080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1.707990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6.173230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-0.248332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-1.607910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6.042470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-0.153192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-2.689640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6.805399</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-1.115133</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-1.413240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6.704740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0.646197</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-1.269500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a-3</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4.362760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-1.719241</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0.201820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5.022030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-2.538411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0.464390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4.776450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-0.743121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-0.714450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3.924100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0.328259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-1.054380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4.258930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1.085789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-1.753530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2.670850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0.391339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-0.476560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2.264480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-0.583231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0.435450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3.100890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-1.652641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0.793060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1.601660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1.451779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-0.633520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1.317760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1.563499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-1.683080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0.365250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0.905499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0.183510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0.928740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-0.339001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0.927200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-0.220089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1.959110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1.153500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0.538911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2.225559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1.887940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-1.481420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1.460660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1.851750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-1.214110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0.736110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2.627700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-1.956399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2.304810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2.360070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-2.448520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0.817720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0.904690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-3.479930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0.738900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1.235660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-2.125310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0.326180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-0.304930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-0.720870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0.362530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-0.773750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0.338240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-1.018031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1.761320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-0.402790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-0.067620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-1.870890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2.124831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2.673479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-0.124010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1.394891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3.311089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-0.159480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-0.473109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3.189550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0.447530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-1.242119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3.072230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-0.124490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-3.120050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-0.325540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-1.250990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-2.927380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0.076100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-2.252550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-2.876730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-1.389420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-1.322890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-4.565650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-0.107970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-0.901380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-4.910450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0.918660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-1.017540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-5.460600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-1.013840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-0.485810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-6.890960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-0.615640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-0.213790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-7.168940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-0.840790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0.822380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-7.580630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-1.181990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-0.850540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-7.057450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0.448700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-0.390480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-5.165150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-2.474220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-0.254760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-5.417900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-2.753600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0.774340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-4.122230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-2.738540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-0.427160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-5.786620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-3.098790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-0.906840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2.705590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-2.587941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1.680210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1.806830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-2.352541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1.980300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6.137060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-0.844751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-1.356160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6.044390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-1.175791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-2.395830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6.776430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-1.557111</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-0.833500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6.636870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0.126759</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-1.371080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a-4</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3.621182</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-1.852868</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0.700630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4.168122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-2.641178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1.204620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4.056432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-1.371378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-0.540740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3.346661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-0.345798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-1.200650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3.696121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0.026032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-2.157050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2.212591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0.169051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-0.604160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1.785161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-0.312669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0.634130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2.480382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-1.327679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1.309430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1.313160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1.292230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-1.075670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0.917861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1.080730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-2.072170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0.123490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1.320110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-0.039350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0.582831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0.349120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1.084850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-0.170190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2.744820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0.488920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0.708870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3.113390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1.016220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-1.390120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2.786469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1.403760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-1.128600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2.386989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2.389180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-1.676331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3.831179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1.555870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-2.548500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2.004489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0.864830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-3.526000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2.239828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1.278490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-2.460119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1.037299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-0.066230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-1.145959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0.677589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-0.647480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0.012961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0.149450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2.152930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-1.044119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-0.128291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-1.557320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2.084540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2.489361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-1.087240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1.467290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3.200101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-1.320080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-0.320441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3.655140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-0.617650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-1.160331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3.480309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-1.060550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-3.664059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0.248508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-0.544840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-4.561519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0.842918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-0.342310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-3.599709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0.116788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-1.624970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-3.785158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-1.082142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0.162260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-3.914388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-0.999452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1.240570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-3.754148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-2.312202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-0.365500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-3.908267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-3.529192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0.514840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-3.028387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-4.178832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0.438970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-4.767817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-4.132903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0.200450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-4.045287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-3.259042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1.563740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-3.574218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-2.620522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-1.829800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-2.723747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-3.297192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-1.970550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-3.398718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-1.734992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-2.437940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-4.455017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-3.142482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-2.221870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2.065912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-1.787749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2.507150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1.267102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-1.286110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2.758890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5.297302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-1.944328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-1.177610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5.078762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-2.324478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-2.179560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5.715372</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-2.758037</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-0.584340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6.064802</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-1.172287</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-1.288280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b-1</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-4.481839</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-0.573460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-1.065790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-5.372289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-0.502651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-1.679600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-4.433519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-1.469560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0.011050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-3.274329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-1.571390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0.807260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-3.242749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-2.270200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1.634890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-2.190029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-0.768050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0.507610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-2.249510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0.133880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-0.553900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-3.390170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0.242130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-1.364250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-0.835179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-0.706450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1.177360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-0.287569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-1.631900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0.989120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-0.073280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0.477390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0.470060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-1.036100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0.908930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-0.669250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0.196420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1.652740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1.448560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0.820660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1.250730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2.256450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0.961140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2.783980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0.778890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0.289090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3.343190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0.118390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1.300100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3.489480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1.543640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2.130510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2.285260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-0.008020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2.897680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3.016671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-0.249790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2.298250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1.017380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-0.425740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1.248150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0.005680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-0.177670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-0.812950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1.757300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-1.526970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1.378891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-1.158390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-0.522320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-1.016169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-0.530720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2.587100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-0.257469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-0.905930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3.047410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-1.008550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2.177480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1.985620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-1.357810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1.480700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2.559960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3.542340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0.559201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-1.163430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3.255050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-0.137939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-1.950490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3.988230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1.434261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-1.649480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4.563630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-0.057099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-0.234950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4.908310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0.614791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0.550140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5.083971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-1.290149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-0.267300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6.116911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-1.715579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0.748690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7.047981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-2.019229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0.255770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5.768941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-2.585869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1.317580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6.349051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-0.915469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1.454440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4.723541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-2.354449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-1.271970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5.607511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-2.651709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-1.848290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3.948131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-2.043839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-1.969940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4.370921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-3.255539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-0.757270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-3.437670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1.110010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-2.395170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-2.582550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1.581010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-2.425270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-5.638309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-2.316861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0.334210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-5.343139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-3.329220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0.619120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-6.324729</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-2.378451</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-0.511340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-6.187359</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-1.889471</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1.179990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b-2</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-4.599580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1.387170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-0.300980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-5.356630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2.161670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-0.256310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-4.935260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0.092490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-0.722830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-3.953160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-0.915710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-0.791700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-4.219170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-1.912100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-1.124020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-2.654700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-0.604440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-0.431570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-2.329910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0.678940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0.004000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-3.292180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1.699240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0.069680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-1.424660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-1.483850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-0.448270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-1.150340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-1.718130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-1.478700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-0.278500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-0.609410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0.185890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-0.937890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0.783540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0.376520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0.201990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-1.192200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1.543390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0.586900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-2.197780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1.332750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1.330740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-0.370410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2.146730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0.925160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0.556310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2.568100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1.769160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-0.923780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2.982660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2.390060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-0.034350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1.145480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3.358080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0.257970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1.541660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2.229490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-0.071250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-0.188960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0.921700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-0.444440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-0.770900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-0.382110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1.803400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0.771150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0.773160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-0.577790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-1.976060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-1.703690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-2.695150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0.263380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-1.140490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-3.396100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-0.082780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-0.855680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-1.269580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2.487190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-1.452260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-1.952620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2.148170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3.329960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0.246630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-1.187900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3.582640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-0.671500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-1.725510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2.898120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0.908020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-1.948770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4.549350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0.902640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-0.602980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4.383970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1.911630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-0.227480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5.789790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0.406420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-0.507140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6.907880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1.232280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0.081390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7.714750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1.371530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-0.647760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7.354350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0.726850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0.945570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6.561750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2.217200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0.400670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6.204200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-0.970480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-0.961260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6.971680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-0.902160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-1.740980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5.378230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-1.564520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-1.351270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6.655690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-1.524080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-0.130220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-2.968950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2.941200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0.484270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-2.015960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2.943590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0.697730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-6.364850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-0.226840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-1.080890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-6.417520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-0.996040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-1.853700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-6.897170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0.658900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-1.431610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-6.899580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-0.607300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-0.203800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b-3</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-4.371680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1.697749</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0.130490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-5.035900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2.516229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0.383030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-4.851810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0.591129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-0.584320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-3.990190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-0.471261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-0.924240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-4.367640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-1.319901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-1.482360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-2.665330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-0.402911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-0.534640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-2.197330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0.690699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0.191920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-3.037090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1.763699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0.529790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-1.543580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-1.382881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-0.796530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-1.301570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-1.393421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-1.860990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-0.302760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-0.817191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-0.007580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-0.802360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0.547979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0.539110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0.120980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-1.761791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1.149730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0.385240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-2.722251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0.689750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1.343020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-1.240421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1.890960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1.051260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-0.406821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2.539820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1.723170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-2.026241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2.550830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2.423320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-0.786591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0.961900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3.420310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-0.695011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1.382710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2.247520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-0.483001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-0.336040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0.898060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-0.545511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-0.938810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-0.134950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1.372249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1.155590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0.718730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-0.339771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-2.129630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-1.957550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-2.690121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-0.382620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-1.485150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-3.346641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-0.906040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-0.929820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-1.949591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2.085950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-1.603450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-2.461381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1.615270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3.363140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-0.032311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-1.264170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3.261890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-0.603051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-2.194660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3.171740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1.006189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-1.549740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4.754920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-0.211281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-0.725540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5.078220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-1.247631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-0.637900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5.627180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0.738090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-0.361890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7.007840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0.372460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0.126800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7.176360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0.752350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1.141160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7.778510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0.826930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-0.506840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7.164360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-0.707990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0.134150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5.351020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2.220179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-0.398580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5.515750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2.660069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0.591430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4.335450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2.463889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-0.709060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6.045980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2.723540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-1.080730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-2.574600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2.823389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1.223760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-1.627020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2.668939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1.403270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-6.307820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0.526589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-0.971140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-6.438200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0.043909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-1.941900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-6.756800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1.520149</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-1.011630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-6.869270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-0.061641</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-0.237240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b-4</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3.710630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-1.870209</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0.745531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4.287790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-2.588429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1.316201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4.178940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-1.408949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-0.492299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3.427739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-0.480539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-1.242099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3.794419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-0.131999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-2.200489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2.224029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-0.032869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-0.731289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1.770659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-0.481999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0.508461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2.499090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-1.412789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1.264911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1.226899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0.926421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-1.342209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0.765719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0.473360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-2.221669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0.115389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1.127900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-0.245099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0.520009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0.138380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0.880631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0.085389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2.590940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0.279111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-0.134361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3.227710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-0.586959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-1.007751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2.805940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1.314911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-0.697961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2.367910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2.270501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-1.127911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3.879030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1.491341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-2.311971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2.203540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0.901101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-3.197231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2.570000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1.414801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-2.463241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1.253120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-0.038319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-1.284281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0.722580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-0.758669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-0.108261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-0.089890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1.909391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-1.397561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-0.034210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-1.709699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1.905409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2.130421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-1.721559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1.432349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2.535681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-2.456599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1.328499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2.968121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0.851311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1.951229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3.000321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0.110451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-3.813591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0.660570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-0.393569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-4.588211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1.369960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-0.082209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-3.885111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0.557790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-1.476579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-4.052561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-0.662010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0.298301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-4.035271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-0.601220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1.385671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-4.280060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-1.861710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-0.250739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-4.516650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-3.072380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0.620191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-3.770850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-3.850130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0.417981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-5.495750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-3.519150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0.410511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-4.474380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-2.824510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1.682631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-4.331020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-2.139490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-1.731399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-3.618760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-2.930720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-1.991579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-4.098340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-1.268170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-2.340939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-5.323130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-2.507830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-2.017809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2.051450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-1.849369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2.459601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1.199160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-1.406309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2.636531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5.505570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-1.894209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-1.020149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5.445270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-2.119199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-2.087569</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5.845030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-2.787489</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-0.494409</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6.270690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-1.120619</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-0.895959</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c-1</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4.324330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-1.648530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-0.118820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4.980860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-2.508710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-0.059260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4.640010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-0.574110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-0.960580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3.795541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0.554650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-1.031460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4.055101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1.391860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-1.668530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2.644791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0.567110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-0.270050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2.319090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-0.517780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0.550460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3.161950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-1.634350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0.654170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1.623661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1.665940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-0.060720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2.028661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2.349840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0.693270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0.389871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0.938480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0.587080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1.036820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-0.337850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1.195210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-0.358759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1.842490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1.581010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0.330251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2.136170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2.382460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-1.581909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1.156390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2.178470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-1.275759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0.481350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2.983920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-2.216459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1.920880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2.637890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-2.376309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0.381710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1.173760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-3.378550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0.086070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1.471380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-1.949170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0.043380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-0.055230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-0.595479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0.431270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-0.490920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0.539290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-1.085590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2.029670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-0.233609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0.314930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-1.655930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1.328971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2.489980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-1.172190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0.915191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1.910680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-1.832090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-0.828369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3.011160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0.894970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-0.170259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3.280480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0.239540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-2.795250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-0.688980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-1.085000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-3.031090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0.008580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-1.893210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-2.162440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-1.455830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-1.547550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-4.033300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-1.341000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-0.535310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-3.845260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-2.189830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0.120570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-5.311120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-1.011670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-0.765260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-6.436240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-1.807250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-0.148910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-7.084700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-2.230310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-0.924990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-7.072680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-1.166460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0.472310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-6.064690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-2.626100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0.470230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-5.761990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0.137790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-1.630910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-6.374140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-0.227040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-2.463690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-4.937839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0.717830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-2.045050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-6.397719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0.818950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-1.054140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2.859530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-2.672620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1.459510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2.020990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-2.465970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1.913270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5.886920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-0.623800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-1.806390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5.628630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-0.819080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-2.852490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6.566810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-1.410300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-1.476740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6.417831</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0.330750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-1.778930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c-2</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-4.382700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-0.738431</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-0.913450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-5.245490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-0.843461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-1.560860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-4.209750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-1.596591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0.181120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-3.092900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-1.459240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1.031730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-2.970850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-2.119770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1.882110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-2.168430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-0.469290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0.760180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-2.334210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0.369360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-0.344000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-3.448000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0.259550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-1.191390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-0.930180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-0.068070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1.541400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-1.237161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0.499590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2.423160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-0.166251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0.936721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0.590310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-1.227781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1.283840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-0.493980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0.324049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2.196651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1.346720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-0.548221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2.748870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1.702570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1.175359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3.104961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0.458250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0.532169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3.662961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-0.230200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1.674979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3.844151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1.090970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2.187289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2.349251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-0.343260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3.025029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2.922281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-0.733140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2.128779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1.032761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-0.621040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0.977610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0.229961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-0.165670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-1.134551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2.163750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-1.344470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0.885720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-0.964749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-0.424580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-0.178920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-1.149790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2.049290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0.156320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-1.629509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1.276850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1.018399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1.829891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2.539340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1.829419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1.366511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2.297180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3.211700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0.315031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-1.404560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2.747290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-0.384509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-2.099570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3.742789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1.062892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-2.003850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4.204080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-0.384738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-0.504360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4.721050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0.280862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0.185730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4.522100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-1.684688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-0.467470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5.569090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-2.192098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0.494910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6.387620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-2.684818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-0.042910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5.145170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-2.943268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1.171600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5.992300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-1.386688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1.098360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3.909050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-2.748968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-1.341060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4.671341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-3.200268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-1.987000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3.102260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-2.376879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-1.969920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3.506461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-3.559078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-0.722560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-3.609621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1.079730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-2.249430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-2.854631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1.698230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-2.264700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-5.217860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-2.685741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0.447280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-4.807279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-3.661051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0.165640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-6.136390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-2.531911</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-0.120170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-5.468650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-2.737181</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1.509560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c-3</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4.039392</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-1.917111</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0.214670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4.587362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-2.833761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0.399300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4.521521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-0.978361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-0.707140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3.820681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0.223869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-0.941260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4.209761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0.955809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-1.639080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2.641001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0.444159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-0.259180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2.148601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-0.506411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0.640740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2.848301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-1.692981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0.906950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1.745651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1.665569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-0.222870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2.188001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2.375069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0.484720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0.403861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1.151208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0.414720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0.864191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-0.119792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1.181790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-0.282439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2.231698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1.267560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0.395271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2.530178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2.077010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-1.604899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1.751448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1.854300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-1.420129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1.137838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2.741710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-2.169749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2.625718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2.193510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-2.431339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0.964198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0.885930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-3.469349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0.796788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1.159050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-1.989079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0.464058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-0.281010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-0.578539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0.649378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-0.668930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0.239271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-0.718012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2.050490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-0.171719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0.368298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-1.790120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1.605731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2.396879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-1.425720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1.160131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1.801878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-2.049910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-0.579029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3.366258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0.442430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0.140021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3.494418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-0.191450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-2.854339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-0.294692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-1.274240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-2.687569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0.157128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-2.259260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-2.465949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-1.313422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-1.362050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-4.326569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-0.287492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-0.972610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-4.811479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0.679607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-1.097300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-5.094039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-1.316123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-0.588990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-6.575239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-1.132463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-0.363810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-6.850249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-1.398743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0.663290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-7.153518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-1.792233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-1.021230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-6.891239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-0.103713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-0.547730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-4.597188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-2.719922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-0.351590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-4.845998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-3.042223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0.665860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-3.521068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-2.827442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-0.483840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-5.095598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-3.422543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-1.029410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2.384952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-2.600691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1.789830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1.554152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-2.255311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2.167040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5.793681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-1.259251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-1.465760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5.562411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-1.594811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-2.482340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6.385402</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-2.038631</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-0.984020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6.406451</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-0.359371</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-1.554760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c-4</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-3.558561</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1.451769</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0.791251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-4.127331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2.233759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1.280801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-3.937720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0.988479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-0.475649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-3.208920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-0.038771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-1.112029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-3.518000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-0.407271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-2.082989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-2.105320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-0.561390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-0.468899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-1.714660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-0.080460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0.785081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-2.444510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0.920530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1.443411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-1.209790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-1.721810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-0.850629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-1.715579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-2.641910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-0.538289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0.057250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-1.556600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0.063851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-0.489690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-0.701230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1.240191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0.670701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-2.914359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0.448861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-0.080679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-3.502760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0.989891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1.922841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-2.764479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1.305741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1.643141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-2.572519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2.346651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2.462471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-3.716759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1.298841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2.826790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-1.666019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0.841121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3.833890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-1.665508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1.251201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2.491620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-0.700899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-0.033119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1.136170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-0.679769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-0.615519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0.039230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-0.534800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2.333711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0.849330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0.025131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-1.574559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-0.945819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-1.906150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-2.228329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-0.441490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-1.125680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-2.509469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1.061931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-3.608319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-0.743429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0.410181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-3.437260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-1.437489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3.452030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0.388151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-0.471429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4.467670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0.062642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-0.221389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3.404860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0.490441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-1.556109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3.171139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1.704731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0.215371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3.236629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1.659931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1.301671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2.863209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2.884361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-0.338159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2.629809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4.100371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0.526031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1.622208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4.502921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0.368881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3.329268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4.903791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0.266681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2.746589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3.874201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1.587701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2.720229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3.134961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-1.817569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1.726029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3.540181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-2.037689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2.857589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2.240421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-2.422589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3.443689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3.889021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-2.148839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-2.079801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1.373350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2.660081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-1.289750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0.875050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2.941261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-5.126691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1.599379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-1.172539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-4.794471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2.301559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-1.944619</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-5.763991</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2.146018</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-0.476399</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-5.727450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0.834358</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-1.669649</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d-1</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-4.187441</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-1.035409</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-0.964310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-5.017431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-1.227919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-1.634110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-3.992691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-1.835719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0.170110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-2.922201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-1.582310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1.053030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-2.788031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-2.194310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1.937150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-2.060730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-0.540260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0.769700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-2.243680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0.238520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-0.376740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-3.318420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0.017320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-1.251910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-0.897340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0.001180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1.577580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-1.297890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0.636890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2.371460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-0.139200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0.960799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0.581890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-1.195720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1.219460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-0.525200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0.342470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2.255419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1.275100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0.943790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1.943529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2.134400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1.205621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3.127799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0.365050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0.567431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3.659029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-0.351170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1.704661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3.895059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0.964200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2.219021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2.336789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-0.397760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3.052841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2.895878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-0.814670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2.171360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1.008069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-0.604720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1.029960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0.218959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-0.103920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-1.142720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2.095120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-1.385840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0.967739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-0.994121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-0.260930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-0.109211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-0.967421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2.233930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0.277229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-1.517681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1.536720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-0.742459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2.987300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1.838530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-1.219119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3.425090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1.122710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3.263180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0.258438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-1.345410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2.807990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-0.492542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-1.991220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3.779560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0.974448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-1.994370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4.270080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-0.364162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-0.405750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4.776180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0.354168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0.237920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4.611479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-1.652822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-0.284010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5.668689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-2.076073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0.707560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6.495639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-2.588373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0.201830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5.259609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-2.788503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1.433650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6.077429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-1.224913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1.255620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4.017739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-2.784112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-1.083420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4.790729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-3.271622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-1.689030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3.212719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-2.468462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-1.744770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3.618539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-3.552672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-0.411900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-3.503460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0.784740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-2.345560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-2.801230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1.461940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-2.357680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-4.928051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-2.986109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0.443900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-4.455142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-3.934099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0.166110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-5.854511</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-2.896149</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-0.124750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-5.174851</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-3.048379</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1.506260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d-2</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4.444970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-0.465880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1.395170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5.175250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-0.519330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2.194230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4.664310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-1.145400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0.188470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3.724550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-1.068030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-0.860320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3.909290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-1.580660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-1.796990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2.576760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-0.323070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-0.669750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2.350010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0.330960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0.544810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3.286350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0.286140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1.589670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1.460670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0.002310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-1.643370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1.799150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0.814910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-2.291540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0.316510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0.605690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-0.742310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1.066000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0.989810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0.561470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-0.382590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1.806950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-1.418870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-0.722770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1.457680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-2.398470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-1.591340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2.310210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-0.631710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-1.249810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2.898810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0.228420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-2.175640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2.989100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-1.259510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-2.460550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1.201440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-0.130440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-3.477410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1.466320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0.143520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-2.076370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-0.080010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0.006370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-0.702160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-0.484360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-0.346100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0.636430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1.714700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1.455750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-0.352530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-1.658030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-0.299210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1.086060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-1.042120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-2.514070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0.748720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-1.754120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-1.950380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0.536090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2.857230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-1.707300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0.742110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3.315530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-0.883350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-2.986970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-1.193340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0.498860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-3.139100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-1.898490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-0.322700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-2.432520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-1.759250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1.256860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-4.292450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-0.733610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1.085830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-4.205410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-0.224800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2.044760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-5.522920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-0.885620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0.578780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-6.733650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-0.384760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1.328170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-7.426130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-1.206850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1.543920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-7.292060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0.341930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0.726780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-6.460450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0.089050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2.272970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-5.835250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-1.546790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-0.739910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-6.491070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-2.411950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-0.588950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-4.949020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-1.882820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-1.277310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-6.381370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-0.854070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-1.390170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3.073720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0.935780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2.752510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2.221730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1.405650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2.681350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5.909260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-1.978080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0.015180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5.682210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-3.037350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0.176830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6.686510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-1.692710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0.725370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6.308760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-1.884420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-0.997030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d-3</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4.222350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-1.630201</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0.586600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4.853260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-2.392211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1.029350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4.603290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-1.001651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-0.607710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3.793701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-0.000051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-1.181670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4.102741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0.494309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-2.094980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2.610501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0.338149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-0.553160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2.222280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-0.309311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0.623210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3.028620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-1.290091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1.222300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1.607721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1.421890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-0.897170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1.994981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2.375339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-0.528480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0.347191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1.086490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-0.012540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0.925661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0.138180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1.072580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-0.306609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2.358340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0.572720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-0.517739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3.017470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-0.274850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-1.615129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2.069510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1.305830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-1.398049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1.640460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2.291550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-2.143859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3.009801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1.487580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-2.499559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1.121001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0.562120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-3.547219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1.106851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0.847930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-2.094159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0.289101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-0.413610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-0.673899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0.248260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-0.811680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0.370721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-0.186800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2.119520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-0.289760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-0.461110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-1.734180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1.371271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1.619180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-2.273770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0.998181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0.788720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-2.604560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0.604861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3.093780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1.384540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0.699861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2.634350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2.227900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-3.017040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-0.666289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-1.153040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-2.774070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-0.592909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-2.219100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-2.748850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-1.688879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-0.871940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-4.485340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-0.405499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-0.962750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-4.849799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0.502941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-1.440230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-5.376350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-1.152329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-0.297510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-6.830510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-0.751458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-0.240770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-7.156880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-0.611158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0.796240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-7.467570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-1.537238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-0.663330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-7.019589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0.173762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-0.788480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-5.051100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-2.427699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0.438140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-5.364090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-2.350289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1.485430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-3.990670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-2.677589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0.422690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-5.606430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-3.270299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0.010220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2.660690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-1.898511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2.368630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1.809750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-1.514630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2.651780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5.881900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-1.413532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-1.292460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5.672030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-2.153781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-2.072170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6.586720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-1.862912</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-0.591250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6.363900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-0.561282</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-1.775840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d-4</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3.479820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-1.708061</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0.943700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4.001010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-2.425172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1.567230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3.854960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-1.529142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-0.395540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3.190191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-0.587321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-1.207860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3.498011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-0.440641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-2.236420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2.151551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0.143289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-0.663640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1.763211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-0.058271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0.664090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2.431261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-0.971771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1.494740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1.336151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1.268779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-1.270350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1.923121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2.188479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-1.202170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0.120431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1.447539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-0.282930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0.616041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0.746179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1.009900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-0.241159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2.935979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-0.071100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-0.412628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3.357329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-1.066030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-1.503438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3.129830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0.768110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-1.266319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2.980270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1.828490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-1.848268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4.163410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0.671420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-2.601439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2.185140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0.397970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-3.600679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2.456080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0.729130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-2.443279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1.040670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-0.290730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-1.104129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0.636810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-0.761990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0.110881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0.844369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2.125670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-0.947129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-0.332330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-1.493980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1.017501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1.126839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-2.636790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0.454371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0.340679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-2.699050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0.858872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3.676029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0.450580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0.956982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3.456919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1.385370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-3.597429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0.108040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-0.605300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-4.527379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0.679510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-0.511040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-3.521789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-0.216640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-1.643320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-3.646569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-1.074070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0.335070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-3.722679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-0.799940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1.386430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-3.617410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-2.378500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0.035100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-3.696680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-3.419100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1.126330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-2.814840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-4.070290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1.109090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-4.566570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-4.070580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0.982010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-3.768980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-2.966070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2.117020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-3.509260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-2.944060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-1.357770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-2.620710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-3.580390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-1.439760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-3.446100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-2.180310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-2.131080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-4.371640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-3.584050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-1.577380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2.067330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-1.147211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2.781730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1.330391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-0.536261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2.970060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4.969280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-2.362192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-0.976410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4.557160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-3.209282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-1.535420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5.619210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-2.763562</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-0.197610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5.576060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-1.779672</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-1.672990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e-1</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4.187441</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-1.035409</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-0.964310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5.017431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-1.227919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-1.634110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3.992691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-1.835719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0.170110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2.922201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-1.582310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1.053030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2.788031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-2.194310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1.937150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2.060730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-0.540260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0.769700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2.243680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0.238520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-0.376740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3.318420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0.017320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-1.251910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0.897340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0.001180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1.577580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1.297890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0.636890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2.371460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0.139200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0.960799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0.581890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1.195720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1.219460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-0.525200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-0.342470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2.255419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1.275100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-0.943790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1.943529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2.134400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-1.205621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3.127799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0.365050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-0.567431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3.659029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-0.351170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-1.704661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3.895059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0.964200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-2.219021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2.336789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-0.397760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-3.052841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2.895878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-0.814670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-2.171360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1.008069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-0.604720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-1.029960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0.218959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-0.103920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1.142720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2.095120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-1.385840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-0.967739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-0.994121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-0.260930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0.109211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-0.967421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2.233930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-0.277229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-1.517681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1.536720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0.742459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2.987300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1.838530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1.219119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3.425090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1.122710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-3.263180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0.258438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-1.345410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-2.807990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-0.492542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-1.991220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-3.779560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0.974448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-1.994370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-4.270080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-0.364162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-0.405750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-4.776180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0.354168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0.237920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-4.611479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-1.652822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-0.284010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-5.668689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-2.076073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0.707560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-6.495639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-2.588373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0.201830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-5.259609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-2.788503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1.433650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-6.077429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-1.224913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1.255620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-4.017739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-2.784112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-1.083420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-4.790729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-3.271622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-1.689030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-3.212719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-2.468462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-1.744770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-3.618539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-3.552672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-0.411900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3.503460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0.784740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-2.345560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2.801230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1.461940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-2.357680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4.928051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-2.986109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0.443900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4.455142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-3.934099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0.166110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5.854511</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-2.896149</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-0.124750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5.174851</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-3.048379</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1.506260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e-2</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-4.444970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-0.465880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1.395170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-5.175250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-0.519330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2.194230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-4.664310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-1.145400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0.188470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-3.724550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-1.068030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-0.860320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-3.909290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-1.580660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-1.796990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-2.576760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-0.323070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-0.669750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-2.350010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0.330960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0.544810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-3.286350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0.286140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1.589670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-1.460670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0.002310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-1.643370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-1.799150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0.814910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-2.291540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-0.316510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0.605690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-0.742310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-1.066000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0.989810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0.561470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0.382590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1.806950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-1.418870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0.722770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1.457680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-2.398470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1.591340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2.310210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-0.631710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1.249810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2.898810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0.228420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2.175640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2.989100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-1.259510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2.460550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1.201440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-0.130440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3.477410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1.466320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0.143520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2.076370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-0.080010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0.006370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0.702160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-0.484360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-0.346100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-0.636430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1.714700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1.455750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0.352530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-1.658030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-0.299210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-1.086060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-1.042120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-2.514070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-0.748720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-1.754120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-1.950380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-0.536090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2.857230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-1.707300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-0.742110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3.315530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-0.883350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2.986970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-1.193340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0.498860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3.139100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-1.898490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-0.322700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2.432520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-1.759250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1.256860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4.292450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-0.733610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1.085830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4.205410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-0.224800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2.044760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5.522920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-0.885620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0.578780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6.733650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-0.384760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1.328170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7.426130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-1.206850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1.543920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7.292060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0.341930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0.726780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6.460450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0.089050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2.272970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5.835250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-1.546790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-0.739910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6.491070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-2.411950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-0.588950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4.949020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-1.882820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-1.277310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6.381370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-0.854070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-1.390170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-3.073720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0.935780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2.752510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-2.221730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1.405650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2.681350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-5.909260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-1.978080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0.015180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-5.682210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-3.037350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0.176830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-6.686510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-1.692710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0.725370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-6.308760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-1.884420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-0.997030</w:t>
            </w:r>
          </w:p>
        </w:tc>
      </w:tr>
      <w:tr w:rsidR="007D693D" w:rsidRPr="007D693D" w:rsidTr="00283A04">
        <w:trPr>
          <w:jc w:val="center"/>
        </w:trPr>
        <w:tc>
          <w:tcPr>
            <w:tcW w:w="3888" w:type="dxa"/>
            <w:gridSpan w:val="3"/>
            <w:tcBorders>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e-3</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-4.222350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-1.630201</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0.586600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-4.853260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-2.392211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1.029350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-4.603290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-1.001651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-0.607710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-3.793701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-0.000051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-1.181670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-4.102741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0.494309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-2.094980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-2.610501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0.338149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-0.553160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-2.222280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-0.309311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0.623210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-3.028620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-1.290091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1.222300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-1.607721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1.421890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-0.897170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-1.994981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2.375339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-0.528480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-0.347191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1.086490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-0.012540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-0.925661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0.138180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1.072580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0.306609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2.358340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0.572720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0.517739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3.017470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-0.274850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1.615129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2.069510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1.305830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1.398049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1.640460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2.291550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2.143859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3.009801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1.487580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2.499559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1.121001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0.562120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3.547219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1.106851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0.847930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2.094159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0.289101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-0.413610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0.673899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0.248260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-0.811680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-0.370721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-0.186800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2.119520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0.289760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-0.461110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-1.734180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-1.371271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1.619180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-2.273770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-0.998181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0.788720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-2.604560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-0.604861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3.093780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1.384540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-0.699861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2.634350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2.227900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3.017040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-0.666289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-1.153040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2.774070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-0.592909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-2.219100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2.748850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-1.688879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-0.871940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4.485340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-0.405499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-0.962750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4.849799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0.502941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-1.440230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5.376350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-1.152329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-0.297510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6.830510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-0.751458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-0.240770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7.156880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-0.611158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0.796240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7.467570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-1.537238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-0.663330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7.019589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0.173762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-0.788480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5.051100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-2.427699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0.438140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5.364090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-2.350289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1.485430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3.990670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-2.677589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0.422690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5.606430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-3.270299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0.010220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-2.660690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-1.898511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2.368630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-1.809750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-1.514630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2.651780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-5.881900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-1.413532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-1.292460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-5.672030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-2.153781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-2.072170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-6.586720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-1.862912</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-0.591250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-6.363900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-0.561282</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-1.775840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e-4</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-3.479820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-1.708061</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0.943700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-4.001010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-2.425172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1.567230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-3.854960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-1.529142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-0.395540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-3.190191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-0.587321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-1.207860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-3.498011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-0.440641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-2.236420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-2.151551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0.143289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-0.663640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-1.763211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-0.058271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0.664090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-2.431261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-0.971771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1.494740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-1.336151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1.268779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-1.270350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-1.923121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2.188479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-1.202170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-0.120431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1.447539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-0.282930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-0.616041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0.746179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1.009900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0.241159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2.935979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-0.071100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0.412628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3.357329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-1.066030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1.503438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3.129830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0.768110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1.266319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2.980270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1.828490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1.848268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4.163410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0.671420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2.601439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2.185140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0.397970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3.600679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2.456080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0.729130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2.443279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1.040670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-0.290730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1.104129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0.636810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-0.761990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-0.110881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0.844369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2.125670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0.947129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-0.332330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-1.493980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-1.017501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1.126839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-2.636790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-0.454371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0.340679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-2.699050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-0.858872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3.676029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0.450580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-0.956982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3.456919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1.385370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3.597429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0.108040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-0.605300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4.527379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0.679510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-0.511040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3.521789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-0.216640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-1.643320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3.646569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-1.074070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0.335070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3.722679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-0.799940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1.386430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3.617410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-2.378500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0.035100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3.696680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-3.419100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1.126330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2.814840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-4.070290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1.109090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4.566570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-4.070580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0.982010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3.768980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-2.966070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2.117020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3.509260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-2.944060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-1.357770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2.620710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-3.580390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-1.439760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3.446100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-2.180310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-2.131080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4.371640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-3.584050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-1.577380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-2.067330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-1.147211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2.781730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-1.330391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-0.536261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2.970060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-4.969280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-2.362192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-0.976410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-4.557160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-3.209282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-1.535420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-5.619210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-2.763562</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-0.197610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-5.576060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-1.779672</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-1.672990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f-1</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-4.324330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-1.648530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-0.118820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-4.980860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-2.508710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-0.059260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-4.640010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-0.574110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-0.960580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-3.795541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0.554650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-1.031460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-4.055101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1.391860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-1.668530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-2.644791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0.567110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-0.270050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-2.319090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-0.517780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0.550460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-3.161950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-1.634350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0.654170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-1.623661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1.665940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-0.060720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-2.028661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2.349840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0.693270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-0.389871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0.938480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0.587080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-1.036820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-0.337850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1.195210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0.358759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1.842490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1.581010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-0.330251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2.136170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2.382460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1.581909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1.156390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2.178470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1.275759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0.481350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2.983920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2.216459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1.920880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2.637890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2.376309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0.381710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1.173760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3.378550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0.086070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1.471380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1.949170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0.043380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-0.055230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0.595479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0.431270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-0.490920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-0.539290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-1.085590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2.029670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0.233609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0.314930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-1.655930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-1.328971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2.489980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-1.172190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-0.915191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1.910680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-1.832090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0.828369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3.011160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0.894970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0.170259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3.280480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0.239540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2.795250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-0.688980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-1.085000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3.031090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0.008580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-1.893210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2.162440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-1.455830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-1.547550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4.033300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-1.341000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-0.535310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3.845260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-2.189830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0.120570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5.311120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-1.011670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-0.765260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6.436240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-1.807250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-0.148910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7.084700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-2.230310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-0.924990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7.072680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-1.166460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0.472310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6.064690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-2.626100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0.470230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5.761990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0.137790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-1.630910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6.374140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-0.227040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-2.463690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4.937839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0.717830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-2.045050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6.397719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0.818950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-1.054140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-2.859530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-2.672620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1.459510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-2.020990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-2.465970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1.913270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-5.886920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-0.623800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-1.806390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-5.628630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-0.819080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-2.852490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-6.566810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-1.410300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-1.476740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-6.417831</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0.330750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-1.778930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f-2</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4.382700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-0.738431</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-0.913450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5.245490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-0.843461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-1.560860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4.209750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-1.596591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0.181120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3.092900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-1.459240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1.031730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2.970850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-2.119770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1.882110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2.168430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-0.469290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0.760180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2.334210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0.369360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-0.344000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3.448000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0.259550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-1.191390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0.930180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-0.068070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1.541400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1.237161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0.499590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2.423160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0.166251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0.936721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0.590310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1.227781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1.283840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-0.493980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-0.324049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2.196651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1.346720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0.548221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2.748870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1.702570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-1.175359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3.104961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0.458250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-0.532169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3.662961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-0.230200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-1.674979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3.844151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1.090970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-2.187289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2.349251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-0.343260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-3.025029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2.922281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-0.733140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-2.128779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1.032761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-0.621040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-0.977610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0.229961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-0.165670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1.134551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2.163750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-1.344470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-0.885720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-0.964749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-0.424580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0.178920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-1.149790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2.049290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-0.156320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-1.629509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1.276850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-1.018399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1.829891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2.539340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-1.829419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1.366511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2.297180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-3.211700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0.315031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-1.404560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-2.747290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-0.384509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-2.099570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-3.742789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1.062892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-2.003850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-4.204080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-0.384738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-0.504360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-4.721050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0.280862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0.185730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-4.522100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-1.684688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-0.467470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-5.569090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-2.192098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0.494910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-6.387620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-2.684818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-0.042910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-5.145170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-2.943268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1.171600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-5.992300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-1.386688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1.098360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-3.909050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-2.748968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-1.341060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-4.671341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-3.200268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-1.987000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-3.102260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-2.376879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-1.969920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-3.506461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-3.559078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-0.722560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3.609621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1.079730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-2.249430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2.854631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1.698230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-2.264700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5.217860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-2.685741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0.447280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4.807279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-3.661051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0.165640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6.136390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-2.531911</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-0.120170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5.468650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-2.737181</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1.509560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f-3</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-4.039871</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-1.916739</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0.214310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-4.588091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-2.833259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0.398830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-4.522050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-0.977429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-0.707010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-3.821000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0.224641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-0.940830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-4.210110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0.957041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-1.638150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-2.640990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0.444361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-0.259010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-2.148580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-0.506689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0.640330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-2.848530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-1.693239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0.906250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-1.745480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1.665641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-0.222350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-2.187690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2.374961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0.485510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-0.403700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1.150910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0.414920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-0.864070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-0.120450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1.181430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0.282690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2.230910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1.268240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-0.394980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2.529150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2.077810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1.605120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1.750360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1.854760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1.420350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1.136280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2.741860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2.169990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2.624460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2.194380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2.431520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0.963540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0.886000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3.469550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0.795979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1.158970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1.989210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0.463940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-0.281160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0.578680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0.649490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-0.668970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-0.239140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-0.719120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2.049790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0.171810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0.368900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-1.790270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-1.605630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2.397350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-1.424990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-1.160040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1.802550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-2.049420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0.579391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3.365860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0.443580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-0.139779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3.494520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-0.190050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2.854460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-0.294361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-1.274750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2.687590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0.157820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-2.259570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2.466150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-1.313090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-1.362960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4.326710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-0.287191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-0.973180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4.811700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0.679829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-1.098160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5.094070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-1.315761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-0.589170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6.575270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-1.132141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-0.363930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6.850130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-1.397791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0.663380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7.153549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-1.792372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-1.020870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6.891410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-0.103541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-0.548430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4.597069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-2.719431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-0.351370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4.846079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-3.041611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0.666060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3.520889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-2.826791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-0.483300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5.095169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-3.422251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-1.029210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-2.385121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-2.601389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1.788680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-1.554141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-2.256350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2.165820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-5.794260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-1.258239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-1.465560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-5.562700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-1.607819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-2.477370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-6.392541</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-2.027888</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-0.976240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-6.400570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-0.355368</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-1.566880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f-4</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3.558561</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1.451769</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0.791251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4.127331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2.233759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1.280801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3.937720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0.988479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-0.475649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3.208920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-0.038771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-1.112029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3.518000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-0.407271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-2.082989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2.105320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-0.561390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-0.468899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1.714660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-0.080460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0.785081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2.444510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0.920530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1.443411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1.209790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-1.721810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-0.850629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1.715579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-2.641910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-0.538289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-0.057250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-1.556600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0.063851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0.489690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-0.701230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1.240191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-0.670701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-2.914359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0.448861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0.080679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-3.502760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0.989891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-1.922841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-2.764479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1.305741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-1.643141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-2.572519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2.346651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-2.462471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-3.716759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1.298841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-2.826790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-1.666019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0.841121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-3.833890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-1.665508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1.251201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-2.491620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-0.700899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-0.033119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-1.136170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-0.679769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-0.615519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-0.039230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-0.534800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2.333711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-0.849330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0.025131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-1.574559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0.945819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-1.906150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-2.228329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0.441490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-1.125680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-2.509469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-1.061931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-3.608319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-0.743429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-0.410181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-3.437260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-1.437489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-3.452030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0.388151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-0.471429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-4.467670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0.062642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-0.221389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-3.404860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0.490441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-1.556109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-3.171139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1.704731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0.215371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-3.236629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1.659931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1.301671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-2.863209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2.884361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-0.338159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-2.629809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4.100371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0.526031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-1.622208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4.502921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0.368881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-3.329268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4.903791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0.266681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-2.746589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3.874201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1.587701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-2.720229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3.134961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-1.817569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-1.726029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3.540181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-2.037689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-2.857589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2.240421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-2.422589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-3.443689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3.889021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-2.148839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2.079801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1.373350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2.660081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1.289750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0.875050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2.941261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5.126691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1.599379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-1.172539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4.794471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2.301559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-1.944619</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5.763991</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2.146018</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-0.476399</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5.727450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0.834358</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-1.669649</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g-1</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4.481839</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-0.573460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-1.065790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5.372289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-0.502651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-1.679600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4.433519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-1.469560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0.011050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3.274329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-1.571390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0.807260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3.242749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-2.270200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1.634890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2.190029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-0.768050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0.507610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2.249510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0.133880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-0.553900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3.390170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0.242130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-1.364250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0.835179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-0.706450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1.177360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0.287569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-1.631900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0.989120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0.073280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0.477390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0.470060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1.036100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0.908930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-0.669250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-0.196420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1.652740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1.448560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-0.820660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1.250730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2.256450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-0.961140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2.783980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0.778890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-0.289090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3.343190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0.118390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-1.300100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3.489480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1.543640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-2.130510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2.285260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-0.008020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-2.897680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3.016671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-0.249790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-2.298250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1.017380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-0.425740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-1.248150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0.005680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-0.177670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0.812950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1.757300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-1.526970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-1.378891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-1.158390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-0.522320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1.016169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-0.530720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2.587100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0.257469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-0.905930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3.047410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1.008550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2.177480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1.985620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1.357810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1.480700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2.559960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-3.542340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0.559201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-1.163430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-3.255050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-0.137939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-1.950490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-3.988230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1.434261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-1.649480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-4.563630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-0.057099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-0.234950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-4.908310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0.614791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0.550140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-5.083971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-1.290149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-0.267300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-6.116911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-1.715579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0.748690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-7.047981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-2.019229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0.255770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-5.768941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-2.585869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1.317580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-6.349051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-0.915469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1.454440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-4.723541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-2.354449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-1.271970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-5.607511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-2.651709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-1.848290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-3.948131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-2.043839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-1.969940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-4.370921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-3.255539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-0.757270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3.437670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1.110010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-2.395170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2.582550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1.581010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-2.425270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5.638309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-2.316861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0.334210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5.343139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-3.329220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0.619120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6.324729</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-2.378451</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-0.511340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6.187359</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-1.889471</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1.179990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g-2</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4.599580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1.387170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-0.300980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5.356630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2.161670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-0.256310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4.935260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0.092490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-0.722830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3.953160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-0.915710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-0.791700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4.219170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-1.912100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-1.124020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2.654700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-0.604440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-0.431570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2.329910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0.678940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0.004000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3.292180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1.699240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0.069680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1.424660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-1.483850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-0.448270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1.150340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-1.718130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-1.478700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0.278500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-0.609410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0.185890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0.937890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0.783540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0.376520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-0.201990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-1.192200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1.543390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-0.586900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-2.197780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1.332750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-1.330740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-0.370410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2.146730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-0.925160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0.556310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2.568100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-1.769160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-0.923780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2.982660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-2.390060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-0.034350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1.145480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-3.358080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0.257970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1.541660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-2.229490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-0.071250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-0.188960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-0.921700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-0.444440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-0.770900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0.382110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1.803400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0.771150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-0.773160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-0.577790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-1.976060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1.703690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-2.695150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0.263380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1.140490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-3.396100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-0.082780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0.855680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-1.269580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2.487190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1.452260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-1.952620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2.148170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-3.329960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0.246630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-1.187900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-3.582640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-0.671500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-1.725510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-2.898120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0.908020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-1.948770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-4.549350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0.902640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-0.602980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-4.383970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1.911630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-0.227480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-5.789790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0.406420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-0.507140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-6.907880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1.232280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0.081390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-7.714750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1.371530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-0.647760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-7.354350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0.726850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0.945570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-6.561750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2.217200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0.400670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-6.204200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-0.970480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-0.961260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-6.971680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-0.902160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-1.740980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-5.378230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-1.564520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-1.351270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-6.655690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-1.524080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-0.130220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2.968950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2.941200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0.484270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2.015960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2.943590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0.697730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6.364850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-0.226840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-1.080890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6.417520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-0.996040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-1.853700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6.897170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0.658900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-1.431610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6.899580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-0.607300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-0.203800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g-3</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4.371680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1.697749</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0.130490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5.035900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2.516229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0.383030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4.851810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0.591129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-0.584320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3.990190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-0.471261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-0.924240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4.367640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-1.319901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-1.482360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2.665330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-0.402911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-0.534640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2.197330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0.690699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0.191920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3.037090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1.763699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0.529790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1.543580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-1.382881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-0.796530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1.301570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-1.393421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-1.860990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0.302760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-0.817191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-0.007580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0.802360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0.547979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0.539110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-0.120980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-1.761791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1.149730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-0.385240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-2.722251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0.689750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-1.343020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-1.240421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1.890960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-1.051260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-0.406821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2.539820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-1.723170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-2.026241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2.550830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-2.423320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-0.786591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0.961900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-3.420310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-0.695011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1.382710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-2.247520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-0.483001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-0.336040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-0.898060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-0.545511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-0.938810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0.134950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1.372249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1.155590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-0.718730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-0.339771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-2.129630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1.957550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-2.690121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-0.382620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1.485150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-3.346641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-0.906040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0.929820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-1.949591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2.085950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1.603450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-2.461381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1.615270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-3.363140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-0.032311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-1.264170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-3.261890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-0.603051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-2.194660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-3.171740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1.006189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-1.549740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-4.754920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-0.211281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-0.725540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-5.078220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-1.247631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-0.637900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-5.627180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0.738090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-0.361890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-7.007840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0.372460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0.126800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-7.176360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0.752350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1.141160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-7.778510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0.826930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-0.506840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-7.164360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-0.707990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0.134150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-5.351020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2.220179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-0.398580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-5.515750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2.660069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0.591430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-4.335450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2.463889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-0.709060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-6.045980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2.723540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-1.080730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2.574600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2.823389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1.223760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1.627020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2.668939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1.403270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6.307820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0.526589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-0.971140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6.438200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0.043909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-1.941900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6.756800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1.520149</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-1.011630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6.869270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-0.061641</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-0.237240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g-4</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-3.710630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-1.870209</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0.745531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-4.287790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-2.588429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1.316201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-4.178940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-1.408949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-0.492299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-3.427739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-0.480539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-1.242099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-3.794419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-0.131999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-2.200489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-2.224029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-0.032869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-0.731289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-1.770659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-0.481999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0.508461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-2.499090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-1.412789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1.264911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-1.226899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0.926421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-1.342209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-0.765719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0.473360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-2.221669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-0.115389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1.127900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-0.245099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-0.520009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0.138380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0.880631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-0.085389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2.590940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0.279111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0.134361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3.227710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-0.586959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1.007751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2.805940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1.314911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0.697961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2.367910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2.270501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1.127911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3.879030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1.491341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2.311971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2.203540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0.901101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3.197231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2.570000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1.414801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2.463241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1.253120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-0.038319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1.284281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0.722580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-0.758669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0.108261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-0.089890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1.909391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1.397561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-0.034210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-1.709699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-1.905409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2.130421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-1.721559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-1.432349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2.535681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-2.456599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-1.328499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2.968121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0.851311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-1.951229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3.000321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0.110451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3.813591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0.660570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-0.393569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4.588211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1.369960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-0.082209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3.885111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0.557790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-1.476579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4.052561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-0.662010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0.298301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4.035271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-0.601220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1.385671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4.280060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-1.861710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-0.250739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4.516650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-3.072380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0.620191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3.770850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-3.850130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0.417981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5.495750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-3.519150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0.410511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4.474380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-2.824510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1.682631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4.331020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-2.139490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-1.731399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3.618760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-2.930720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-1.991579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4.098340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-1.268170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-2.340939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5.323130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-2.507830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-2.017809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-2.051450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-1.849369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2.459601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-1.199160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-1.406309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2.636531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-5.505570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-1.894209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-1.020149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-5.445270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-2.119199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-2.087569</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-5.845030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-2.787489</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-0.494409</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-6.270690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-1.120619</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-0.895959</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h-1</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-4.382480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0.855910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-0.927190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-5.250750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0.990380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-1.561760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-4.253300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1.587920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0.260650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-3.128270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1.411260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1.093070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-3.045060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1.972170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2.016770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-2.151180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0.512990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0.710060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-2.284730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-0.212550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-0.474270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-3.400800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-0.057780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-1.311650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-0.889700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0.107220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1.442580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-0.263870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0.979110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1.649550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-0.131910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-0.852430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0.442960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-1.162990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-1.095000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-0.695710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0.327240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-2.168900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1.112710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-0.549360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-2.719260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1.451930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1.162070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-3.032620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0.172200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0.513201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-3.512040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-0.567710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1.623361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-3.836830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0.752800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2.216570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-2.245500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-0.543490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3.046640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-2.810850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-0.959820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2.201730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-0.909830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-0.708050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1.053820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-0.111270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-0.220320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-1.039430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-1.872750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-1.636860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0.994770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1.096650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-0.380720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-1.278430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-0.528630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2.655170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-0.458430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-0.849000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3.062160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1.050070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-1.878500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2.324920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1.912750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-1.509690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2.096980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3.324980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-0.159230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-1.397810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2.898310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0.612770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-2.038100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3.853180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-0.866490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-2.046750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4.308200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0.429950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-0.412460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4.798730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-0.310480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0.218200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4.642350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1.714120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-0.234480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5.669630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2.103110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0.801580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6.511810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2.630080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0.337890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5.239390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2.792560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1.537570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6.061080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1.234060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1.334010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4.067110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2.873040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-1.007400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4.860620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3.404790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-1.545210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3.304580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2.577270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-1.725750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3.616830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3.598720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-0.320520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-3.528040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-0.766990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-2.451410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-2.749350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-1.351100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-2.527030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-5.315800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2.585670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0.646620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-4.960860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3.606760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0.471900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-6.229460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2.445160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0.067880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-5.560160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2.507220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1.708690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h-2</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-4.567729</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-1.470582</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-0.099670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-5.311929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-2.246542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0.036970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-4.838110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-0.365782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-0.917220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-3.871350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0.646319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-1.097210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-4.093230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1.501849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-1.724790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-2.652140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0.523329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-0.460370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-2.388799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-0.578951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0.354050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-3.339659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-1.592201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0.552260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-1.478590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1.480200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-0.455180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-1.135120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1.675920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-1.474030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-0.342580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0.723930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0.339270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-1.061459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-0.526750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0.920740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0.302210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1.599741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1.440310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-0.457831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1.862820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2.174950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1.474840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0.900111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2.119310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1.102710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0.130061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2.802630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2.009970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1.631112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2.732310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2.413400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0.263592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1.139950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3.419270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0.053532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1.491500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2.094740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-0.066198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-0.124550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0.726080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0.176161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-0.635780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-0.582609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-1.347030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1.697470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0.420090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-0.084949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-1.788150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-1.903581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2.686690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0.169310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-1.113531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3.245530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0.233230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0.707869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2.865111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0.883880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1.487959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2.729571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0.331240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3.067511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-0.691718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-1.110930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3.271570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0.037312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-1.900130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2.540381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-1.511058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-1.613280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4.336211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-1.221557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-0.502930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4.204811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-2.102577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0.123700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5.581841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-0.752047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-0.651320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6.750361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-1.440486</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0.011500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7.482451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-1.769346</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-0.735330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7.278651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-0.753746</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0.682930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6.435461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-2.311586</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0.589210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5.953340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0.461163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-1.466090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6.638840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0.184454</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-2.275360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5.094690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0.965933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-1.907900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6.487540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1.186904</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-0.842560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-3.082728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-2.653021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1.343700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-2.183708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-2.542080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1.707990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-6.173230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-0.248332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-1.607910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-6.042470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-0.153192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-2.689640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-6.805399</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-1.115133</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-1.413240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-6.704740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0.646197</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-1.269500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h-3</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-4.362760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-1.719241</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0.201820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-5.022030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-2.538411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0.464390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-4.776450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-0.743121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-0.714450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-3.924100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0.328259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-1.054380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-4.258930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1.085789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-1.753530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-2.670850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0.391339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-0.476560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-2.264480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-0.583231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0.435450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-3.100890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-1.652641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0.793060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-1.601660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1.451779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-0.633520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-1.317760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1.563499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-1.683080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-0.365250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0.905499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0.183510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-0.928740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-0.339001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0.927200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0.220089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1.959110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1.153500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-0.538911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2.225559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1.887940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1.481420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1.460660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1.851750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1.214110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0.736110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2.627700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1.956399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2.304810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2.360070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2.448520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0.817720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0.904690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3.479930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0.738900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1.235660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2.125310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0.326180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-0.304930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0.720870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0.362530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-0.773750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-0.338240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-1.018031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1.761320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0.402790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-0.067620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-1.870890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-2.124831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2.673479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-0.124010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-1.394891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3.311089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-0.159480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0.473109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3.189550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0.447530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1.242119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3.072230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-0.124490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3.120050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-0.325540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-1.250990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2.927380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0.076100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-2.252550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2.876730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-1.389420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-1.322890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4.565650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-0.107970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-0.901380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4.910450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0.918660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-1.017540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5.460600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-1.013840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-0.485810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6.890960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-0.615640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-0.213790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7.168940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-0.840790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0.822380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7.580630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-1.181990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-0.850540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7.057450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0.448700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-0.390480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5.165150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-2.474220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-0.254760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5.417900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-2.753600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0.774340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4.122230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-2.738540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-0.427160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5.786620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-3.098790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-0.906840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-2.705590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-2.587941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1.680210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-1.806830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-2.352541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1.980300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-6.137060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-0.844751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-1.356160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-6.044390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-1.175791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-2.395830</w:t>
            </w:r>
          </w:p>
        </w:tc>
      </w:tr>
      <w:tr w:rsidR="007D693D" w:rsidRPr="007D693D" w:rsidTr="00283A04">
        <w:trPr>
          <w:jc w:val="center"/>
        </w:trPr>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-6.776430</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-1.557111</w:t>
            </w:r>
          </w:p>
        </w:tc>
        <w:tc>
          <w:tcPr>
            <w:tcW w:w="1440" w:type="dxa"/>
            <w:tcBorders>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-0.833500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-6.636870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0.126759</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-1.371080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h-4</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bottom w:val="nil"/>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-3.621182</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-1.852868</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0.700630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-4.168122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-2.641178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1.204620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-4.056432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-1.371378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-0.540740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-3.346661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-0.345798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-1.200650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-3.696121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0.026032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-2.157050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-2.212591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0.169051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-0.604160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-1.785161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-0.312669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0.634130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-2.480382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-1.327679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1.309430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-1.313160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1.292230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-1.075670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-0.917861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1.080730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-2.072170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-0.123490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1.320110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-0.039350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-0.582831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0.349120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1.084850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0.170190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2.744820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0.488920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-0.708870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3.113390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1.016220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1.390120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2.786469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1.403760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1.128600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2.386989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2.389180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1.676331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3.831179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1.555870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2.548500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2.004489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0.864830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3.526000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2.239828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1.278490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2.460119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1.037299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-0.066230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1.145959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0.677589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-0.647480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-0.012961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0.149450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2.152930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1.044119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-0.128291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-1.557320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-2.084540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2.489361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-1.087240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-1.467290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3.200101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-1.320080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0.320441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3.655140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-0.617650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1.160331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3.480309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-1.060550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3.664059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0.248508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-0.544840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4.561519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0.842918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-0.342310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3.599709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0.116788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-1.624970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3.785158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-1.082142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0.162260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3.914388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-0.999452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1.240570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3.754148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-2.312202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-0.365500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3.908267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-3.529192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0.514840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3.028387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-4.178832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0.438970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4.767817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-4.132903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0.200450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4.045287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-3.259042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1.563740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3.574218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-2.620522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-1.829800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2.723747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-3.297192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-1.970550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3.398718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-1.734992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-2.437940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4.455017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-3.142482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-2.221870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-2.065912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-1.787749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2.507150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-1.267102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-1.286110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2.758890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-5.297302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-1.944328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-1.177610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-5.078762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-2.324478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-2.179560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-5.715372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-2.758037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-0.584340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-6.064802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-1.172287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-1.288280</w:t>
            </w:r>
          </w:p>
        </w:tc>
      </w:tr>
    </w:tbl>
    <w:p w:rsidR="007D693D" w:rsidRPr="007D693D" w:rsidRDefault="007D693D" w:rsidP="007D693D">
      <w:pPr>
        <w:widowControl/>
        <w:spacing w:after="160" w:line="360" w:lineRule="auto"/>
        <w:jc w:val="left"/>
        <w:rPr>
          <w:rFonts w:ascii="Times New Roman" w:eastAsia="宋体" w:hAnsi="Times New Roman" w:cs="Times New Roman"/>
          <w:kern w:val="0"/>
          <w:szCs w:val="21"/>
        </w:rPr>
      </w:pPr>
    </w:p>
    <w:p w:rsidR="007D693D" w:rsidRPr="007D693D" w:rsidRDefault="007D693D" w:rsidP="007D693D">
      <w:pPr>
        <w:widowControl/>
        <w:spacing w:after="160" w:line="360" w:lineRule="auto"/>
        <w:rPr>
          <w:rFonts w:ascii="Times New Roman" w:eastAsia="宋体" w:hAnsi="Times New Roman" w:cs="Times New Roman"/>
          <w:kern w:val="0"/>
          <w:szCs w:val="21"/>
        </w:rPr>
      </w:pPr>
      <w:r w:rsidRPr="007D693D">
        <w:rPr>
          <w:rFonts w:ascii="Times New Roman" w:eastAsia="宋体" w:hAnsi="Times New Roman" w:cs="Times New Roman"/>
          <w:b/>
          <w:kern w:val="0"/>
          <w:szCs w:val="21"/>
        </w:rPr>
        <w:t>Table S</w:t>
      </w:r>
      <w:r>
        <w:rPr>
          <w:rFonts w:ascii="Times New Roman" w:eastAsia="宋体" w:hAnsi="Times New Roman" w:cs="Times New Roman"/>
          <w:b/>
          <w:kern w:val="0"/>
          <w:szCs w:val="21"/>
        </w:rPr>
        <w:t>5</w:t>
      </w:r>
      <w:r w:rsidRPr="007D693D">
        <w:rPr>
          <w:rFonts w:ascii="Times New Roman" w:eastAsia="宋体" w:hAnsi="Times New Roman" w:cs="Times New Roman"/>
          <w:kern w:val="0"/>
          <w:szCs w:val="21"/>
        </w:rPr>
        <w:t xml:space="preserve"> Standard orientations of configurations </w:t>
      </w:r>
      <w:r w:rsidRPr="007D693D">
        <w:rPr>
          <w:rFonts w:ascii="Times New Roman" w:eastAsia="宋体" w:hAnsi="Times New Roman" w:cs="Times New Roman"/>
          <w:b/>
          <w:kern w:val="0"/>
          <w:szCs w:val="21"/>
        </w:rPr>
        <w:t>e</w:t>
      </w:r>
      <w:r w:rsidRPr="007D693D">
        <w:rPr>
          <w:rFonts w:ascii="Times New Roman" w:eastAsia="宋体" w:hAnsi="Times New Roman" w:cs="Times New Roman"/>
          <w:kern w:val="0"/>
          <w:szCs w:val="21"/>
        </w:rPr>
        <w:t xml:space="preserve"> and </w:t>
      </w:r>
      <w:r w:rsidRPr="007D693D">
        <w:rPr>
          <w:rFonts w:ascii="Times New Roman" w:eastAsia="宋体" w:hAnsi="Times New Roman" w:cs="Times New Roman"/>
          <w:b/>
          <w:kern w:val="0"/>
          <w:szCs w:val="21"/>
        </w:rPr>
        <w:t>f</w:t>
      </w:r>
      <w:r w:rsidRPr="007D693D">
        <w:rPr>
          <w:rFonts w:ascii="Times New Roman" w:eastAsia="宋体" w:hAnsi="Times New Roman" w:cs="Times New Roman"/>
          <w:kern w:val="0"/>
          <w:szCs w:val="21"/>
        </w:rPr>
        <w:t xml:space="preserve"> at B3LYP/6-31+G(d,p) level in gas phase for NMR calculations.</w:t>
      </w:r>
    </w:p>
    <w:tbl>
      <w:tblPr>
        <w:tblW w:w="0" w:type="auto"/>
        <w:jc w:val="center"/>
        <w:tblLook w:val="04A0" w:firstRow="1" w:lastRow="0" w:firstColumn="1" w:lastColumn="0" w:noHBand="0" w:noVBand="1"/>
      </w:tblPr>
      <w:tblGrid>
        <w:gridCol w:w="1254"/>
        <w:gridCol w:w="1254"/>
        <w:gridCol w:w="1248"/>
        <w:gridCol w:w="371"/>
        <w:gridCol w:w="1393"/>
        <w:gridCol w:w="1393"/>
        <w:gridCol w:w="1393"/>
      </w:tblGrid>
      <w:tr w:rsidR="007D693D" w:rsidRPr="007D693D" w:rsidTr="00283A04">
        <w:trPr>
          <w:jc w:val="center"/>
        </w:trPr>
        <w:tc>
          <w:tcPr>
            <w:tcW w:w="3888" w:type="dxa"/>
            <w:gridSpan w:val="3"/>
            <w:tcBorders>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e-1</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4.225860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-0.998337</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-0.939540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5.076031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-1.161667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-1.594430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4.004551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-1.837978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0.164690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2.907071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-1.621788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1.029320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2.751991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-2.263838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1.891050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2.040630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-0.577149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0.755590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2.251100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0.242051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-0.361820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3.354150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0.059412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-1.214620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0.849140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-0.070549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1.549880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1.220810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0.525991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2.390440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0.121889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0.938900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0.571680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1.208939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1.229091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-0.497230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-0.346771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2.221040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1.300600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-0.942681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1.895370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2.161180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-1.209462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3.127699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0.418950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-0.571252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3.660720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-0.299460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-1.683802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3.891489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1.046290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-2.249962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2.365819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-0.342810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-3.095142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2.940138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-0.721150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-2.208991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1.041829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-0.598570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-1.047480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0.238289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-0.158330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1.187789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2.152181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-1.321300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-0.975910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-0.965520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-0.399240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0.040320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-1.067550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2.132620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-0.339279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-1.587220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1.404000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0.749328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2.931741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1.873070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1.237768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3.375311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1.164310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-3.316940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0.314238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-1.338790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-2.873650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-0.413022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-2.022030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-3.853651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1.050718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-1.951390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-4.298370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-0.350582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-0.398220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-4.820190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0.342297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0.263730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-4.597239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-1.656383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-0.290350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-5.632739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-2.125723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0.705450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-6.447719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-2.661474</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0.200480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-5.193068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-2.830493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1.423750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-6.068059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-1.294033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1.266890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-3.973329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-2.758572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-1.110130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-4.732938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-3.251393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-1.731980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-3.166729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-2.413162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-1.757300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-3.558338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-3.532002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-0.451150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3.563839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0.868002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-2.275520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2.856759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1.545172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-2.288990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4.942042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-2.992537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0.427320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4.476822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-3.939937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0.127900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5.876742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-2.889456</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-0.129960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5.182112</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-3.072957</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1.492370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e-2</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-4.479310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-0.366341</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1.414971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-5.216450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-0.355681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2.211781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-4.691890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-1.132851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0.256991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-3.742280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-1.139701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-0.790099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-3.921070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-1.720261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-1.690029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-2.586550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-0.391181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-0.644679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-2.367470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0.352539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0.522821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-3.315190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0.393689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1.561071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-1.458130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-0.145861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-1.631259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-1.791880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0.603739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-2.357439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-0.322820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0.541930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-0.770189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-1.086921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1.014880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0.495191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0.351229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1.710700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-1.528009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0.672679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1.313460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-2.497929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1.571969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2.274230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-0.796969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1.240609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2.900040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0.043581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2.126639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2.930190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-1.477949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2.473719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1.205050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-0.259669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3.499029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1.493271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-0.036219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2.102900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-0.070170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-0.023519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0.715410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-0.501350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-0.299409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-0.670671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1.824220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1.333551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0.371750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-1.671660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-0.135259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-1.070320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-1.260850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-2.401869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-0.727620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-1.926840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-1.781869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-0.585801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2.735290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-1.855169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-0.792991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3.235780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-1.052409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3.035290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-1.143339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0.517371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3.208220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-1.881079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-0.273609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2.487040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-1.693130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1.293541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4.327410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-0.629519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1.092541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4.215390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-0.044769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2.006981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5.577070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-0.825319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0.635911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6.767670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-0.268949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1.382351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7.447750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-1.074698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1.689601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7.353060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0.406322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0.744021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6.467370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0.281671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2.278401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5.929140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-1.598809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-0.612059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6.552660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-2.468009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-0.363899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5.056890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-1.957479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-1.161689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6.522740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-0.975309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-1.293389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-3.108381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1.131529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2.672961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-2.251021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1.594719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2.578381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-5.942980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-1.969562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0.132261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-5.718750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-3.025622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0.327831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-6.712020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-1.655492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0.842781</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-6.360490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-1.909452</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-0.877849</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e-3</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-4.293170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-1.550881</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0.655870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-4.947070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-2.266181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1.145090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-4.643890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-0.998641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-0.587900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-3.804380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-0.055361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-1.222280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-4.089870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0.381959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-2.174090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-2.616540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0.299299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-0.604600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-2.258990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-0.273061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0.623280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-3.097410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-1.190201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1.282560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-1.583160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1.335390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-1.011220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-1.959971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2.326909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-0.736460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-0.345920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1.050390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-0.066940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-0.965600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0.187280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1.064350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0.292409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2.356560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0.463220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0.504569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2.981180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-0.412430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1.596769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2.118920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1.227220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1.371049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1.725340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2.228240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2.105799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3.078640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1.374940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2.507480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1.151540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0.535450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3.556930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1.172510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0.822680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2.118600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0.254030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-0.393430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0.695350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0.162350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-0.785250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-0.441600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-0.060670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2.157650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0.324950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-0.630090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-1.650950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-1.311130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1.412940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-2.392350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-0.935930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0.555320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-2.654990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-0.635661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3.121290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1.230470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-0.750751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2.696650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2.093130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3.058640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-0.728860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-1.074170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2.806270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-0.737580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-2.142280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2.814020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-1.737450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-0.723230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4.523180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-0.423640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-0.911440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4.858730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0.477631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-1.427090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5.449950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-1.130009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-0.240080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6.896300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-0.691559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-0.228600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7.247310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-0.516749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0.797240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7.544280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-1.471149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-0.650940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7.050220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0.225741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-0.804140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5.175250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-2.394229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0.538310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5.504720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-2.280909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1.579400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4.120930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-2.676420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0.551090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5.745730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-3.234829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0.121510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-2.757710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-1.719591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2.477680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-1.899850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-1.334871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2.750700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-5.924590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-1.430911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-1.261500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-5.724110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-2.229751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-1.986670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-6.650740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-1.814551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-0.539610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-6.384700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-0.602901</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-1.809110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e-4</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-3.532060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-1.670881</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0.948661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-4.068300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-2.375441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1.576771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-3.902190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-1.487301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-0.394409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-3.217970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-0.559771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-1.212399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-3.521420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-0.407561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-2.243669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-2.159430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0.150219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-0.671069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-1.776430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-0.056301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0.661091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-2.466800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-0.951651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1.497611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-1.319970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1.259179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-1.281579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-1.892261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2.192299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-1.230289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-0.104930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1.426310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-0.281979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-0.623670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0.737790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1.008251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0.261969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2.913610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-0.056719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0.409749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3.354360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-1.049439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1.541359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3.102280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0.763061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1.325699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2.924800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1.826011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1.870389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4.144590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0.679191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2.641829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2.174090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0.349441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3.651689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2.454540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0.647381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2.471940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1.024240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-0.334699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1.117120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0.608990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-0.761669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-0.136120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0.854770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2.139271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0.950270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-0.378100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-1.475959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-0.993970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1.099349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-2.643239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-0.438550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0.303600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-2.706389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-0.828621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3.644760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0.499911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-0.919811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3.404030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1.433551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3.622010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0.095950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-0.681119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4.549740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0.682620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-0.658639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3.494330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-0.267930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-1.702769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3.741710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-1.054140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0.294941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3.936370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-0.747240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1.323491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3.640610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-2.371240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0.047341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3.812461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-3.376300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1.163001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2.909091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-3.989870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1.278171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4.635401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-4.069329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0.942431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4.021120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-2.893050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2.121781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3.361470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-2.980520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-1.304429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2.486861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-3.640960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-1.247219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3.162280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-2.240880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-2.080449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4.206191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-3.604670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-1.625939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-2.108610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-1.126451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2.787991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-1.358060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-0.528511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2.981571</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-5.034630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-2.300641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-0.974809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-4.641490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-3.156391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-1.538069</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-5.692480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-2.691881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-0.194139</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-5.636520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-1.705231</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-1.668239</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f-1</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-4.372939</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-1.622920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-0.155440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-5.041059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-2.477260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-0.110340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-4.679919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-0.520570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-0.968550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-3.818999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0.600860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-1.020710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-4.070319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1.458880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-1.636780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-2.655979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0.577031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-0.272080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-2.340219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-0.534649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0.520580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-3.199669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-1.643380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0.606760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-1.613069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1.655661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-0.045790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-2.007200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2.338111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0.719930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-0.387789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0.899671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0.593940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-1.051809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-0.387889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1.161690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0.340041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1.765711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1.640010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-0.365700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2.009061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2.448970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1.562941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1.063151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2.225800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1.248541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0.344951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2.993340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2.181060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1.817471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2.727400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2.381741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0.342901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1.197420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3.388531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0.051751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1.491420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1.971891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0.043831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-0.052420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0.615421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0.426451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-0.485400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-0.561589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-1.170979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1.978530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0.259791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0.334731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-1.661230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-1.308360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2.492791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-1.143090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-0.886870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1.923131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-1.812710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0.805250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2.977411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1.036570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0.190450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3.268621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0.344420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2.840311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-0.635319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-1.101240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3.080901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0.099211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-1.877090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2.221041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-1.385879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-1.610300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4.077781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-1.300099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-0.561380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3.886991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-2.168909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0.070470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5.362321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-0.968199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-0.781100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6.484441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-1.787528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-0.186090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7.132331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-2.194128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-0.974100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7.125771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-1.169388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0.456430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6.108541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-2.624348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0.409660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5.821181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0.202852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-1.616650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6.426351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-0.143198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-2.465080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4.999891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0.803461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-2.011750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6.466071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0.864922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-1.024100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-2.902929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-2.705150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1.384750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-2.052559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-2.526709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1.836720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-5.936479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-0.531840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-1.806120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-5.692209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-0.704240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-2.861620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-6.626069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-1.318830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-1.490260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-6.458959</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0.428530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-1.748280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f-2</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4.436591</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-0.668047</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-0.871950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5.326001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-0.722537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-1.491930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4.232552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-1.591937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0.165760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3.079622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-1.519488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0.981120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2.931552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-2.231278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1.787650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2.147301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-0.527419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0.728780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2.345861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0.379512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-0.318970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3.495351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0.334152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-1.128100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0.871881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-0.187819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1.483400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1.130381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0.307051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2.425590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0.143271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0.891100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0.579090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1.239430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1.296341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-0.451180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-0.333270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2.112550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1.406080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0.547429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2.645340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1.780860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-1.182061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3.079289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0.572190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-0.532551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3.652810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-0.101890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-1.655551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3.796639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1.251960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-2.222180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2.378029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-0.246250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-3.073281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2.973618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-0.576200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-2.171440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1.078509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-0.610300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-0.999679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0.255450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-0.241860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1.172590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2.233121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-1.252210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-0.894878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-0.911350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-0.621100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0.097382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-1.302790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1.869110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-0.209498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-1.729360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1.050510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-1.015580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1.702449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2.591250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-1.697530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1.050299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2.376740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-3.276279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0.401908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-1.401850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-2.831019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-0.266032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-2.141840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-3.823460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1.178608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-1.951980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-4.245759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-0.342702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-0.509250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-4.789029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0.295977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0.189230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-4.512148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-1.660003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-0.481940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-5.540118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-2.214953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0.477080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-6.339027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-2.738434</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-0.064940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-5.086287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-2.951613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1.153220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-5.999448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-1.430404</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1.085440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-3.856997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-2.693422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-1.364750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-4.599167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-3.156283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-2.029200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-3.047958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-2.290122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-1.974030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-3.437517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-3.502182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-0.752800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3.685990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1.218702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-2.129170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2.921480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1.831082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-2.146170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5.246413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-2.684767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0.408000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4.864373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-3.649047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0.050700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6.187533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-2.485426</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-0.110840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5.458493</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-2.797457</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1.476190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lastRenderedPageBreak/>
              <w:t>Conformer f-3</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-4.130130</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-1.867401</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0.193940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-4.703399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-2.770531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0.378800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-4.585130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-0.911141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-0.728080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-3.849730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0.274029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-0.962420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-4.216160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1.018929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-1.662150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-2.658840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0.459100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-0.282400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-2.195060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-0.508230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0.618960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-2.929320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-1.676700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0.885830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-1.724850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1.654560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-0.246010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-2.153480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2.385950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0.452930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-0.401440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1.108300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0.411520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-0.902570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-0.156770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1.165040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0.275790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2.165960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1.304260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-0.417490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2.440400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2.114200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1.587180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1.664950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1.905420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1.380640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1.025490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2.772670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2.146280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2.533470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2.274130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2.430170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0.898581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0.931700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3.467600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0.728151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1.213260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2.005250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0.415560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-0.253950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0.599050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0.605010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-0.657100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-0.298880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-0.780090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2.041440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0.202250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0.327320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-1.789680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-1.555990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2.373070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-1.451280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-1.106280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1.768210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-2.069630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0.589200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3.330660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0.533800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-0.084010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3.474850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-0.150150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2.888570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-0.325039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-1.246620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2.692910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0.103141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-2.238350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2.539820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-1.361469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-1.316270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4.363990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-0.255259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-0.960130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4.804360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0.735081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-1.086200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5.187950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-1.254409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-0.597770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6.665040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-1.003519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-0.399140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6.975550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-1.263659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0.621710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7.262650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-1.629039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-1.075710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6.930480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0.041931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-0.581080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4.761001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-2.683749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-0.364740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5.046161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-3.007609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0.644800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3.686041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-2.838529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-0.473010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5.272941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-3.358099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-1.064070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-2.489489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-2.597850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1.768540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-1.643850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-2.280630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2.147460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-5.865770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-1.155911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-1.490050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-5.645490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-1.519421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-2.501600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-6.491910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-1.904381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-0.997400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-6.447000</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-0.234651</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-1.596490</w:t>
            </w:r>
          </w:p>
        </w:tc>
      </w:tr>
      <w:tr w:rsidR="007D693D" w:rsidRPr="007D693D" w:rsidTr="00283A04">
        <w:trPr>
          <w:jc w:val="center"/>
        </w:trPr>
        <w:tc>
          <w:tcPr>
            <w:tcW w:w="3888" w:type="dxa"/>
            <w:gridSpan w:val="3"/>
            <w:tcBorders>
              <w:top w:val="single" w:sz="12" w:space="0" w:color="auto"/>
              <w:bottom w:val="single" w:sz="12" w:space="0" w:color="auto"/>
            </w:tcBorders>
            <w:vAlign w:val="center"/>
          </w:tcPr>
          <w:p w:rsidR="007D693D" w:rsidRPr="007D693D" w:rsidRDefault="007D693D" w:rsidP="007D693D">
            <w:pPr>
              <w:widowControl/>
              <w:spacing w:line="259"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t>Conformer f-4</w:t>
            </w:r>
          </w:p>
        </w:tc>
        <w:tc>
          <w:tcPr>
            <w:tcW w:w="389"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Center</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Atomic</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4320" w:type="dxa"/>
            <w:gridSpan w:val="3"/>
            <w:tcBorders>
              <w:top w:val="single" w:sz="12" w:space="0" w:color="auto"/>
              <w:bottom w:val="single" w:sz="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Coordinates (Angstroms)</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Number</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Type</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X</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Y</w:t>
            </w:r>
          </w:p>
        </w:tc>
        <w:tc>
          <w:tcPr>
            <w:tcW w:w="1440" w:type="dxa"/>
            <w:tcBorders>
              <w:top w:val="single" w:sz="2" w:space="0" w:color="auto"/>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Z</w:t>
            </w:r>
          </w:p>
        </w:tc>
      </w:tr>
      <w:tr w:rsidR="007D693D" w:rsidRPr="007D693D" w:rsidTr="00283A04">
        <w:trPr>
          <w:jc w:val="center"/>
        </w:trPr>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3.587082</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1.463348</w:t>
            </w:r>
          </w:p>
        </w:tc>
        <w:tc>
          <w:tcPr>
            <w:tcW w:w="1440" w:type="dxa"/>
            <w:tcBorders>
              <w:top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0.800110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4.159403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2.238367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1.300400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3.964972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1.008007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-0.473110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3.230421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-0.011242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-1.123020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3.537551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-0.373442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-2.099390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2.117701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-0.532671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-0.487300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1.729371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-0.060201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0.773580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2.465522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0.930678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1.445310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1.214060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-1.687021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-0.879690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1.721509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-2.615991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-0.584850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-0.048800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-1.536400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0.048520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0.505181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-0.684940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1.226180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-0.630621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-2.905499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0.453000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0.139499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-3.465510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1.005470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-1.882871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-2.775688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1.318350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-1.597901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-2.566889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2.357170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-2.400382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-3.742468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1.315090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-2.813630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-1.697658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0.851810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-3.821240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-1.717077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1.266570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-2.504409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-0.723558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-0.028220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-1.152109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-0.678829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-0.618970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-0.016279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-0.529480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2.332590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-0.884849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0.033071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-1.586420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0.943760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-1.852340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-2.257130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0.418620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-1.075900</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-2.526030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-1.006642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-3.641449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-0.715130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-0.396681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-3.449119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-1.445440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-3.489399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0.346403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-0.462750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-4.499839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-0.002296</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-0.212470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lastRenderedPageBreak/>
              <w:t>30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-3.446269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0.452513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-1.549180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-3.237438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1.670073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0.225260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-3.321538</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1.630183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1.312130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-2.928287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2.854032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-0.330950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-2.727866</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4.077802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0.533210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-1.717966</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4.488811</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0.401670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-3.428955</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4.875343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0.252590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37</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-2.870006</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3.856962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1.595000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-2.754227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3.098092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-1.809740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39</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-1.766816</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3.534592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-2.007690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40</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-2.837917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2.192152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-2.410910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-3.496426</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3.823573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-2.169270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42</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8</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2.100382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1.371839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2.667220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43</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1.302662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0.877249</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2.946680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44</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5.160522</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1.619106</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-1.164290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45</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4.836263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2.329377</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-1.935110</w:t>
            </w:r>
          </w:p>
        </w:tc>
      </w:tr>
      <w:tr w:rsidR="007D693D" w:rsidRPr="007D693D" w:rsidTr="00283A04">
        <w:trPr>
          <w:jc w:val="center"/>
        </w:trPr>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46</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5.800643</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2.159506</w:t>
            </w:r>
          </w:p>
        </w:tc>
        <w:tc>
          <w:tcPr>
            <w:tcW w:w="1440" w:type="dxa"/>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-0.462150</w:t>
            </w:r>
          </w:p>
        </w:tc>
      </w:tr>
      <w:tr w:rsidR="007D693D" w:rsidRPr="007D693D" w:rsidTr="00283A04">
        <w:trPr>
          <w:jc w:val="center"/>
        </w:trPr>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47</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w:t>
            </w:r>
          </w:p>
        </w:tc>
        <w:tc>
          <w:tcPr>
            <w:tcW w:w="1296"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w:t>
            </w:r>
          </w:p>
        </w:tc>
        <w:tc>
          <w:tcPr>
            <w:tcW w:w="389"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5.763762</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0.853936</w:t>
            </w:r>
          </w:p>
        </w:tc>
        <w:tc>
          <w:tcPr>
            <w:tcW w:w="1440" w:type="dxa"/>
            <w:tcBorders>
              <w:bottom w:val="single" w:sz="12" w:space="0" w:color="auto"/>
            </w:tcBorders>
            <w:vAlign w:val="center"/>
          </w:tcPr>
          <w:p w:rsidR="007D693D" w:rsidRPr="007D693D" w:rsidRDefault="007D693D" w:rsidP="007D693D">
            <w:pPr>
              <w:widowControl/>
              <w:spacing w:line="259"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-1.663100</w:t>
            </w:r>
          </w:p>
        </w:tc>
      </w:tr>
    </w:tbl>
    <w:p w:rsidR="007D693D" w:rsidRPr="007D693D" w:rsidRDefault="007D693D" w:rsidP="007D693D">
      <w:pPr>
        <w:widowControl/>
        <w:jc w:val="left"/>
        <w:rPr>
          <w:rFonts w:ascii="Times New Roman" w:eastAsia="宋体" w:hAnsi="Times New Roman" w:cs="Times New Roman"/>
          <w:kern w:val="0"/>
          <w:szCs w:val="21"/>
        </w:rPr>
      </w:pPr>
    </w:p>
    <w:p w:rsidR="00F4389D" w:rsidRPr="00F4389D" w:rsidRDefault="00F4389D" w:rsidP="00F4389D">
      <w:pPr>
        <w:spacing w:before="100" w:beforeAutospacing="1" w:line="360" w:lineRule="auto"/>
        <w:jc w:val="center"/>
        <w:rPr>
          <w:rFonts w:ascii="Times New Roman" w:eastAsia="宋体" w:hAnsi="Times New Roman" w:cs="Times New Roman"/>
          <w:szCs w:val="21"/>
        </w:rPr>
      </w:pPr>
      <w:bookmarkStart w:id="5" w:name="_Ref497276040"/>
      <w:bookmarkStart w:id="6" w:name="_Toc493279266"/>
      <w:r w:rsidRPr="00F4389D">
        <w:rPr>
          <w:rFonts w:ascii="Times New Roman" w:eastAsia="宋体" w:hAnsi="Times New Roman" w:cs="Times New Roman"/>
          <w:b/>
          <w:szCs w:val="21"/>
        </w:rPr>
        <w:t>Table S</w:t>
      </w:r>
      <w:r>
        <w:rPr>
          <w:rFonts w:ascii="Times New Roman" w:eastAsia="宋体" w:hAnsi="Times New Roman" w:cs="Times New Roman"/>
          <w:b/>
          <w:szCs w:val="21"/>
        </w:rPr>
        <w:t>6</w:t>
      </w:r>
      <w:bookmarkEnd w:id="5"/>
      <w:r w:rsidRPr="00F4389D">
        <w:rPr>
          <w:rFonts w:ascii="Times New Roman" w:eastAsia="宋体" w:hAnsi="Times New Roman" w:cs="Times New Roman"/>
          <w:szCs w:val="21"/>
        </w:rPr>
        <w:t xml:space="preserve"> UV-shift and σ values for ECD spectrum comparisons.</w:t>
      </w:r>
    </w:p>
    <w:tbl>
      <w:tblPr>
        <w:tblW w:w="5001" w:type="pct"/>
        <w:jc w:val="center"/>
        <w:tblBorders>
          <w:top w:val="single" w:sz="2" w:space="0" w:color="auto"/>
          <w:bottom w:val="single" w:sz="2" w:space="0" w:color="auto"/>
        </w:tblBorders>
        <w:tblLook w:val="04A0" w:firstRow="1" w:lastRow="0" w:firstColumn="1" w:lastColumn="0" w:noHBand="0" w:noVBand="1"/>
      </w:tblPr>
      <w:tblGrid>
        <w:gridCol w:w="3562"/>
        <w:gridCol w:w="2373"/>
        <w:gridCol w:w="2373"/>
      </w:tblGrid>
      <w:tr w:rsidR="00F4389D" w:rsidRPr="00F4389D" w:rsidTr="00685261">
        <w:trPr>
          <w:trHeight w:val="300"/>
          <w:jc w:val="center"/>
        </w:trPr>
        <w:tc>
          <w:tcPr>
            <w:tcW w:w="2144" w:type="pct"/>
            <w:tcBorders>
              <w:top w:val="single" w:sz="2" w:space="0" w:color="auto"/>
              <w:bottom w:val="single" w:sz="2" w:space="0" w:color="auto"/>
            </w:tcBorders>
            <w:shd w:val="clear" w:color="auto" w:fill="auto"/>
            <w:noWrap/>
            <w:vAlign w:val="center"/>
            <w:hideMark/>
          </w:tcPr>
          <w:p w:rsidR="00F4389D" w:rsidRPr="00F4389D" w:rsidRDefault="00F4389D" w:rsidP="00685261">
            <w:pPr>
              <w:jc w:val="center"/>
              <w:rPr>
                <w:rFonts w:ascii="Times New Roman" w:eastAsia="宋体" w:hAnsi="Times New Roman" w:cs="Times New Roman"/>
                <w:color w:val="000000"/>
                <w:szCs w:val="21"/>
              </w:rPr>
            </w:pPr>
            <w:r w:rsidRPr="00F4389D">
              <w:rPr>
                <w:rFonts w:ascii="Times New Roman" w:eastAsia="宋体" w:hAnsi="Times New Roman" w:cs="Times New Roman" w:hint="eastAsia"/>
                <w:color w:val="000000"/>
                <w:szCs w:val="21"/>
              </w:rPr>
              <w:t>C</w:t>
            </w:r>
            <w:r w:rsidRPr="00F4389D">
              <w:rPr>
                <w:rFonts w:ascii="Times New Roman" w:eastAsia="宋体" w:hAnsi="Times New Roman" w:cs="Times New Roman"/>
                <w:color w:val="000000"/>
                <w:szCs w:val="21"/>
              </w:rPr>
              <w:t>onfiguration</w:t>
            </w:r>
          </w:p>
        </w:tc>
        <w:tc>
          <w:tcPr>
            <w:tcW w:w="1428" w:type="pct"/>
            <w:tcBorders>
              <w:top w:val="single" w:sz="2" w:space="0" w:color="auto"/>
              <w:bottom w:val="single" w:sz="2" w:space="0" w:color="auto"/>
            </w:tcBorders>
            <w:shd w:val="clear" w:color="auto" w:fill="auto"/>
            <w:noWrap/>
            <w:vAlign w:val="center"/>
            <w:hideMark/>
          </w:tcPr>
          <w:p w:rsidR="00F4389D" w:rsidRPr="00F4389D" w:rsidRDefault="00F4389D" w:rsidP="00685261">
            <w:pPr>
              <w:jc w:val="center"/>
              <w:rPr>
                <w:rFonts w:ascii="Times New Roman" w:eastAsia="宋体" w:hAnsi="Times New Roman" w:cs="Times New Roman"/>
                <w:color w:val="000000"/>
                <w:szCs w:val="21"/>
              </w:rPr>
            </w:pPr>
            <w:r w:rsidRPr="00F4389D">
              <w:rPr>
                <w:rFonts w:ascii="Times New Roman" w:eastAsia="宋体" w:hAnsi="Times New Roman" w:cs="Times New Roman" w:hint="eastAsia"/>
                <w:color w:val="000000"/>
                <w:szCs w:val="21"/>
              </w:rPr>
              <w:t>UV-</w:t>
            </w:r>
            <w:r w:rsidRPr="00F4389D">
              <w:rPr>
                <w:rFonts w:ascii="Times New Roman" w:eastAsia="宋体" w:hAnsi="Times New Roman" w:cs="Times New Roman"/>
                <w:color w:val="000000"/>
                <w:szCs w:val="21"/>
              </w:rPr>
              <w:t>Shift (nm)</w:t>
            </w:r>
          </w:p>
        </w:tc>
        <w:tc>
          <w:tcPr>
            <w:tcW w:w="1428" w:type="pct"/>
            <w:tcBorders>
              <w:top w:val="single" w:sz="2" w:space="0" w:color="auto"/>
              <w:bottom w:val="single" w:sz="2" w:space="0" w:color="auto"/>
            </w:tcBorders>
            <w:vAlign w:val="center"/>
          </w:tcPr>
          <w:p w:rsidR="00F4389D" w:rsidRPr="00F4389D" w:rsidRDefault="00F4389D" w:rsidP="00685261">
            <w:pPr>
              <w:jc w:val="center"/>
              <w:rPr>
                <w:rFonts w:ascii="Times New Roman" w:eastAsia="Times New Roman" w:hAnsi="Times New Roman" w:cs="Times New Roman"/>
                <w:color w:val="000000"/>
                <w:szCs w:val="21"/>
              </w:rPr>
            </w:pPr>
            <w:r w:rsidRPr="00F4389D">
              <w:rPr>
                <w:rFonts w:ascii="Times New Roman" w:eastAsia="宋体" w:hAnsi="Times New Roman" w:cs="Times New Roman"/>
                <w:szCs w:val="21"/>
              </w:rPr>
              <w:t>σ (eV)</w:t>
            </w:r>
          </w:p>
        </w:tc>
      </w:tr>
      <w:tr w:rsidR="00F4389D" w:rsidRPr="00F4389D" w:rsidTr="00685261">
        <w:trPr>
          <w:trHeight w:val="300"/>
          <w:jc w:val="center"/>
        </w:trPr>
        <w:tc>
          <w:tcPr>
            <w:tcW w:w="2144" w:type="pct"/>
            <w:tcBorders>
              <w:top w:val="single" w:sz="2" w:space="0" w:color="auto"/>
            </w:tcBorders>
            <w:shd w:val="clear" w:color="auto" w:fill="auto"/>
            <w:noWrap/>
            <w:vAlign w:val="center"/>
            <w:hideMark/>
          </w:tcPr>
          <w:p w:rsidR="00F4389D" w:rsidRPr="00F4389D" w:rsidRDefault="00F4389D" w:rsidP="00685261">
            <w:pPr>
              <w:jc w:val="center"/>
              <w:rPr>
                <w:rFonts w:ascii="Times New Roman" w:eastAsia="Times New Roman" w:hAnsi="Times New Roman" w:cs="Times New Roman"/>
                <w:b/>
                <w:color w:val="000000"/>
                <w:szCs w:val="21"/>
              </w:rPr>
            </w:pPr>
            <w:r w:rsidRPr="00F4389D">
              <w:rPr>
                <w:rFonts w:ascii="Times New Roman" w:eastAsia="Times New Roman" w:hAnsi="Times New Roman" w:cs="Times New Roman"/>
                <w:b/>
                <w:color w:val="000000"/>
                <w:szCs w:val="21"/>
              </w:rPr>
              <w:t>a</w:t>
            </w:r>
          </w:p>
        </w:tc>
        <w:tc>
          <w:tcPr>
            <w:tcW w:w="1428" w:type="pct"/>
            <w:tcBorders>
              <w:top w:val="single" w:sz="2" w:space="0" w:color="auto"/>
            </w:tcBorders>
            <w:shd w:val="clear" w:color="auto" w:fill="auto"/>
            <w:noWrap/>
            <w:vAlign w:val="bottom"/>
            <w:hideMark/>
          </w:tcPr>
          <w:p w:rsidR="00F4389D" w:rsidRPr="00F4389D" w:rsidRDefault="00F4389D" w:rsidP="00685261">
            <w:pPr>
              <w:jc w:val="center"/>
              <w:rPr>
                <w:rFonts w:ascii="Times New Roman" w:eastAsia="Times New Roman" w:hAnsi="Times New Roman" w:cs="Times New Roman"/>
                <w:color w:val="000000"/>
                <w:szCs w:val="21"/>
              </w:rPr>
            </w:pPr>
            <w:r w:rsidRPr="00F4389D">
              <w:rPr>
                <w:rFonts w:ascii="Times New Roman" w:eastAsia="Times New Roman" w:hAnsi="Times New Roman" w:cs="Times New Roman"/>
                <w:color w:val="000000"/>
                <w:szCs w:val="21"/>
              </w:rPr>
              <w:t>-8</w:t>
            </w:r>
          </w:p>
        </w:tc>
        <w:tc>
          <w:tcPr>
            <w:tcW w:w="1428" w:type="pct"/>
            <w:tcBorders>
              <w:top w:val="single" w:sz="2" w:space="0" w:color="auto"/>
            </w:tcBorders>
            <w:vAlign w:val="center"/>
          </w:tcPr>
          <w:p w:rsidR="00F4389D" w:rsidRPr="00F4389D" w:rsidRDefault="00F4389D" w:rsidP="00685261">
            <w:pPr>
              <w:jc w:val="center"/>
              <w:rPr>
                <w:rFonts w:ascii="Times New Roman" w:eastAsia="Times New Roman" w:hAnsi="Times New Roman" w:cs="Times New Roman"/>
                <w:color w:val="000000"/>
                <w:szCs w:val="21"/>
              </w:rPr>
            </w:pPr>
            <w:r w:rsidRPr="00F4389D">
              <w:rPr>
                <w:rFonts w:ascii="Times New Roman" w:eastAsia="Times New Roman" w:hAnsi="Times New Roman" w:cs="Times New Roman"/>
                <w:color w:val="000000"/>
                <w:szCs w:val="21"/>
              </w:rPr>
              <w:t>0.3</w:t>
            </w:r>
          </w:p>
        </w:tc>
      </w:tr>
      <w:tr w:rsidR="00F4389D" w:rsidRPr="00F4389D" w:rsidTr="00685261">
        <w:trPr>
          <w:trHeight w:val="300"/>
          <w:jc w:val="center"/>
        </w:trPr>
        <w:tc>
          <w:tcPr>
            <w:tcW w:w="2144" w:type="pct"/>
            <w:shd w:val="clear" w:color="auto" w:fill="auto"/>
            <w:noWrap/>
            <w:vAlign w:val="center"/>
            <w:hideMark/>
          </w:tcPr>
          <w:p w:rsidR="00F4389D" w:rsidRPr="00F4389D" w:rsidRDefault="00F4389D" w:rsidP="00685261">
            <w:pPr>
              <w:jc w:val="center"/>
              <w:rPr>
                <w:rFonts w:ascii="Times New Roman" w:eastAsia="Times New Roman" w:hAnsi="Times New Roman" w:cs="Times New Roman"/>
                <w:b/>
                <w:color w:val="000000"/>
                <w:szCs w:val="21"/>
              </w:rPr>
            </w:pPr>
            <w:r w:rsidRPr="00F4389D">
              <w:rPr>
                <w:rFonts w:ascii="Times New Roman" w:eastAsia="Times New Roman" w:hAnsi="Times New Roman" w:cs="Times New Roman"/>
                <w:b/>
                <w:color w:val="000000"/>
                <w:szCs w:val="21"/>
              </w:rPr>
              <w:t>b</w:t>
            </w:r>
          </w:p>
        </w:tc>
        <w:tc>
          <w:tcPr>
            <w:tcW w:w="1428" w:type="pct"/>
            <w:shd w:val="clear" w:color="auto" w:fill="auto"/>
            <w:noWrap/>
            <w:vAlign w:val="bottom"/>
            <w:hideMark/>
          </w:tcPr>
          <w:p w:rsidR="00F4389D" w:rsidRPr="00F4389D" w:rsidRDefault="00F4389D" w:rsidP="00685261">
            <w:pPr>
              <w:jc w:val="center"/>
              <w:rPr>
                <w:rFonts w:ascii="Times New Roman" w:eastAsia="Times New Roman" w:hAnsi="Times New Roman" w:cs="Times New Roman"/>
                <w:color w:val="000000"/>
                <w:szCs w:val="21"/>
              </w:rPr>
            </w:pPr>
            <w:r w:rsidRPr="00F4389D">
              <w:rPr>
                <w:rFonts w:ascii="Times New Roman" w:eastAsia="Times New Roman" w:hAnsi="Times New Roman" w:cs="Times New Roman"/>
                <w:color w:val="000000"/>
                <w:szCs w:val="21"/>
              </w:rPr>
              <w:t>8</w:t>
            </w:r>
          </w:p>
        </w:tc>
        <w:tc>
          <w:tcPr>
            <w:tcW w:w="1428" w:type="pct"/>
            <w:vAlign w:val="center"/>
          </w:tcPr>
          <w:p w:rsidR="00F4389D" w:rsidRPr="00F4389D" w:rsidRDefault="00F4389D" w:rsidP="00685261">
            <w:pPr>
              <w:jc w:val="center"/>
              <w:rPr>
                <w:rFonts w:ascii="Times New Roman" w:eastAsia="Times New Roman" w:hAnsi="Times New Roman" w:cs="Times New Roman"/>
                <w:color w:val="000000"/>
                <w:szCs w:val="21"/>
              </w:rPr>
            </w:pPr>
            <w:r w:rsidRPr="00F4389D">
              <w:rPr>
                <w:rFonts w:ascii="Times New Roman" w:eastAsia="Times New Roman" w:hAnsi="Times New Roman" w:cs="Times New Roman"/>
                <w:color w:val="000000"/>
                <w:szCs w:val="21"/>
              </w:rPr>
              <w:t>0.3</w:t>
            </w:r>
          </w:p>
        </w:tc>
      </w:tr>
      <w:tr w:rsidR="00F4389D" w:rsidRPr="00F4389D" w:rsidTr="00685261">
        <w:trPr>
          <w:trHeight w:val="300"/>
          <w:jc w:val="center"/>
        </w:trPr>
        <w:tc>
          <w:tcPr>
            <w:tcW w:w="2144" w:type="pct"/>
            <w:shd w:val="clear" w:color="auto" w:fill="auto"/>
            <w:noWrap/>
            <w:vAlign w:val="center"/>
            <w:hideMark/>
          </w:tcPr>
          <w:p w:rsidR="00F4389D" w:rsidRPr="00F4389D" w:rsidRDefault="00F4389D" w:rsidP="00685261">
            <w:pPr>
              <w:jc w:val="center"/>
              <w:rPr>
                <w:rFonts w:ascii="Times New Roman" w:eastAsia="Times New Roman" w:hAnsi="Times New Roman" w:cs="Times New Roman"/>
                <w:b/>
                <w:color w:val="000000"/>
                <w:szCs w:val="21"/>
              </w:rPr>
            </w:pPr>
            <w:r w:rsidRPr="00F4389D">
              <w:rPr>
                <w:rFonts w:ascii="Times New Roman" w:eastAsia="Times New Roman" w:hAnsi="Times New Roman" w:cs="Times New Roman"/>
                <w:b/>
                <w:color w:val="000000"/>
                <w:szCs w:val="21"/>
              </w:rPr>
              <w:t>c</w:t>
            </w:r>
          </w:p>
        </w:tc>
        <w:tc>
          <w:tcPr>
            <w:tcW w:w="1428" w:type="pct"/>
            <w:shd w:val="clear" w:color="auto" w:fill="auto"/>
            <w:noWrap/>
            <w:vAlign w:val="bottom"/>
            <w:hideMark/>
          </w:tcPr>
          <w:p w:rsidR="00F4389D" w:rsidRPr="00F4389D" w:rsidRDefault="00F4389D" w:rsidP="00685261">
            <w:pPr>
              <w:jc w:val="center"/>
              <w:rPr>
                <w:rFonts w:ascii="Times New Roman" w:eastAsia="Times New Roman" w:hAnsi="Times New Roman" w:cs="Times New Roman"/>
                <w:color w:val="000000"/>
                <w:szCs w:val="21"/>
              </w:rPr>
            </w:pPr>
            <w:r w:rsidRPr="00F4389D">
              <w:rPr>
                <w:rFonts w:ascii="Times New Roman" w:eastAsia="Times New Roman" w:hAnsi="Times New Roman" w:cs="Times New Roman"/>
                <w:color w:val="000000"/>
                <w:szCs w:val="21"/>
              </w:rPr>
              <w:t>6</w:t>
            </w:r>
          </w:p>
        </w:tc>
        <w:tc>
          <w:tcPr>
            <w:tcW w:w="1428" w:type="pct"/>
            <w:vAlign w:val="center"/>
          </w:tcPr>
          <w:p w:rsidR="00F4389D" w:rsidRPr="00F4389D" w:rsidRDefault="00F4389D" w:rsidP="00685261">
            <w:pPr>
              <w:jc w:val="center"/>
              <w:rPr>
                <w:rFonts w:ascii="Times New Roman" w:eastAsia="Times New Roman" w:hAnsi="Times New Roman" w:cs="Times New Roman"/>
                <w:color w:val="000000"/>
                <w:szCs w:val="21"/>
              </w:rPr>
            </w:pPr>
            <w:r w:rsidRPr="00F4389D">
              <w:rPr>
                <w:rFonts w:ascii="Times New Roman" w:eastAsia="Times New Roman" w:hAnsi="Times New Roman" w:cs="Times New Roman"/>
                <w:color w:val="000000"/>
                <w:szCs w:val="21"/>
              </w:rPr>
              <w:t>0.3</w:t>
            </w:r>
          </w:p>
        </w:tc>
      </w:tr>
      <w:tr w:rsidR="00F4389D" w:rsidRPr="00F4389D" w:rsidTr="00685261">
        <w:trPr>
          <w:trHeight w:val="300"/>
          <w:jc w:val="center"/>
        </w:trPr>
        <w:tc>
          <w:tcPr>
            <w:tcW w:w="2144" w:type="pct"/>
            <w:shd w:val="clear" w:color="auto" w:fill="auto"/>
            <w:noWrap/>
            <w:vAlign w:val="center"/>
            <w:hideMark/>
          </w:tcPr>
          <w:p w:rsidR="00F4389D" w:rsidRPr="00F4389D" w:rsidRDefault="00F4389D" w:rsidP="00685261">
            <w:pPr>
              <w:jc w:val="center"/>
              <w:rPr>
                <w:rFonts w:ascii="Times New Roman" w:eastAsia="Times New Roman" w:hAnsi="Times New Roman" w:cs="Times New Roman"/>
                <w:b/>
                <w:color w:val="000000"/>
                <w:szCs w:val="21"/>
              </w:rPr>
            </w:pPr>
            <w:r w:rsidRPr="00F4389D">
              <w:rPr>
                <w:rFonts w:ascii="Times New Roman" w:eastAsia="Times New Roman" w:hAnsi="Times New Roman" w:cs="Times New Roman"/>
                <w:b/>
                <w:color w:val="000000"/>
                <w:szCs w:val="21"/>
              </w:rPr>
              <w:t>d</w:t>
            </w:r>
          </w:p>
        </w:tc>
        <w:tc>
          <w:tcPr>
            <w:tcW w:w="1428" w:type="pct"/>
            <w:shd w:val="clear" w:color="auto" w:fill="auto"/>
            <w:noWrap/>
            <w:vAlign w:val="bottom"/>
            <w:hideMark/>
          </w:tcPr>
          <w:p w:rsidR="00F4389D" w:rsidRPr="00F4389D" w:rsidRDefault="00F4389D" w:rsidP="00685261">
            <w:pPr>
              <w:jc w:val="center"/>
              <w:rPr>
                <w:rFonts w:ascii="Times New Roman" w:eastAsia="Times New Roman" w:hAnsi="Times New Roman" w:cs="Times New Roman"/>
                <w:color w:val="000000"/>
                <w:szCs w:val="21"/>
              </w:rPr>
            </w:pPr>
            <w:r w:rsidRPr="00F4389D">
              <w:rPr>
                <w:rFonts w:ascii="Times New Roman" w:eastAsia="Times New Roman" w:hAnsi="Times New Roman" w:cs="Times New Roman"/>
                <w:color w:val="000000"/>
                <w:szCs w:val="21"/>
              </w:rPr>
              <w:t>0</w:t>
            </w:r>
          </w:p>
        </w:tc>
        <w:tc>
          <w:tcPr>
            <w:tcW w:w="1428" w:type="pct"/>
            <w:vAlign w:val="center"/>
          </w:tcPr>
          <w:p w:rsidR="00F4389D" w:rsidRPr="00F4389D" w:rsidRDefault="00F4389D" w:rsidP="00685261">
            <w:pPr>
              <w:jc w:val="center"/>
              <w:rPr>
                <w:rFonts w:ascii="Times New Roman" w:eastAsia="Times New Roman" w:hAnsi="Times New Roman" w:cs="Times New Roman"/>
                <w:color w:val="000000"/>
                <w:szCs w:val="21"/>
              </w:rPr>
            </w:pPr>
            <w:r w:rsidRPr="00F4389D">
              <w:rPr>
                <w:rFonts w:ascii="Times New Roman" w:eastAsia="Times New Roman" w:hAnsi="Times New Roman" w:cs="Times New Roman"/>
                <w:color w:val="000000"/>
                <w:szCs w:val="21"/>
              </w:rPr>
              <w:t>0.3</w:t>
            </w:r>
          </w:p>
        </w:tc>
      </w:tr>
      <w:tr w:rsidR="00F4389D" w:rsidRPr="00F4389D" w:rsidTr="00685261">
        <w:trPr>
          <w:trHeight w:val="300"/>
          <w:jc w:val="center"/>
        </w:trPr>
        <w:tc>
          <w:tcPr>
            <w:tcW w:w="2144" w:type="pct"/>
            <w:shd w:val="clear" w:color="auto" w:fill="auto"/>
            <w:noWrap/>
            <w:vAlign w:val="center"/>
            <w:hideMark/>
          </w:tcPr>
          <w:p w:rsidR="00F4389D" w:rsidRPr="00F4389D" w:rsidRDefault="00F4389D" w:rsidP="00685261">
            <w:pPr>
              <w:jc w:val="center"/>
              <w:rPr>
                <w:rFonts w:ascii="Times New Roman" w:eastAsia="Times New Roman" w:hAnsi="Times New Roman" w:cs="Times New Roman"/>
                <w:b/>
                <w:color w:val="000000"/>
                <w:szCs w:val="21"/>
              </w:rPr>
            </w:pPr>
            <w:r w:rsidRPr="00F4389D">
              <w:rPr>
                <w:rFonts w:ascii="Times New Roman" w:eastAsia="Times New Roman" w:hAnsi="Times New Roman" w:cs="Times New Roman"/>
                <w:b/>
                <w:color w:val="000000"/>
                <w:szCs w:val="21"/>
              </w:rPr>
              <w:t>e</w:t>
            </w:r>
          </w:p>
        </w:tc>
        <w:tc>
          <w:tcPr>
            <w:tcW w:w="1428" w:type="pct"/>
            <w:shd w:val="clear" w:color="auto" w:fill="auto"/>
            <w:noWrap/>
            <w:vAlign w:val="bottom"/>
            <w:hideMark/>
          </w:tcPr>
          <w:p w:rsidR="00F4389D" w:rsidRPr="00F4389D" w:rsidRDefault="00F4389D" w:rsidP="00685261">
            <w:pPr>
              <w:jc w:val="center"/>
              <w:rPr>
                <w:rFonts w:ascii="Times New Roman" w:eastAsia="Times New Roman" w:hAnsi="Times New Roman" w:cs="Times New Roman"/>
                <w:color w:val="000000"/>
                <w:szCs w:val="21"/>
              </w:rPr>
            </w:pPr>
            <w:r w:rsidRPr="00F4389D">
              <w:rPr>
                <w:rFonts w:ascii="Times New Roman" w:eastAsia="Times New Roman" w:hAnsi="Times New Roman" w:cs="Times New Roman"/>
                <w:color w:val="000000"/>
                <w:szCs w:val="21"/>
              </w:rPr>
              <w:t>0</w:t>
            </w:r>
          </w:p>
        </w:tc>
        <w:tc>
          <w:tcPr>
            <w:tcW w:w="1428" w:type="pct"/>
            <w:vAlign w:val="center"/>
          </w:tcPr>
          <w:p w:rsidR="00F4389D" w:rsidRPr="00F4389D" w:rsidRDefault="00F4389D" w:rsidP="00685261">
            <w:pPr>
              <w:jc w:val="center"/>
              <w:rPr>
                <w:rFonts w:ascii="Times New Roman" w:eastAsia="Times New Roman" w:hAnsi="Times New Roman" w:cs="Times New Roman"/>
                <w:color w:val="000000"/>
                <w:szCs w:val="21"/>
              </w:rPr>
            </w:pPr>
            <w:r w:rsidRPr="00F4389D">
              <w:rPr>
                <w:rFonts w:ascii="Times New Roman" w:eastAsia="Times New Roman" w:hAnsi="Times New Roman" w:cs="Times New Roman"/>
                <w:color w:val="000000"/>
                <w:szCs w:val="21"/>
              </w:rPr>
              <w:t>0.3</w:t>
            </w:r>
          </w:p>
        </w:tc>
      </w:tr>
      <w:tr w:rsidR="00F4389D" w:rsidRPr="00F4389D" w:rsidTr="00685261">
        <w:trPr>
          <w:trHeight w:val="300"/>
          <w:jc w:val="center"/>
        </w:trPr>
        <w:tc>
          <w:tcPr>
            <w:tcW w:w="2144" w:type="pct"/>
            <w:shd w:val="clear" w:color="auto" w:fill="auto"/>
            <w:noWrap/>
            <w:vAlign w:val="center"/>
            <w:hideMark/>
          </w:tcPr>
          <w:p w:rsidR="00F4389D" w:rsidRPr="00F4389D" w:rsidRDefault="00F4389D" w:rsidP="00685261">
            <w:pPr>
              <w:jc w:val="center"/>
              <w:rPr>
                <w:rFonts w:ascii="Times New Roman" w:eastAsia="Times New Roman" w:hAnsi="Times New Roman" w:cs="Times New Roman"/>
                <w:b/>
                <w:color w:val="000000"/>
                <w:szCs w:val="21"/>
              </w:rPr>
            </w:pPr>
            <w:r w:rsidRPr="00F4389D">
              <w:rPr>
                <w:rFonts w:ascii="Times New Roman" w:eastAsia="Times New Roman" w:hAnsi="Times New Roman" w:cs="Times New Roman"/>
                <w:b/>
                <w:color w:val="000000"/>
                <w:szCs w:val="21"/>
              </w:rPr>
              <w:t>f</w:t>
            </w:r>
          </w:p>
        </w:tc>
        <w:tc>
          <w:tcPr>
            <w:tcW w:w="1428" w:type="pct"/>
            <w:shd w:val="clear" w:color="auto" w:fill="auto"/>
            <w:noWrap/>
            <w:vAlign w:val="bottom"/>
            <w:hideMark/>
          </w:tcPr>
          <w:p w:rsidR="00F4389D" w:rsidRPr="00F4389D" w:rsidRDefault="00F4389D" w:rsidP="00685261">
            <w:pPr>
              <w:jc w:val="center"/>
              <w:rPr>
                <w:rFonts w:ascii="Times New Roman" w:eastAsia="Times New Roman" w:hAnsi="Times New Roman" w:cs="Times New Roman"/>
                <w:color w:val="000000"/>
                <w:szCs w:val="21"/>
              </w:rPr>
            </w:pPr>
            <w:r w:rsidRPr="00F4389D">
              <w:rPr>
                <w:rFonts w:ascii="Times New Roman" w:eastAsia="Times New Roman" w:hAnsi="Times New Roman" w:cs="Times New Roman"/>
                <w:color w:val="000000"/>
                <w:szCs w:val="21"/>
              </w:rPr>
              <w:t>6</w:t>
            </w:r>
          </w:p>
        </w:tc>
        <w:tc>
          <w:tcPr>
            <w:tcW w:w="1428" w:type="pct"/>
            <w:vAlign w:val="center"/>
          </w:tcPr>
          <w:p w:rsidR="00F4389D" w:rsidRPr="00F4389D" w:rsidRDefault="00F4389D" w:rsidP="00685261">
            <w:pPr>
              <w:jc w:val="center"/>
              <w:rPr>
                <w:rFonts w:ascii="Times New Roman" w:eastAsia="Times New Roman" w:hAnsi="Times New Roman" w:cs="Times New Roman"/>
                <w:color w:val="000000"/>
                <w:szCs w:val="21"/>
              </w:rPr>
            </w:pPr>
            <w:r w:rsidRPr="00F4389D">
              <w:rPr>
                <w:rFonts w:ascii="Times New Roman" w:eastAsia="Times New Roman" w:hAnsi="Times New Roman" w:cs="Times New Roman"/>
                <w:color w:val="000000"/>
                <w:szCs w:val="21"/>
              </w:rPr>
              <w:t>0.3</w:t>
            </w:r>
          </w:p>
        </w:tc>
      </w:tr>
      <w:tr w:rsidR="00F4389D" w:rsidRPr="00F4389D" w:rsidTr="00685261">
        <w:trPr>
          <w:trHeight w:val="300"/>
          <w:jc w:val="center"/>
        </w:trPr>
        <w:tc>
          <w:tcPr>
            <w:tcW w:w="2144" w:type="pct"/>
            <w:shd w:val="clear" w:color="auto" w:fill="auto"/>
            <w:noWrap/>
            <w:vAlign w:val="center"/>
            <w:hideMark/>
          </w:tcPr>
          <w:p w:rsidR="00F4389D" w:rsidRPr="00F4389D" w:rsidRDefault="00F4389D" w:rsidP="00685261">
            <w:pPr>
              <w:jc w:val="center"/>
              <w:rPr>
                <w:rFonts w:ascii="Times New Roman" w:eastAsia="Times New Roman" w:hAnsi="Times New Roman" w:cs="Times New Roman"/>
                <w:b/>
                <w:color w:val="000000"/>
                <w:szCs w:val="21"/>
              </w:rPr>
            </w:pPr>
            <w:r w:rsidRPr="00F4389D">
              <w:rPr>
                <w:rFonts w:ascii="Times New Roman" w:eastAsia="Times New Roman" w:hAnsi="Times New Roman" w:cs="Times New Roman"/>
                <w:b/>
                <w:color w:val="000000"/>
                <w:szCs w:val="21"/>
              </w:rPr>
              <w:t>g</w:t>
            </w:r>
          </w:p>
        </w:tc>
        <w:tc>
          <w:tcPr>
            <w:tcW w:w="1428" w:type="pct"/>
            <w:shd w:val="clear" w:color="auto" w:fill="auto"/>
            <w:noWrap/>
            <w:vAlign w:val="bottom"/>
            <w:hideMark/>
          </w:tcPr>
          <w:p w:rsidR="00F4389D" w:rsidRPr="00F4389D" w:rsidRDefault="00F4389D" w:rsidP="00685261">
            <w:pPr>
              <w:jc w:val="center"/>
              <w:rPr>
                <w:rFonts w:ascii="Times New Roman" w:eastAsia="Times New Roman" w:hAnsi="Times New Roman" w:cs="Times New Roman"/>
                <w:color w:val="000000"/>
                <w:szCs w:val="21"/>
              </w:rPr>
            </w:pPr>
            <w:r w:rsidRPr="00F4389D">
              <w:rPr>
                <w:rFonts w:ascii="Times New Roman" w:eastAsia="Times New Roman" w:hAnsi="Times New Roman" w:cs="Times New Roman"/>
                <w:color w:val="000000"/>
                <w:szCs w:val="21"/>
              </w:rPr>
              <w:t>8</w:t>
            </w:r>
          </w:p>
        </w:tc>
        <w:tc>
          <w:tcPr>
            <w:tcW w:w="1428" w:type="pct"/>
            <w:vAlign w:val="center"/>
          </w:tcPr>
          <w:p w:rsidR="00F4389D" w:rsidRPr="00F4389D" w:rsidRDefault="00F4389D" w:rsidP="00685261">
            <w:pPr>
              <w:jc w:val="center"/>
              <w:rPr>
                <w:rFonts w:ascii="Times New Roman" w:eastAsia="Times New Roman" w:hAnsi="Times New Roman" w:cs="Times New Roman"/>
                <w:color w:val="000000"/>
                <w:szCs w:val="21"/>
              </w:rPr>
            </w:pPr>
            <w:r w:rsidRPr="00F4389D">
              <w:rPr>
                <w:rFonts w:ascii="Times New Roman" w:eastAsia="Times New Roman" w:hAnsi="Times New Roman" w:cs="Times New Roman"/>
                <w:color w:val="000000"/>
                <w:szCs w:val="21"/>
              </w:rPr>
              <w:t>0.3</w:t>
            </w:r>
          </w:p>
        </w:tc>
      </w:tr>
      <w:tr w:rsidR="00F4389D" w:rsidRPr="00F4389D" w:rsidTr="00685261">
        <w:trPr>
          <w:trHeight w:val="300"/>
          <w:jc w:val="center"/>
        </w:trPr>
        <w:tc>
          <w:tcPr>
            <w:tcW w:w="2144" w:type="pct"/>
            <w:shd w:val="clear" w:color="auto" w:fill="auto"/>
            <w:noWrap/>
            <w:vAlign w:val="center"/>
            <w:hideMark/>
          </w:tcPr>
          <w:p w:rsidR="00F4389D" w:rsidRPr="00F4389D" w:rsidRDefault="00F4389D" w:rsidP="00685261">
            <w:pPr>
              <w:jc w:val="center"/>
              <w:rPr>
                <w:rFonts w:ascii="Times New Roman" w:eastAsia="Times New Roman" w:hAnsi="Times New Roman" w:cs="Times New Roman"/>
                <w:b/>
                <w:color w:val="000000"/>
                <w:szCs w:val="21"/>
              </w:rPr>
            </w:pPr>
            <w:r w:rsidRPr="00F4389D">
              <w:rPr>
                <w:rFonts w:ascii="Times New Roman" w:eastAsia="Times New Roman" w:hAnsi="Times New Roman" w:cs="Times New Roman"/>
                <w:b/>
                <w:color w:val="000000"/>
                <w:szCs w:val="21"/>
              </w:rPr>
              <w:t>h</w:t>
            </w:r>
          </w:p>
        </w:tc>
        <w:tc>
          <w:tcPr>
            <w:tcW w:w="1428" w:type="pct"/>
            <w:shd w:val="clear" w:color="auto" w:fill="auto"/>
            <w:noWrap/>
            <w:vAlign w:val="bottom"/>
            <w:hideMark/>
          </w:tcPr>
          <w:p w:rsidR="00F4389D" w:rsidRPr="00F4389D" w:rsidRDefault="00F4389D" w:rsidP="00685261">
            <w:pPr>
              <w:jc w:val="center"/>
              <w:rPr>
                <w:rFonts w:ascii="Times New Roman" w:eastAsia="Times New Roman" w:hAnsi="Times New Roman" w:cs="Times New Roman"/>
                <w:color w:val="000000"/>
                <w:szCs w:val="21"/>
              </w:rPr>
            </w:pPr>
            <w:r w:rsidRPr="00F4389D">
              <w:rPr>
                <w:rFonts w:ascii="Times New Roman" w:eastAsia="Times New Roman" w:hAnsi="Times New Roman" w:cs="Times New Roman"/>
                <w:color w:val="000000"/>
                <w:szCs w:val="21"/>
              </w:rPr>
              <w:t>-8</w:t>
            </w:r>
          </w:p>
        </w:tc>
        <w:tc>
          <w:tcPr>
            <w:tcW w:w="1428" w:type="pct"/>
            <w:vAlign w:val="center"/>
          </w:tcPr>
          <w:p w:rsidR="00F4389D" w:rsidRPr="00F4389D" w:rsidRDefault="00F4389D" w:rsidP="00685261">
            <w:pPr>
              <w:jc w:val="center"/>
              <w:rPr>
                <w:rFonts w:ascii="Times New Roman" w:eastAsia="Times New Roman" w:hAnsi="Times New Roman" w:cs="Times New Roman"/>
                <w:color w:val="000000"/>
                <w:szCs w:val="21"/>
              </w:rPr>
            </w:pPr>
            <w:r w:rsidRPr="00F4389D">
              <w:rPr>
                <w:rFonts w:ascii="Times New Roman" w:eastAsia="Times New Roman" w:hAnsi="Times New Roman" w:cs="Times New Roman"/>
                <w:color w:val="000000"/>
                <w:szCs w:val="21"/>
              </w:rPr>
              <w:t>0.3</w:t>
            </w:r>
          </w:p>
        </w:tc>
      </w:tr>
    </w:tbl>
    <w:p w:rsidR="007D693D" w:rsidRDefault="007D693D" w:rsidP="007D693D">
      <w:pPr>
        <w:widowControl/>
        <w:spacing w:line="360" w:lineRule="auto"/>
        <w:rPr>
          <w:rFonts w:ascii="Times New Roman" w:eastAsia="宋体" w:hAnsi="Times New Roman" w:cs="Times New Roman"/>
          <w:kern w:val="0"/>
          <w:szCs w:val="21"/>
        </w:rPr>
      </w:pPr>
    </w:p>
    <w:p w:rsidR="00F4389D" w:rsidRPr="007D693D" w:rsidRDefault="00F4389D" w:rsidP="007D693D">
      <w:pPr>
        <w:widowControl/>
        <w:spacing w:line="360" w:lineRule="auto"/>
        <w:rPr>
          <w:rFonts w:ascii="Times New Roman" w:eastAsia="宋体" w:hAnsi="Times New Roman" w:cs="Times New Roman"/>
          <w:kern w:val="0"/>
          <w:szCs w:val="21"/>
        </w:rPr>
      </w:pPr>
    </w:p>
    <w:bookmarkEnd w:id="6"/>
    <w:p w:rsidR="007D693D" w:rsidRPr="007D693D" w:rsidRDefault="007D693D" w:rsidP="007D693D">
      <w:pPr>
        <w:widowControl/>
        <w:spacing w:after="160" w:line="360" w:lineRule="auto"/>
        <w:rPr>
          <w:rFonts w:ascii="Times New Roman" w:eastAsia="宋体" w:hAnsi="Times New Roman" w:cs="Times New Roman"/>
          <w:kern w:val="0"/>
          <w:szCs w:val="21"/>
        </w:rPr>
      </w:pPr>
      <w:r w:rsidRPr="007D693D">
        <w:rPr>
          <w:rFonts w:ascii="Times New Roman" w:eastAsia="宋体" w:hAnsi="Times New Roman" w:cs="Times New Roman"/>
          <w:kern w:val="0"/>
          <w:szCs w:val="21"/>
          <w:lang w:eastAsia="en-US"/>
        </w:rPr>
        <w:t xml:space="preserve">Computed </w:t>
      </w:r>
      <w:r w:rsidRPr="007D693D">
        <w:rPr>
          <w:rFonts w:ascii="Times New Roman" w:eastAsia="宋体" w:hAnsi="Times New Roman" w:cs="Times New Roman"/>
          <w:kern w:val="0"/>
          <w:szCs w:val="21"/>
          <w:vertAlign w:val="superscript"/>
          <w:lang w:eastAsia="en-US"/>
        </w:rPr>
        <w:t>13</w:t>
      </w:r>
      <w:r w:rsidRPr="007D693D">
        <w:rPr>
          <w:rFonts w:ascii="Times New Roman" w:eastAsia="宋体" w:hAnsi="Times New Roman" w:cs="Times New Roman"/>
          <w:kern w:val="0"/>
          <w:szCs w:val="21"/>
          <w:lang w:eastAsia="en-US"/>
        </w:rPr>
        <w:t xml:space="preserve">C-NMR chemical shifts of each conformer were first Boltzmann-weighted averaged, and then fitted to experimental values by </w:t>
      </w:r>
      <w:r w:rsidRPr="007D693D">
        <w:rPr>
          <w:rFonts w:ascii="Times New Roman" w:eastAsia="宋体" w:hAnsi="Times New Roman" w:cs="Times New Roman"/>
          <w:kern w:val="0"/>
          <w:szCs w:val="21"/>
        </w:rPr>
        <w:t xml:space="preserve">Ordinary Least Squares (OLS) Linear Regression method in order to remove systematic error that results from the conformational search and random error from experimental conditions. All computed chemical shifts showed high correlations to the experimental values, while configuration </w:t>
      </w:r>
      <w:r w:rsidRPr="007D693D">
        <w:rPr>
          <w:rFonts w:ascii="Times New Roman" w:eastAsia="宋体" w:hAnsi="Times New Roman" w:cs="Times New Roman"/>
          <w:b/>
          <w:kern w:val="0"/>
          <w:szCs w:val="21"/>
        </w:rPr>
        <w:t>e</w:t>
      </w:r>
      <w:r w:rsidRPr="007D693D">
        <w:rPr>
          <w:rFonts w:ascii="Times New Roman" w:eastAsia="宋体" w:hAnsi="Times New Roman" w:cs="Times New Roman"/>
          <w:kern w:val="0"/>
          <w:szCs w:val="21"/>
        </w:rPr>
        <w:t xml:space="preserve"> had the highest </w:t>
      </w:r>
      <w:r w:rsidRPr="007D693D">
        <w:rPr>
          <w:rFonts w:ascii="Times New Roman" w:eastAsia="宋体" w:hAnsi="Times New Roman" w:cs="Times New Roman"/>
          <w:i/>
          <w:kern w:val="0"/>
          <w:szCs w:val="21"/>
        </w:rPr>
        <w:t>R</w:t>
      </w:r>
      <w:r w:rsidRPr="007D693D">
        <w:rPr>
          <w:rFonts w:ascii="Times New Roman" w:eastAsia="宋体" w:hAnsi="Times New Roman" w:cs="Times New Roman"/>
          <w:kern w:val="0"/>
          <w:szCs w:val="21"/>
          <w:vertAlign w:val="superscript"/>
        </w:rPr>
        <w:t>2</w:t>
      </w:r>
      <w:r w:rsidRPr="007D693D">
        <w:rPr>
          <w:rFonts w:ascii="Times New Roman" w:eastAsia="宋体" w:hAnsi="Times New Roman" w:cs="Times New Roman"/>
          <w:kern w:val="0"/>
          <w:szCs w:val="21"/>
        </w:rPr>
        <w:t xml:space="preserve"> and </w:t>
      </w:r>
      <w:r w:rsidRPr="007D693D">
        <w:rPr>
          <w:rFonts w:ascii="Times New Roman" w:eastAsia="宋体" w:hAnsi="Times New Roman" w:cs="Times New Roman"/>
          <w:i/>
          <w:kern w:val="0"/>
          <w:szCs w:val="21"/>
        </w:rPr>
        <w:t>R</w:t>
      </w:r>
      <w:r w:rsidRPr="007D693D">
        <w:rPr>
          <w:rFonts w:ascii="Times New Roman" w:eastAsia="宋体" w:hAnsi="Times New Roman" w:cs="Times New Roman"/>
          <w:kern w:val="0"/>
          <w:szCs w:val="21"/>
          <w:vertAlign w:val="superscript"/>
        </w:rPr>
        <w:t>2</w:t>
      </w:r>
      <w:r w:rsidRPr="007D693D">
        <w:rPr>
          <w:rFonts w:ascii="Times New Roman" w:eastAsia="宋体" w:hAnsi="Times New Roman" w:cs="Times New Roman"/>
          <w:kern w:val="0"/>
          <w:szCs w:val="21"/>
          <w:vertAlign w:val="subscript"/>
        </w:rPr>
        <w:t>adj</w:t>
      </w:r>
      <w:r w:rsidRPr="007D693D">
        <w:rPr>
          <w:rFonts w:ascii="Times New Roman" w:eastAsia="宋体" w:hAnsi="Times New Roman" w:cs="Times New Roman"/>
          <w:kern w:val="0"/>
          <w:szCs w:val="21"/>
        </w:rPr>
        <w:t xml:space="preserve"> values and least CMAD and CLAD suggesting that it be the true isomer of compound </w:t>
      </w:r>
      <w:r>
        <w:rPr>
          <w:rFonts w:ascii="Times New Roman" w:eastAsia="宋体" w:hAnsi="Times New Roman" w:cs="Times New Roman"/>
          <w:b/>
          <w:kern w:val="0"/>
          <w:szCs w:val="21"/>
        </w:rPr>
        <w:t>1</w:t>
      </w:r>
      <w:r w:rsidRPr="007D693D">
        <w:rPr>
          <w:rFonts w:ascii="Times New Roman" w:eastAsia="宋体" w:hAnsi="Times New Roman" w:cs="Times New Roman"/>
          <w:kern w:val="0"/>
          <w:szCs w:val="21"/>
        </w:rPr>
        <w:t xml:space="preserve">.  </w:t>
      </w:r>
    </w:p>
    <w:p w:rsidR="007D693D" w:rsidRPr="007D693D" w:rsidRDefault="007D693D" w:rsidP="007D693D">
      <w:pPr>
        <w:widowControl/>
        <w:spacing w:after="160" w:line="360" w:lineRule="auto"/>
        <w:rPr>
          <w:rFonts w:ascii="Times New Roman" w:eastAsia="宋体" w:hAnsi="Times New Roman" w:cs="Times New Roman"/>
          <w:kern w:val="0"/>
          <w:szCs w:val="21"/>
        </w:rPr>
      </w:pPr>
      <w:bookmarkStart w:id="7" w:name="_Ref493283193"/>
      <w:r w:rsidRPr="007D693D">
        <w:rPr>
          <w:rFonts w:ascii="Times New Roman" w:eastAsia="宋体" w:hAnsi="Times New Roman" w:cs="Times New Roman"/>
          <w:b/>
          <w:kern w:val="0"/>
          <w:szCs w:val="21"/>
        </w:rPr>
        <w:lastRenderedPageBreak/>
        <w:t>Table S</w:t>
      </w:r>
      <w:bookmarkEnd w:id="7"/>
      <w:r w:rsidR="00F4389D">
        <w:rPr>
          <w:rFonts w:ascii="Times New Roman" w:eastAsia="宋体" w:hAnsi="Times New Roman" w:cs="Times New Roman"/>
          <w:b/>
          <w:kern w:val="0"/>
          <w:szCs w:val="21"/>
        </w:rPr>
        <w:t>7</w:t>
      </w:r>
      <w:r w:rsidRPr="007D693D">
        <w:rPr>
          <w:rFonts w:ascii="Times New Roman" w:eastAsia="宋体" w:hAnsi="Times New Roman" w:cs="Times New Roman"/>
          <w:kern w:val="0"/>
          <w:szCs w:val="21"/>
        </w:rPr>
        <w:t xml:space="preserve"> Statistics of Ordinary Least Squares (OLS) Linear Regression of experimental and computed </w:t>
      </w:r>
      <w:r w:rsidRPr="007D693D">
        <w:rPr>
          <w:rFonts w:ascii="Times New Roman" w:eastAsia="宋体" w:hAnsi="Times New Roman" w:cs="Times New Roman"/>
          <w:kern w:val="0"/>
          <w:szCs w:val="21"/>
          <w:vertAlign w:val="superscript"/>
        </w:rPr>
        <w:t>13</w:t>
      </w:r>
      <w:r w:rsidRPr="007D693D">
        <w:rPr>
          <w:rFonts w:ascii="Times New Roman" w:eastAsia="宋体" w:hAnsi="Times New Roman" w:cs="Times New Roman"/>
          <w:kern w:val="0"/>
          <w:szCs w:val="21"/>
        </w:rPr>
        <w:t>C-NMR chemical shifts.</w:t>
      </w:r>
    </w:p>
    <w:tbl>
      <w:tblPr>
        <w:tblW w:w="4638" w:type="pct"/>
        <w:jc w:val="center"/>
        <w:tblBorders>
          <w:top w:val="single" w:sz="12" w:space="0" w:color="auto"/>
          <w:bottom w:val="single" w:sz="12" w:space="0" w:color="auto"/>
        </w:tblBorders>
        <w:tblLook w:val="04A0" w:firstRow="1" w:lastRow="0" w:firstColumn="1" w:lastColumn="0" w:noHBand="0" w:noVBand="1"/>
      </w:tblPr>
      <w:tblGrid>
        <w:gridCol w:w="1503"/>
        <w:gridCol w:w="970"/>
        <w:gridCol w:w="915"/>
        <w:gridCol w:w="841"/>
        <w:gridCol w:w="841"/>
        <w:gridCol w:w="798"/>
        <w:gridCol w:w="957"/>
        <w:gridCol w:w="880"/>
      </w:tblGrid>
      <w:tr w:rsidR="007D693D" w:rsidRPr="007D693D" w:rsidTr="00283A04">
        <w:trPr>
          <w:trHeight w:val="300"/>
          <w:jc w:val="center"/>
        </w:trPr>
        <w:tc>
          <w:tcPr>
            <w:tcW w:w="975"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Configuration</w:t>
            </w:r>
          </w:p>
        </w:tc>
        <w:tc>
          <w:tcPr>
            <w:tcW w:w="629"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vertAlign w:val="superscript"/>
              </w:rPr>
            </w:pPr>
            <w:r w:rsidRPr="007D693D">
              <w:rPr>
                <w:rFonts w:ascii="Times New Roman" w:eastAsia="Times New Roman" w:hAnsi="Times New Roman" w:cs="Times New Roman"/>
                <w:kern w:val="0"/>
                <w:szCs w:val="21"/>
              </w:rPr>
              <w:t>CMAD</w:t>
            </w:r>
            <w:r w:rsidRPr="007D693D">
              <w:rPr>
                <w:rFonts w:ascii="Times New Roman" w:eastAsia="Times New Roman" w:hAnsi="Times New Roman" w:cs="Times New Roman"/>
                <w:kern w:val="0"/>
                <w:szCs w:val="21"/>
                <w:vertAlign w:val="superscript"/>
              </w:rPr>
              <w:t>a</w:t>
            </w:r>
          </w:p>
        </w:tc>
        <w:tc>
          <w:tcPr>
            <w:tcW w:w="593"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vertAlign w:val="superscript"/>
              </w:rPr>
            </w:pPr>
            <w:r w:rsidRPr="007D693D">
              <w:rPr>
                <w:rFonts w:ascii="Times New Roman" w:eastAsia="Times New Roman" w:hAnsi="Times New Roman" w:cs="Times New Roman"/>
                <w:kern w:val="0"/>
                <w:szCs w:val="21"/>
              </w:rPr>
              <w:t>CLAD</w:t>
            </w:r>
            <w:r w:rsidRPr="007D693D">
              <w:rPr>
                <w:rFonts w:ascii="Times New Roman" w:eastAsia="Times New Roman" w:hAnsi="Times New Roman" w:cs="Times New Roman"/>
                <w:kern w:val="0"/>
                <w:szCs w:val="21"/>
                <w:vertAlign w:val="superscript"/>
              </w:rPr>
              <w:t>b</w:t>
            </w:r>
          </w:p>
        </w:tc>
        <w:tc>
          <w:tcPr>
            <w:tcW w:w="546"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i/>
                <w:kern w:val="0"/>
                <w:szCs w:val="21"/>
              </w:rPr>
              <w:t>R</w:t>
            </w:r>
            <w:r w:rsidRPr="007D693D">
              <w:rPr>
                <w:rFonts w:ascii="Times New Roman" w:eastAsia="Times New Roman" w:hAnsi="Times New Roman" w:cs="Times New Roman"/>
                <w:kern w:val="0"/>
                <w:szCs w:val="21"/>
                <w:vertAlign w:val="superscript"/>
              </w:rPr>
              <w:t>2</w:t>
            </w:r>
          </w:p>
        </w:tc>
        <w:tc>
          <w:tcPr>
            <w:tcW w:w="546"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vertAlign w:val="subscript"/>
              </w:rPr>
            </w:pPr>
            <w:r w:rsidRPr="007D693D">
              <w:rPr>
                <w:rFonts w:ascii="Times New Roman" w:eastAsia="Times New Roman" w:hAnsi="Times New Roman" w:cs="Times New Roman"/>
                <w:i/>
                <w:kern w:val="0"/>
                <w:szCs w:val="21"/>
              </w:rPr>
              <w:t>R</w:t>
            </w:r>
            <w:r w:rsidRPr="007D693D">
              <w:rPr>
                <w:rFonts w:ascii="Times New Roman" w:eastAsia="Times New Roman" w:hAnsi="Times New Roman" w:cs="Times New Roman"/>
                <w:i/>
                <w:kern w:val="0"/>
                <w:szCs w:val="21"/>
                <w:vertAlign w:val="superscript"/>
              </w:rPr>
              <w:t>2</w:t>
            </w:r>
            <w:r w:rsidRPr="007D693D">
              <w:rPr>
                <w:rFonts w:ascii="Times New Roman" w:eastAsia="Times New Roman" w:hAnsi="Times New Roman" w:cs="Times New Roman"/>
                <w:kern w:val="0"/>
                <w:szCs w:val="21"/>
                <w:vertAlign w:val="subscript"/>
              </w:rPr>
              <w:t>adj</w:t>
            </w:r>
          </w:p>
        </w:tc>
        <w:tc>
          <w:tcPr>
            <w:tcW w:w="518"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i/>
                <w:kern w:val="0"/>
                <w:szCs w:val="21"/>
              </w:rPr>
            </w:pPr>
            <w:r w:rsidRPr="007D693D">
              <w:rPr>
                <w:rFonts w:ascii="Times New Roman" w:eastAsia="Times New Roman" w:hAnsi="Times New Roman" w:cs="Times New Roman"/>
                <w:i/>
                <w:kern w:val="0"/>
                <w:szCs w:val="21"/>
              </w:rPr>
              <w:t>RMSE</w:t>
            </w:r>
          </w:p>
        </w:tc>
        <w:tc>
          <w:tcPr>
            <w:tcW w:w="621"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i/>
                <w:kern w:val="0"/>
                <w:szCs w:val="21"/>
              </w:rPr>
            </w:pPr>
            <w:r w:rsidRPr="007D693D">
              <w:rPr>
                <w:rFonts w:ascii="Times New Roman" w:eastAsia="Times New Roman" w:hAnsi="Times New Roman" w:cs="Times New Roman"/>
                <w:i/>
                <w:kern w:val="0"/>
                <w:szCs w:val="21"/>
              </w:rPr>
              <w:t>F</w:t>
            </w:r>
          </w:p>
        </w:tc>
        <w:tc>
          <w:tcPr>
            <w:tcW w:w="571" w:type="pct"/>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i/>
                <w:kern w:val="0"/>
                <w:szCs w:val="21"/>
              </w:rPr>
              <w:t>p</w:t>
            </w:r>
            <w:r w:rsidRPr="007D693D">
              <w:rPr>
                <w:rFonts w:ascii="Times New Roman" w:eastAsia="Times New Roman" w:hAnsi="Times New Roman" w:cs="Times New Roman"/>
                <w:kern w:val="0"/>
                <w:szCs w:val="21"/>
              </w:rPr>
              <w:t xml:space="preserve"> value</w:t>
            </w:r>
          </w:p>
        </w:tc>
      </w:tr>
      <w:tr w:rsidR="007D693D" w:rsidRPr="007D693D" w:rsidTr="00283A04">
        <w:trPr>
          <w:trHeight w:val="300"/>
          <w:jc w:val="center"/>
        </w:trPr>
        <w:tc>
          <w:tcPr>
            <w:tcW w:w="975" w:type="pct"/>
            <w:tcBorders>
              <w:top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Pr>
                <w:rFonts w:ascii="Times New Roman" w:eastAsia="Times New Roman" w:hAnsi="Times New Roman" w:cs="Times New Roman"/>
                <w:kern w:val="0"/>
                <w:szCs w:val="21"/>
              </w:rPr>
              <w:t>e</w:t>
            </w:r>
          </w:p>
        </w:tc>
        <w:tc>
          <w:tcPr>
            <w:tcW w:w="629" w:type="pct"/>
            <w:tcBorders>
              <w:top w:val="single" w:sz="12" w:space="0" w:color="auto"/>
            </w:tcBorders>
            <w:shd w:val="clear" w:color="auto" w:fill="auto"/>
            <w:noWrap/>
            <w:vAlign w:val="bottom"/>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3.21</w:t>
            </w:r>
          </w:p>
        </w:tc>
        <w:tc>
          <w:tcPr>
            <w:tcW w:w="593" w:type="pct"/>
            <w:tcBorders>
              <w:top w:val="single" w:sz="12" w:space="0" w:color="auto"/>
            </w:tcBorders>
            <w:shd w:val="clear" w:color="auto" w:fill="auto"/>
            <w:noWrap/>
            <w:vAlign w:val="bottom"/>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8.59</w:t>
            </w:r>
          </w:p>
        </w:tc>
        <w:tc>
          <w:tcPr>
            <w:tcW w:w="546" w:type="pct"/>
            <w:tcBorders>
              <w:top w:val="single" w:sz="12" w:space="0" w:color="auto"/>
            </w:tcBorders>
            <w:shd w:val="clear" w:color="auto" w:fill="auto"/>
            <w:noWrap/>
            <w:vAlign w:val="bottom"/>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0.9954</w:t>
            </w:r>
          </w:p>
        </w:tc>
        <w:tc>
          <w:tcPr>
            <w:tcW w:w="546" w:type="pct"/>
            <w:tcBorders>
              <w:top w:val="single" w:sz="12" w:space="0" w:color="auto"/>
            </w:tcBorders>
            <w:shd w:val="clear" w:color="auto" w:fill="auto"/>
            <w:noWrap/>
            <w:vAlign w:val="bottom"/>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0.9951</w:t>
            </w:r>
          </w:p>
        </w:tc>
        <w:tc>
          <w:tcPr>
            <w:tcW w:w="518" w:type="pct"/>
            <w:tcBorders>
              <w:top w:val="single" w:sz="12" w:space="0" w:color="auto"/>
            </w:tcBorders>
            <w:shd w:val="clear" w:color="auto" w:fill="auto"/>
            <w:noWrap/>
            <w:vAlign w:val="bottom"/>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4.08</w:t>
            </w:r>
          </w:p>
        </w:tc>
        <w:tc>
          <w:tcPr>
            <w:tcW w:w="621" w:type="pct"/>
            <w:tcBorders>
              <w:top w:val="single" w:sz="12" w:space="0" w:color="auto"/>
            </w:tcBorders>
            <w:shd w:val="clear" w:color="auto" w:fill="auto"/>
            <w:noWrap/>
            <w:vAlign w:val="bottom"/>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3868.57</w:t>
            </w:r>
          </w:p>
        </w:tc>
        <w:tc>
          <w:tcPr>
            <w:tcW w:w="571" w:type="pct"/>
            <w:tcBorders>
              <w:top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&lt; 0.01</w:t>
            </w:r>
          </w:p>
        </w:tc>
      </w:tr>
      <w:tr w:rsidR="007D693D" w:rsidRPr="007D693D" w:rsidTr="00283A04">
        <w:trPr>
          <w:trHeight w:val="300"/>
          <w:jc w:val="center"/>
        </w:trPr>
        <w:tc>
          <w:tcPr>
            <w:tcW w:w="975" w:type="pct"/>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Pr>
                <w:rFonts w:ascii="Times New Roman" w:eastAsia="Times New Roman" w:hAnsi="Times New Roman" w:cs="Times New Roman"/>
                <w:kern w:val="0"/>
                <w:szCs w:val="21"/>
              </w:rPr>
              <w:t>f</w:t>
            </w:r>
          </w:p>
        </w:tc>
        <w:tc>
          <w:tcPr>
            <w:tcW w:w="629" w:type="pct"/>
            <w:shd w:val="clear" w:color="auto" w:fill="auto"/>
            <w:noWrap/>
            <w:vAlign w:val="bottom"/>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3.70</w:t>
            </w:r>
          </w:p>
        </w:tc>
        <w:tc>
          <w:tcPr>
            <w:tcW w:w="593" w:type="pct"/>
            <w:shd w:val="clear" w:color="auto" w:fill="auto"/>
            <w:noWrap/>
            <w:vAlign w:val="bottom"/>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9.50</w:t>
            </w:r>
          </w:p>
        </w:tc>
        <w:tc>
          <w:tcPr>
            <w:tcW w:w="546" w:type="pct"/>
            <w:shd w:val="clear" w:color="auto" w:fill="auto"/>
            <w:noWrap/>
            <w:vAlign w:val="bottom"/>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0.9935</w:t>
            </w:r>
          </w:p>
        </w:tc>
        <w:tc>
          <w:tcPr>
            <w:tcW w:w="546" w:type="pct"/>
            <w:shd w:val="clear" w:color="auto" w:fill="auto"/>
            <w:noWrap/>
            <w:vAlign w:val="bottom"/>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0.9931</w:t>
            </w:r>
          </w:p>
        </w:tc>
        <w:tc>
          <w:tcPr>
            <w:tcW w:w="518" w:type="pct"/>
            <w:shd w:val="clear" w:color="auto" w:fill="auto"/>
            <w:noWrap/>
            <w:vAlign w:val="bottom"/>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4.83</w:t>
            </w:r>
          </w:p>
        </w:tc>
        <w:tc>
          <w:tcPr>
            <w:tcW w:w="621" w:type="pct"/>
            <w:shd w:val="clear" w:color="auto" w:fill="auto"/>
            <w:noWrap/>
            <w:vAlign w:val="bottom"/>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2750.51</w:t>
            </w:r>
          </w:p>
        </w:tc>
        <w:tc>
          <w:tcPr>
            <w:tcW w:w="571" w:type="pct"/>
            <w:shd w:val="clear" w:color="auto" w:fill="auto"/>
            <w:noWrap/>
            <w:vAlign w:val="center"/>
            <w:hideMark/>
          </w:tcPr>
          <w:p w:rsidR="007D693D" w:rsidRPr="007D693D" w:rsidRDefault="007D693D" w:rsidP="007D693D">
            <w:pPr>
              <w:widowControl/>
              <w:spacing w:line="360" w:lineRule="auto"/>
              <w:jc w:val="center"/>
              <w:rPr>
                <w:rFonts w:ascii="Times New Roman" w:eastAsia="Times New Roman" w:hAnsi="Times New Roman" w:cs="Times New Roman"/>
                <w:kern w:val="0"/>
                <w:szCs w:val="21"/>
              </w:rPr>
            </w:pPr>
            <w:r w:rsidRPr="007D693D">
              <w:rPr>
                <w:rFonts w:ascii="Times New Roman" w:eastAsia="Times New Roman" w:hAnsi="Times New Roman" w:cs="Times New Roman"/>
                <w:kern w:val="0"/>
                <w:szCs w:val="21"/>
              </w:rPr>
              <w:t>&lt; 0.01</w:t>
            </w:r>
          </w:p>
        </w:tc>
      </w:tr>
    </w:tbl>
    <w:p w:rsidR="007D693D" w:rsidRPr="007D693D" w:rsidRDefault="007D693D" w:rsidP="007D693D">
      <w:pPr>
        <w:widowControl/>
        <w:spacing w:line="360" w:lineRule="auto"/>
        <w:rPr>
          <w:rFonts w:ascii="Times New Roman" w:eastAsia="宋体" w:hAnsi="Times New Roman" w:cs="Times New Roman"/>
          <w:kern w:val="0"/>
          <w:szCs w:val="21"/>
        </w:rPr>
      </w:pPr>
      <w:r w:rsidRPr="007D693D">
        <w:rPr>
          <w:rFonts w:ascii="Times New Roman" w:eastAsia="宋体" w:hAnsi="Times New Roman" w:cs="Times New Roman"/>
          <w:kern w:val="0"/>
          <w:szCs w:val="21"/>
          <w:vertAlign w:val="superscript"/>
        </w:rPr>
        <w:t>a</w:t>
      </w:r>
      <w:r w:rsidRPr="007D693D">
        <w:rPr>
          <w:rFonts w:ascii="Times New Roman" w:eastAsia="宋体" w:hAnsi="Times New Roman" w:cs="Times New Roman"/>
          <w:kern w:val="0"/>
          <w:szCs w:val="21"/>
        </w:rPr>
        <w:t xml:space="preserve"> CMAD = corrected mean absolute deviation, computed as </w:t>
      </w:r>
      <w:r w:rsidRPr="007D693D">
        <w:rPr>
          <w:rFonts w:ascii="Times New Roman" w:eastAsia="宋体" w:hAnsi="Times New Roman" w:cs="Times New Roman"/>
          <w:kern w:val="0"/>
          <w:position w:val="-28"/>
          <w:szCs w:val="21"/>
        </w:rPr>
        <w:object w:dxaOrig="1960" w:dyaOrig="680">
          <v:shape id="_x0000_i1026" type="#_x0000_t75" style="width:101.25pt;height:36.75pt" o:ole="">
            <v:imagedata r:id="rId98" o:title=""/>
          </v:shape>
          <o:OLEObject Type="Embed" ProgID="Equation.DSMT4" ShapeID="_x0000_i1026" DrawAspect="Content" ObjectID="_1600763155" r:id="rId99"/>
        </w:object>
      </w:r>
      <w:r w:rsidRPr="007D693D">
        <w:rPr>
          <w:rFonts w:ascii="Times New Roman" w:eastAsia="宋体" w:hAnsi="Times New Roman" w:cs="Times New Roman"/>
          <w:kern w:val="0"/>
          <w:szCs w:val="21"/>
        </w:rPr>
        <w:t xml:space="preserve">, where </w:t>
      </w:r>
      <w:r w:rsidRPr="007D693D">
        <w:rPr>
          <w:rFonts w:ascii="Times New Roman" w:eastAsia="宋体" w:hAnsi="Times New Roman" w:cs="Times New Roman"/>
          <w:kern w:val="0"/>
          <w:position w:val="-12"/>
          <w:szCs w:val="21"/>
        </w:rPr>
        <w:object w:dxaOrig="420" w:dyaOrig="360">
          <v:shape id="_x0000_i1027" type="#_x0000_t75" style="width:21.75pt;height:21.75pt" o:ole="">
            <v:imagedata r:id="rId100" o:title=""/>
          </v:shape>
          <o:OLEObject Type="Embed" ProgID="Equation.DSMT4" ShapeID="_x0000_i1027" DrawAspect="Content" ObjectID="_1600763156" r:id="rId101"/>
        </w:object>
      </w:r>
      <w:r w:rsidRPr="007D693D">
        <w:rPr>
          <w:rFonts w:ascii="Times New Roman" w:eastAsia="宋体" w:hAnsi="Times New Roman" w:cs="Times New Roman"/>
          <w:kern w:val="0"/>
          <w:szCs w:val="21"/>
        </w:rPr>
        <w:t xml:space="preserve"> and </w:t>
      </w:r>
      <w:r w:rsidRPr="007D693D">
        <w:rPr>
          <w:rFonts w:ascii="Times New Roman" w:eastAsia="宋体" w:hAnsi="Times New Roman" w:cs="Times New Roman"/>
          <w:kern w:val="0"/>
          <w:position w:val="-14"/>
          <w:szCs w:val="21"/>
        </w:rPr>
        <w:object w:dxaOrig="400" w:dyaOrig="380">
          <v:shape id="_x0000_i1028" type="#_x0000_t75" style="width:21.75pt;height:21.75pt" o:ole="">
            <v:imagedata r:id="rId102" o:title=""/>
          </v:shape>
          <o:OLEObject Type="Embed" ProgID="Equation.DSMT4" ShapeID="_x0000_i1028" DrawAspect="Content" ObjectID="_1600763157" r:id="rId103"/>
        </w:object>
      </w:r>
      <w:r w:rsidRPr="007D693D">
        <w:rPr>
          <w:rFonts w:ascii="Times New Roman" w:eastAsia="宋体" w:hAnsi="Times New Roman" w:cs="Times New Roman"/>
          <w:kern w:val="0"/>
          <w:szCs w:val="21"/>
        </w:rPr>
        <w:t xml:space="preserve"> refer to the calculated and experimental chemical shifts. </w:t>
      </w:r>
      <w:r w:rsidRPr="007D693D">
        <w:rPr>
          <w:rFonts w:ascii="Times New Roman" w:eastAsia="宋体" w:hAnsi="Times New Roman" w:cs="Times New Roman"/>
          <w:kern w:val="0"/>
          <w:szCs w:val="21"/>
          <w:vertAlign w:val="superscript"/>
        </w:rPr>
        <w:t>b</w:t>
      </w:r>
      <w:r w:rsidRPr="007D693D">
        <w:rPr>
          <w:rFonts w:ascii="Times New Roman" w:eastAsia="宋体" w:hAnsi="Times New Roman" w:cs="Times New Roman"/>
          <w:kern w:val="0"/>
          <w:szCs w:val="21"/>
        </w:rPr>
        <w:t xml:space="preserve"> CLAD = corrected largest absolute deviation, computed as </w:t>
      </w:r>
      <w:r w:rsidRPr="007D693D">
        <w:rPr>
          <w:rFonts w:ascii="Times New Roman" w:eastAsia="宋体" w:hAnsi="Times New Roman" w:cs="Times New Roman"/>
          <w:kern w:val="0"/>
          <w:position w:val="-14"/>
          <w:szCs w:val="21"/>
        </w:rPr>
        <w:object w:dxaOrig="1740" w:dyaOrig="380">
          <v:shape id="_x0000_i1029" type="#_x0000_t75" style="width:86.25pt;height:21.75pt" o:ole="">
            <v:imagedata r:id="rId104" o:title=""/>
          </v:shape>
          <o:OLEObject Type="Embed" ProgID="Equation.DSMT4" ShapeID="_x0000_i1029" DrawAspect="Content" ObjectID="_1600763158" r:id="rId105"/>
        </w:object>
      </w:r>
      <w:r w:rsidRPr="007D693D">
        <w:rPr>
          <w:rFonts w:ascii="Times New Roman" w:eastAsia="宋体" w:hAnsi="Times New Roman" w:cs="Times New Roman"/>
          <w:kern w:val="0"/>
          <w:szCs w:val="21"/>
        </w:rPr>
        <w:t>.</w:t>
      </w:r>
    </w:p>
    <w:p w:rsidR="007D693D" w:rsidRPr="007D693D" w:rsidRDefault="007D693D" w:rsidP="007D693D">
      <w:pPr>
        <w:widowControl/>
        <w:jc w:val="left"/>
        <w:rPr>
          <w:rFonts w:ascii="Times New Roman" w:eastAsia="宋体" w:hAnsi="Times New Roman" w:cs="Times New Roman"/>
          <w:kern w:val="0"/>
          <w:szCs w:val="21"/>
        </w:rPr>
      </w:pPr>
    </w:p>
    <w:p w:rsidR="007D693D" w:rsidRPr="007D693D" w:rsidRDefault="007D693D" w:rsidP="007D693D">
      <w:pPr>
        <w:widowControl/>
        <w:spacing w:after="160" w:line="360" w:lineRule="auto"/>
        <w:jc w:val="center"/>
        <w:rPr>
          <w:rFonts w:ascii="Times New Roman" w:eastAsia="宋体" w:hAnsi="Times New Roman" w:cs="Times New Roman"/>
          <w:kern w:val="0"/>
          <w:szCs w:val="21"/>
        </w:rPr>
      </w:pPr>
      <w:r w:rsidRPr="007D693D">
        <w:rPr>
          <w:rFonts w:ascii="Times New Roman" w:eastAsia="宋体" w:hAnsi="Times New Roman" w:cs="Times New Roman"/>
          <w:b/>
          <w:kern w:val="0"/>
          <w:szCs w:val="21"/>
        </w:rPr>
        <w:t>Table S</w:t>
      </w:r>
      <w:r w:rsidR="00F4389D">
        <w:rPr>
          <w:rFonts w:ascii="Times New Roman" w:eastAsia="宋体" w:hAnsi="Times New Roman" w:cs="Times New Roman"/>
          <w:b/>
          <w:kern w:val="0"/>
          <w:szCs w:val="21"/>
        </w:rPr>
        <w:t>8</w:t>
      </w:r>
      <w:r w:rsidRPr="007D693D">
        <w:rPr>
          <w:rFonts w:ascii="Times New Roman" w:eastAsia="宋体" w:hAnsi="Times New Roman" w:cs="Times New Roman"/>
          <w:kern w:val="0"/>
          <w:szCs w:val="21"/>
        </w:rPr>
        <w:t xml:space="preserve"> Experimental and computed </w:t>
      </w:r>
      <w:r w:rsidRPr="007D693D">
        <w:rPr>
          <w:rFonts w:ascii="Times New Roman" w:eastAsia="宋体" w:hAnsi="Times New Roman" w:cs="Times New Roman"/>
          <w:kern w:val="0"/>
          <w:szCs w:val="21"/>
          <w:vertAlign w:val="superscript"/>
        </w:rPr>
        <w:t>13</w:t>
      </w:r>
      <w:r w:rsidRPr="007D693D">
        <w:rPr>
          <w:rFonts w:ascii="Times New Roman" w:eastAsia="宋体" w:hAnsi="Times New Roman" w:cs="Times New Roman"/>
          <w:kern w:val="0"/>
          <w:szCs w:val="21"/>
        </w:rPr>
        <w:t>C-NMR chemical shifts.</w:t>
      </w:r>
    </w:p>
    <w:p w:rsidR="007D693D" w:rsidRPr="007D693D" w:rsidRDefault="007D693D" w:rsidP="007D693D">
      <w:pPr>
        <w:widowControl/>
        <w:spacing w:before="240" w:line="360" w:lineRule="auto"/>
        <w:jc w:val="left"/>
        <w:rPr>
          <w:rFonts w:ascii="Times New Roman" w:eastAsia="宋体" w:hAnsi="Times New Roman" w:cs="Times New Roman"/>
          <w:kern w:val="0"/>
          <w:szCs w:val="21"/>
        </w:rPr>
      </w:pPr>
      <w:r w:rsidRPr="007D693D">
        <w:rPr>
          <w:rFonts w:ascii="Times New Roman" w:eastAsia="宋体" w:hAnsi="Times New Roman" w:cs="Times New Roman"/>
          <w:b/>
          <w:kern w:val="0"/>
          <w:szCs w:val="21"/>
        </w:rPr>
        <w:t>Configuration e</w:t>
      </w:r>
    </w:p>
    <w:tbl>
      <w:tblPr>
        <w:tblW w:w="9788" w:type="dxa"/>
        <w:tblBorders>
          <w:bottom w:val="single" w:sz="12" w:space="0" w:color="auto"/>
        </w:tblBorders>
        <w:tblLook w:val="04A0" w:firstRow="1" w:lastRow="0" w:firstColumn="1" w:lastColumn="0" w:noHBand="0" w:noVBand="1"/>
      </w:tblPr>
      <w:tblGrid>
        <w:gridCol w:w="960"/>
        <w:gridCol w:w="1509"/>
        <w:gridCol w:w="960"/>
        <w:gridCol w:w="960"/>
        <w:gridCol w:w="960"/>
        <w:gridCol w:w="960"/>
        <w:gridCol w:w="1270"/>
        <w:gridCol w:w="2209"/>
      </w:tblGrid>
      <w:tr w:rsidR="007D693D" w:rsidRPr="007D693D" w:rsidTr="00283A04">
        <w:trPr>
          <w:trHeight w:val="300"/>
        </w:trPr>
        <w:tc>
          <w:tcPr>
            <w:tcW w:w="960" w:type="dxa"/>
            <w:tcBorders>
              <w:top w:val="single" w:sz="12" w:space="0" w:color="auto"/>
              <w:bottom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Atom</w:t>
            </w:r>
          </w:p>
        </w:tc>
        <w:tc>
          <w:tcPr>
            <w:tcW w:w="1509" w:type="dxa"/>
            <w:tcBorders>
              <w:top w:val="single" w:sz="12" w:space="0" w:color="auto"/>
              <w:bottom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Experimental</w:t>
            </w:r>
          </w:p>
        </w:tc>
        <w:tc>
          <w:tcPr>
            <w:tcW w:w="960" w:type="dxa"/>
            <w:tcBorders>
              <w:top w:val="single" w:sz="12" w:space="0" w:color="auto"/>
              <w:bottom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e-1</w:t>
            </w:r>
          </w:p>
        </w:tc>
        <w:tc>
          <w:tcPr>
            <w:tcW w:w="960" w:type="dxa"/>
            <w:tcBorders>
              <w:top w:val="single" w:sz="12" w:space="0" w:color="auto"/>
              <w:bottom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e-2</w:t>
            </w:r>
          </w:p>
        </w:tc>
        <w:tc>
          <w:tcPr>
            <w:tcW w:w="960" w:type="dxa"/>
            <w:tcBorders>
              <w:top w:val="single" w:sz="12" w:space="0" w:color="auto"/>
              <w:bottom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e-3</w:t>
            </w:r>
          </w:p>
        </w:tc>
        <w:tc>
          <w:tcPr>
            <w:tcW w:w="960" w:type="dxa"/>
            <w:tcBorders>
              <w:top w:val="single" w:sz="12" w:space="0" w:color="auto"/>
              <w:bottom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e-4</w:t>
            </w:r>
          </w:p>
        </w:tc>
        <w:tc>
          <w:tcPr>
            <w:tcW w:w="1270" w:type="dxa"/>
            <w:tcBorders>
              <w:top w:val="single" w:sz="12" w:space="0" w:color="auto"/>
              <w:bottom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Boltzmann</w:t>
            </w:r>
          </w:p>
        </w:tc>
        <w:tc>
          <w:tcPr>
            <w:tcW w:w="2209" w:type="dxa"/>
            <w:tcBorders>
              <w:top w:val="single" w:sz="12" w:space="0" w:color="auto"/>
              <w:bottom w:val="single" w:sz="12" w:space="0" w:color="auto"/>
            </w:tcBorders>
            <w:shd w:val="clear" w:color="auto" w:fill="auto"/>
            <w:noWrap/>
            <w:vAlign w:val="center"/>
            <w:hideMark/>
          </w:tcPr>
          <w:p w:rsidR="007D693D" w:rsidRPr="007D693D" w:rsidRDefault="007D693D" w:rsidP="007D693D">
            <w:pPr>
              <w:widowControl/>
              <w:spacing w:line="360" w:lineRule="auto"/>
              <w:jc w:val="center"/>
              <w:rPr>
                <w:rFonts w:ascii="Times New Roman" w:eastAsia="宋体" w:hAnsi="Times New Roman" w:cs="Times New Roman"/>
                <w:kern w:val="0"/>
                <w:szCs w:val="21"/>
              </w:rPr>
            </w:pPr>
            <w:r w:rsidRPr="007D693D">
              <w:rPr>
                <w:rFonts w:ascii="Times New Roman" w:eastAsia="宋体" w:hAnsi="Times New Roman" w:cs="Times New Roman"/>
                <w:kern w:val="0"/>
                <w:szCs w:val="21"/>
              </w:rPr>
              <w:t>Boltzmann (scaled)</w:t>
            </w:r>
          </w:p>
        </w:tc>
      </w:tr>
      <w:tr w:rsidR="007D693D" w:rsidRPr="007D693D" w:rsidTr="00283A04">
        <w:trPr>
          <w:trHeight w:val="300"/>
        </w:trPr>
        <w:tc>
          <w:tcPr>
            <w:tcW w:w="960" w:type="dxa"/>
            <w:tcBorders>
              <w:top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w:t>
            </w:r>
          </w:p>
        </w:tc>
        <w:tc>
          <w:tcPr>
            <w:tcW w:w="1509" w:type="dxa"/>
            <w:tcBorders>
              <w:top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67.7</w:t>
            </w:r>
          </w:p>
        </w:tc>
        <w:tc>
          <w:tcPr>
            <w:tcW w:w="960" w:type="dxa"/>
            <w:tcBorders>
              <w:top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79.9</w:t>
            </w:r>
          </w:p>
        </w:tc>
        <w:tc>
          <w:tcPr>
            <w:tcW w:w="960" w:type="dxa"/>
            <w:tcBorders>
              <w:top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79.9</w:t>
            </w:r>
          </w:p>
        </w:tc>
        <w:tc>
          <w:tcPr>
            <w:tcW w:w="960" w:type="dxa"/>
            <w:tcBorders>
              <w:top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80.1</w:t>
            </w:r>
          </w:p>
        </w:tc>
        <w:tc>
          <w:tcPr>
            <w:tcW w:w="960" w:type="dxa"/>
            <w:tcBorders>
              <w:top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79.7</w:t>
            </w:r>
          </w:p>
        </w:tc>
        <w:tc>
          <w:tcPr>
            <w:tcW w:w="1270" w:type="dxa"/>
            <w:tcBorders>
              <w:top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79.9</w:t>
            </w:r>
          </w:p>
        </w:tc>
        <w:tc>
          <w:tcPr>
            <w:tcW w:w="2209" w:type="dxa"/>
            <w:tcBorders>
              <w:top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73.4</w:t>
            </w:r>
          </w:p>
        </w:tc>
      </w:tr>
      <w:tr w:rsidR="007D693D" w:rsidRPr="007D693D" w:rsidTr="00283A04">
        <w:trPr>
          <w:trHeight w:val="300"/>
        </w:trPr>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w:t>
            </w:r>
          </w:p>
        </w:tc>
        <w:tc>
          <w:tcPr>
            <w:tcW w:w="15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154.7</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165.1</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165.0</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165.5</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165.2</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165.2</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155.2</w:t>
            </w:r>
          </w:p>
        </w:tc>
      </w:tr>
      <w:tr w:rsidR="007D693D" w:rsidRPr="007D693D" w:rsidTr="00283A04">
        <w:trPr>
          <w:trHeight w:val="300"/>
        </w:trPr>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w:t>
            </w:r>
          </w:p>
        </w:tc>
        <w:tc>
          <w:tcPr>
            <w:tcW w:w="15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116.8</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121.6</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121.6</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121.5</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121.4</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121.5</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113.3</w:t>
            </w:r>
          </w:p>
        </w:tc>
      </w:tr>
      <w:tr w:rsidR="007D693D" w:rsidRPr="007D693D" w:rsidTr="00283A04">
        <w:trPr>
          <w:trHeight w:val="300"/>
        </w:trPr>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w:t>
            </w:r>
          </w:p>
        </w:tc>
        <w:tc>
          <w:tcPr>
            <w:tcW w:w="15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147.4</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162.1</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162.1</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161.8</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161.8</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161.9</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152.1</w:t>
            </w:r>
          </w:p>
        </w:tc>
      </w:tr>
      <w:tr w:rsidR="007D693D" w:rsidRPr="007D693D" w:rsidTr="00283A04">
        <w:trPr>
          <w:trHeight w:val="300"/>
        </w:trPr>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5</w:t>
            </w:r>
          </w:p>
        </w:tc>
        <w:tc>
          <w:tcPr>
            <w:tcW w:w="15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115.6</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120.7</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120.5</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120.6</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120.3</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120.5</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112.4</w:t>
            </w:r>
          </w:p>
        </w:tc>
      </w:tr>
      <w:tr w:rsidR="007D693D" w:rsidRPr="007D693D" w:rsidTr="00283A04">
        <w:trPr>
          <w:trHeight w:val="300"/>
        </w:trPr>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6</w:t>
            </w:r>
          </w:p>
        </w:tc>
        <w:tc>
          <w:tcPr>
            <w:tcW w:w="15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157.2</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165.7</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165.8</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165.5</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165.5</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165.6</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155.6</w:t>
            </w:r>
          </w:p>
        </w:tc>
      </w:tr>
      <w:tr w:rsidR="007D693D" w:rsidRPr="007D693D" w:rsidTr="00283A04">
        <w:trPr>
          <w:trHeight w:val="300"/>
        </w:trPr>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7</w:t>
            </w:r>
          </w:p>
        </w:tc>
        <w:tc>
          <w:tcPr>
            <w:tcW w:w="15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121.7</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124.2</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124.2</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123.9</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124.2</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124.1</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115.8</w:t>
            </w:r>
          </w:p>
        </w:tc>
      </w:tr>
      <w:tr w:rsidR="007D693D" w:rsidRPr="007D693D" w:rsidTr="00283A04">
        <w:trPr>
          <w:trHeight w:val="300"/>
        </w:trPr>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w:t>
            </w:r>
          </w:p>
        </w:tc>
        <w:tc>
          <w:tcPr>
            <w:tcW w:w="15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200.1</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208.4</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208.0</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208.0</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207.5</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208.0</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196.2</w:t>
            </w:r>
          </w:p>
        </w:tc>
      </w:tr>
      <w:tr w:rsidR="007D693D" w:rsidRPr="007D693D" w:rsidTr="00283A04">
        <w:trPr>
          <w:trHeight w:val="300"/>
        </w:trPr>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9</w:t>
            </w:r>
          </w:p>
        </w:tc>
        <w:tc>
          <w:tcPr>
            <w:tcW w:w="15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71.8</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82.3</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82.5</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82.6</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82.9</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82.6</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76.0</w:t>
            </w:r>
          </w:p>
        </w:tc>
      </w:tr>
      <w:tr w:rsidR="007D693D" w:rsidRPr="007D693D" w:rsidTr="00283A04">
        <w:trPr>
          <w:trHeight w:val="300"/>
        </w:trPr>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10</w:t>
            </w:r>
          </w:p>
        </w:tc>
        <w:tc>
          <w:tcPr>
            <w:tcW w:w="15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196.9</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205.1</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205.5</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205.3</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204.8</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205.3</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193.6</w:t>
            </w:r>
          </w:p>
        </w:tc>
      </w:tr>
      <w:tr w:rsidR="007D693D" w:rsidRPr="007D693D" w:rsidTr="00283A04">
        <w:trPr>
          <w:trHeight w:val="300"/>
        </w:trPr>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11</w:t>
            </w:r>
          </w:p>
        </w:tc>
        <w:tc>
          <w:tcPr>
            <w:tcW w:w="15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138.4</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145.0</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144.8</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144.6</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144.7</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144.7</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135.6</w:t>
            </w:r>
          </w:p>
        </w:tc>
      </w:tr>
      <w:tr w:rsidR="007D693D" w:rsidRPr="007D693D" w:rsidTr="00283A04">
        <w:trPr>
          <w:trHeight w:val="300"/>
        </w:trPr>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w:t>
            </w:r>
          </w:p>
        </w:tc>
        <w:tc>
          <w:tcPr>
            <w:tcW w:w="15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141.9</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161.5</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160.0</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160.0</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160.7</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160.3</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150.5</w:t>
            </w:r>
          </w:p>
        </w:tc>
      </w:tr>
      <w:tr w:rsidR="007D693D" w:rsidRPr="007D693D" w:rsidTr="00283A04">
        <w:trPr>
          <w:trHeight w:val="300"/>
        </w:trPr>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13</w:t>
            </w:r>
          </w:p>
        </w:tc>
        <w:tc>
          <w:tcPr>
            <w:tcW w:w="15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32.4</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37.5</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37.5</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37.5</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37.8</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37.5</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32.8</w:t>
            </w:r>
          </w:p>
        </w:tc>
      </w:tr>
      <w:tr w:rsidR="007D693D" w:rsidRPr="007D693D" w:rsidTr="00283A04">
        <w:trPr>
          <w:trHeight w:val="300"/>
        </w:trPr>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w:t>
            </w:r>
          </w:p>
        </w:tc>
        <w:tc>
          <w:tcPr>
            <w:tcW w:w="15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b/>
                <w:color w:val="000000"/>
                <w:kern w:val="0"/>
                <w:szCs w:val="21"/>
              </w:rPr>
            </w:pPr>
            <w:r w:rsidRPr="007D693D">
              <w:rPr>
                <w:rFonts w:ascii="Times New Roman" w:eastAsia="Times New Roman" w:hAnsi="Times New Roman" w:cs="Times New Roman"/>
                <w:b/>
                <w:color w:val="FF0000"/>
                <w:kern w:val="0"/>
                <w:szCs w:val="21"/>
              </w:rPr>
              <w:t>67.4</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74.7</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75.0</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75.0</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74.9</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75.0</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b/>
                <w:color w:val="000000"/>
                <w:kern w:val="0"/>
                <w:szCs w:val="21"/>
              </w:rPr>
            </w:pPr>
            <w:r w:rsidRPr="007D693D">
              <w:rPr>
                <w:rFonts w:ascii="Times New Roman" w:eastAsia="Times New Roman" w:hAnsi="Times New Roman" w:cs="Times New Roman"/>
                <w:b/>
                <w:color w:val="FF0000"/>
                <w:kern w:val="0"/>
                <w:szCs w:val="21"/>
              </w:rPr>
              <w:t>68.7</w:t>
            </w:r>
          </w:p>
        </w:tc>
      </w:tr>
      <w:tr w:rsidR="007D693D" w:rsidRPr="007D693D" w:rsidTr="00283A04">
        <w:trPr>
          <w:trHeight w:val="300"/>
        </w:trPr>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15</w:t>
            </w:r>
          </w:p>
        </w:tc>
        <w:tc>
          <w:tcPr>
            <w:tcW w:w="15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27.3</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34.2</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31.5</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31.2</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33.7</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32.1</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27.6</w:t>
            </w:r>
          </w:p>
        </w:tc>
      </w:tr>
      <w:tr w:rsidR="007D693D" w:rsidRPr="007D693D" w:rsidTr="00283A04">
        <w:trPr>
          <w:trHeight w:val="300"/>
        </w:trPr>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w:t>
            </w:r>
          </w:p>
        </w:tc>
        <w:tc>
          <w:tcPr>
            <w:tcW w:w="15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121.3</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130.1</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126.8</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127.0</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129.0</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127.6</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119.2</w:t>
            </w:r>
          </w:p>
        </w:tc>
      </w:tr>
      <w:tr w:rsidR="007D693D" w:rsidRPr="007D693D" w:rsidTr="00283A04">
        <w:trPr>
          <w:trHeight w:val="300"/>
        </w:trPr>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17</w:t>
            </w:r>
          </w:p>
        </w:tc>
        <w:tc>
          <w:tcPr>
            <w:tcW w:w="15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132.2</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145.2</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148.7</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148.9</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145.7</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147.9</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138.6</w:t>
            </w:r>
          </w:p>
        </w:tc>
      </w:tr>
      <w:tr w:rsidR="007D693D" w:rsidRPr="007D693D" w:rsidTr="00283A04">
        <w:trPr>
          <w:trHeight w:val="300"/>
        </w:trPr>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18</w:t>
            </w:r>
          </w:p>
        </w:tc>
        <w:tc>
          <w:tcPr>
            <w:tcW w:w="15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17.5</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19.3</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18.7</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18.6</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19.2</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18.8</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14.9</w:t>
            </w:r>
          </w:p>
        </w:tc>
      </w:tr>
      <w:tr w:rsidR="007D693D" w:rsidRPr="007D693D" w:rsidTr="00283A04">
        <w:trPr>
          <w:trHeight w:val="300"/>
        </w:trPr>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19</w:t>
            </w:r>
          </w:p>
        </w:tc>
        <w:tc>
          <w:tcPr>
            <w:tcW w:w="15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25.5</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27.9</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27.9</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27.9</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27.7</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27.9</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23.5</w:t>
            </w:r>
          </w:p>
        </w:tc>
      </w:tr>
      <w:tr w:rsidR="007D693D" w:rsidRPr="007D693D" w:rsidTr="00283A04">
        <w:trPr>
          <w:trHeight w:val="300"/>
        </w:trPr>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w:t>
            </w:r>
          </w:p>
        </w:tc>
        <w:tc>
          <w:tcPr>
            <w:tcW w:w="15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21.7</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24.7</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24.6</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24.8</w:t>
            </w:r>
          </w:p>
        </w:tc>
        <w:tc>
          <w:tcPr>
            <w:tcW w:w="96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24.7</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24.7</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20.5</w:t>
            </w:r>
          </w:p>
        </w:tc>
      </w:tr>
    </w:tbl>
    <w:p w:rsidR="007D693D" w:rsidRPr="007D693D" w:rsidRDefault="007D693D" w:rsidP="007D693D">
      <w:pPr>
        <w:widowControl/>
        <w:spacing w:after="160" w:line="360" w:lineRule="auto"/>
        <w:jc w:val="left"/>
        <w:rPr>
          <w:rFonts w:ascii="Times New Roman" w:eastAsia="宋体" w:hAnsi="Times New Roman" w:cs="Times New Roman"/>
          <w:kern w:val="0"/>
          <w:szCs w:val="21"/>
        </w:rPr>
      </w:pPr>
    </w:p>
    <w:p w:rsidR="007D693D" w:rsidRPr="007D693D" w:rsidRDefault="007D693D" w:rsidP="007D693D">
      <w:pPr>
        <w:widowControl/>
        <w:spacing w:before="240" w:line="360" w:lineRule="auto"/>
        <w:jc w:val="left"/>
        <w:rPr>
          <w:rFonts w:ascii="Times New Roman" w:eastAsia="宋体" w:hAnsi="Times New Roman" w:cs="Times New Roman"/>
          <w:b/>
          <w:kern w:val="0"/>
          <w:szCs w:val="21"/>
        </w:rPr>
      </w:pPr>
      <w:r w:rsidRPr="007D693D">
        <w:rPr>
          <w:rFonts w:ascii="Times New Roman" w:eastAsia="宋体" w:hAnsi="Times New Roman" w:cs="Times New Roman"/>
          <w:b/>
          <w:kern w:val="0"/>
          <w:szCs w:val="21"/>
        </w:rPr>
        <w:lastRenderedPageBreak/>
        <w:t>Configuration f</w:t>
      </w:r>
    </w:p>
    <w:tbl>
      <w:tblPr>
        <w:tblW w:w="9799" w:type="dxa"/>
        <w:tblBorders>
          <w:top w:val="single" w:sz="12" w:space="0" w:color="auto"/>
          <w:bottom w:val="single" w:sz="12" w:space="0" w:color="auto"/>
        </w:tblBorders>
        <w:tblLook w:val="04A0" w:firstRow="1" w:lastRow="0" w:firstColumn="1" w:lastColumn="0" w:noHBand="0" w:noVBand="1"/>
      </w:tblPr>
      <w:tblGrid>
        <w:gridCol w:w="939"/>
        <w:gridCol w:w="1629"/>
        <w:gridCol w:w="938"/>
        <w:gridCol w:w="938"/>
        <w:gridCol w:w="938"/>
        <w:gridCol w:w="938"/>
        <w:gridCol w:w="1270"/>
        <w:gridCol w:w="2209"/>
      </w:tblGrid>
      <w:tr w:rsidR="007D693D" w:rsidRPr="007D693D" w:rsidTr="00283A04">
        <w:trPr>
          <w:trHeight w:val="300"/>
        </w:trPr>
        <w:tc>
          <w:tcPr>
            <w:tcW w:w="939" w:type="dxa"/>
            <w:tcBorders>
              <w:top w:val="single" w:sz="12" w:space="0" w:color="auto"/>
              <w:bottom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Atom</w:t>
            </w:r>
          </w:p>
        </w:tc>
        <w:tc>
          <w:tcPr>
            <w:tcW w:w="1629" w:type="dxa"/>
            <w:tcBorders>
              <w:top w:val="single" w:sz="12" w:space="0" w:color="auto"/>
              <w:bottom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Experimental</w:t>
            </w:r>
          </w:p>
        </w:tc>
        <w:tc>
          <w:tcPr>
            <w:tcW w:w="938" w:type="dxa"/>
            <w:tcBorders>
              <w:top w:val="single" w:sz="12" w:space="0" w:color="auto"/>
              <w:bottom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f-1</w:t>
            </w:r>
          </w:p>
        </w:tc>
        <w:tc>
          <w:tcPr>
            <w:tcW w:w="938" w:type="dxa"/>
            <w:tcBorders>
              <w:top w:val="single" w:sz="12" w:space="0" w:color="auto"/>
              <w:bottom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f-2</w:t>
            </w:r>
          </w:p>
        </w:tc>
        <w:tc>
          <w:tcPr>
            <w:tcW w:w="938" w:type="dxa"/>
            <w:tcBorders>
              <w:top w:val="single" w:sz="12" w:space="0" w:color="auto"/>
              <w:bottom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f-3</w:t>
            </w:r>
          </w:p>
        </w:tc>
        <w:tc>
          <w:tcPr>
            <w:tcW w:w="938" w:type="dxa"/>
            <w:tcBorders>
              <w:top w:val="single" w:sz="12" w:space="0" w:color="auto"/>
              <w:bottom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f-4</w:t>
            </w:r>
          </w:p>
        </w:tc>
        <w:tc>
          <w:tcPr>
            <w:tcW w:w="1270" w:type="dxa"/>
            <w:tcBorders>
              <w:top w:val="single" w:sz="12" w:space="0" w:color="auto"/>
              <w:bottom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Boltzmann</w:t>
            </w:r>
          </w:p>
        </w:tc>
        <w:tc>
          <w:tcPr>
            <w:tcW w:w="2209" w:type="dxa"/>
            <w:tcBorders>
              <w:top w:val="single" w:sz="12" w:space="0" w:color="auto"/>
              <w:bottom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Boltzmann (scaled)</w:t>
            </w:r>
          </w:p>
        </w:tc>
      </w:tr>
      <w:tr w:rsidR="007D693D" w:rsidRPr="007D693D" w:rsidTr="00283A04">
        <w:trPr>
          <w:trHeight w:val="300"/>
        </w:trPr>
        <w:tc>
          <w:tcPr>
            <w:tcW w:w="939" w:type="dxa"/>
            <w:tcBorders>
              <w:top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w:t>
            </w:r>
          </w:p>
        </w:tc>
        <w:tc>
          <w:tcPr>
            <w:tcW w:w="1629" w:type="dxa"/>
            <w:tcBorders>
              <w:top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67.7</w:t>
            </w:r>
          </w:p>
        </w:tc>
        <w:tc>
          <w:tcPr>
            <w:tcW w:w="938" w:type="dxa"/>
            <w:tcBorders>
              <w:top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83.8</w:t>
            </w:r>
          </w:p>
        </w:tc>
        <w:tc>
          <w:tcPr>
            <w:tcW w:w="938" w:type="dxa"/>
            <w:tcBorders>
              <w:top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82.2</w:t>
            </w:r>
          </w:p>
        </w:tc>
        <w:tc>
          <w:tcPr>
            <w:tcW w:w="938" w:type="dxa"/>
            <w:tcBorders>
              <w:top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83.7</w:t>
            </w:r>
          </w:p>
        </w:tc>
        <w:tc>
          <w:tcPr>
            <w:tcW w:w="938" w:type="dxa"/>
            <w:tcBorders>
              <w:top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83.7</w:t>
            </w:r>
          </w:p>
        </w:tc>
        <w:tc>
          <w:tcPr>
            <w:tcW w:w="1270" w:type="dxa"/>
            <w:tcBorders>
              <w:top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83.7</w:t>
            </w:r>
          </w:p>
        </w:tc>
        <w:tc>
          <w:tcPr>
            <w:tcW w:w="2209" w:type="dxa"/>
            <w:tcBorders>
              <w:top w:val="single" w:sz="12" w:space="0" w:color="auto"/>
            </w:tcBorders>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77.2</w:t>
            </w:r>
          </w:p>
        </w:tc>
      </w:tr>
      <w:tr w:rsidR="007D693D" w:rsidRPr="007D693D" w:rsidTr="00283A04">
        <w:trPr>
          <w:trHeight w:val="300"/>
        </w:trPr>
        <w:tc>
          <w:tcPr>
            <w:tcW w:w="93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w:t>
            </w:r>
          </w:p>
        </w:tc>
        <w:tc>
          <w:tcPr>
            <w:tcW w:w="162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154.7</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162.5</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164.2</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162.5</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162.5</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162.5</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153.5</w:t>
            </w:r>
          </w:p>
        </w:tc>
      </w:tr>
      <w:tr w:rsidR="007D693D" w:rsidRPr="007D693D" w:rsidTr="00283A04">
        <w:trPr>
          <w:trHeight w:val="300"/>
        </w:trPr>
        <w:tc>
          <w:tcPr>
            <w:tcW w:w="93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w:t>
            </w:r>
          </w:p>
        </w:tc>
        <w:tc>
          <w:tcPr>
            <w:tcW w:w="162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116.8</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120.5</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121.9</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120.6</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120.6</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120.6</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112.9</w:t>
            </w:r>
          </w:p>
        </w:tc>
      </w:tr>
      <w:tr w:rsidR="007D693D" w:rsidRPr="007D693D" w:rsidTr="00283A04">
        <w:trPr>
          <w:trHeight w:val="300"/>
        </w:trPr>
        <w:tc>
          <w:tcPr>
            <w:tcW w:w="93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4</w:t>
            </w:r>
          </w:p>
        </w:tc>
        <w:tc>
          <w:tcPr>
            <w:tcW w:w="162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147.4</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161.8</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161.8</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162.1</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161.8</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161.9</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152.9</w:t>
            </w:r>
          </w:p>
        </w:tc>
      </w:tr>
      <w:tr w:rsidR="007D693D" w:rsidRPr="007D693D" w:rsidTr="00283A04">
        <w:trPr>
          <w:trHeight w:val="300"/>
        </w:trPr>
        <w:tc>
          <w:tcPr>
            <w:tcW w:w="93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5</w:t>
            </w:r>
          </w:p>
        </w:tc>
        <w:tc>
          <w:tcPr>
            <w:tcW w:w="162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115.6</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120.5</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120.7</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120.8</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120.8</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120.7</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113.0</w:t>
            </w:r>
          </w:p>
        </w:tc>
      </w:tr>
      <w:tr w:rsidR="007D693D" w:rsidRPr="007D693D" w:rsidTr="00283A04">
        <w:trPr>
          <w:trHeight w:val="300"/>
        </w:trPr>
        <w:tc>
          <w:tcPr>
            <w:tcW w:w="93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6</w:t>
            </w:r>
          </w:p>
        </w:tc>
        <w:tc>
          <w:tcPr>
            <w:tcW w:w="162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157.2</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166.0</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166.1</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166.1</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165.9</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166.0</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156.8</w:t>
            </w:r>
          </w:p>
        </w:tc>
      </w:tr>
      <w:tr w:rsidR="007D693D" w:rsidRPr="007D693D" w:rsidTr="00283A04">
        <w:trPr>
          <w:trHeight w:val="300"/>
        </w:trPr>
        <w:tc>
          <w:tcPr>
            <w:tcW w:w="93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7</w:t>
            </w:r>
          </w:p>
        </w:tc>
        <w:tc>
          <w:tcPr>
            <w:tcW w:w="162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121.7</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123.3</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123.2</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123.0</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122.9</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123.1</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115.3</w:t>
            </w:r>
          </w:p>
        </w:tc>
      </w:tr>
      <w:tr w:rsidR="007D693D" w:rsidRPr="007D693D" w:rsidTr="00283A04">
        <w:trPr>
          <w:trHeight w:val="300"/>
        </w:trPr>
        <w:tc>
          <w:tcPr>
            <w:tcW w:w="93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w:t>
            </w:r>
          </w:p>
        </w:tc>
        <w:tc>
          <w:tcPr>
            <w:tcW w:w="162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200.1</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203.3</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206.7</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203.2</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203.0</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203.3</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192.9</w:t>
            </w:r>
          </w:p>
        </w:tc>
      </w:tr>
      <w:tr w:rsidR="007D693D" w:rsidRPr="007D693D" w:rsidTr="00283A04">
        <w:trPr>
          <w:trHeight w:val="300"/>
        </w:trPr>
        <w:tc>
          <w:tcPr>
            <w:tcW w:w="93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9</w:t>
            </w:r>
          </w:p>
        </w:tc>
        <w:tc>
          <w:tcPr>
            <w:tcW w:w="162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71.8</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80.2</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80.4</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79.8</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80.1</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80.0</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73.7</w:t>
            </w:r>
          </w:p>
        </w:tc>
      </w:tr>
      <w:tr w:rsidR="007D693D" w:rsidRPr="007D693D" w:rsidTr="00283A04">
        <w:trPr>
          <w:trHeight w:val="300"/>
        </w:trPr>
        <w:tc>
          <w:tcPr>
            <w:tcW w:w="93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10</w:t>
            </w:r>
          </w:p>
        </w:tc>
        <w:tc>
          <w:tcPr>
            <w:tcW w:w="162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196.9</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205.9</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203.8</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205.6</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205.7</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205.7</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195.2</w:t>
            </w:r>
          </w:p>
        </w:tc>
      </w:tr>
      <w:tr w:rsidR="007D693D" w:rsidRPr="007D693D" w:rsidTr="00283A04">
        <w:trPr>
          <w:trHeight w:val="300"/>
        </w:trPr>
        <w:tc>
          <w:tcPr>
            <w:tcW w:w="93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11</w:t>
            </w:r>
          </w:p>
        </w:tc>
        <w:tc>
          <w:tcPr>
            <w:tcW w:w="162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138.4</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143.1</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145.5</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143.1</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143.2</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143.2</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134.8</w:t>
            </w:r>
          </w:p>
        </w:tc>
      </w:tr>
      <w:tr w:rsidR="007D693D" w:rsidRPr="007D693D" w:rsidTr="00283A04">
        <w:trPr>
          <w:trHeight w:val="300"/>
        </w:trPr>
        <w:tc>
          <w:tcPr>
            <w:tcW w:w="93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w:t>
            </w:r>
          </w:p>
        </w:tc>
        <w:tc>
          <w:tcPr>
            <w:tcW w:w="162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141.9</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159.3</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160.5</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158.7</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159.6</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159.1</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150.2</w:t>
            </w:r>
          </w:p>
        </w:tc>
      </w:tr>
      <w:tr w:rsidR="007D693D" w:rsidRPr="007D693D" w:rsidTr="00283A04">
        <w:trPr>
          <w:trHeight w:val="300"/>
        </w:trPr>
        <w:tc>
          <w:tcPr>
            <w:tcW w:w="93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13</w:t>
            </w:r>
          </w:p>
        </w:tc>
        <w:tc>
          <w:tcPr>
            <w:tcW w:w="162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32.4</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36.0</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37.3</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36.1</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36.3</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36.2</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31.2</w:t>
            </w:r>
          </w:p>
        </w:tc>
      </w:tr>
      <w:tr w:rsidR="007D693D" w:rsidRPr="007D693D" w:rsidTr="00283A04">
        <w:trPr>
          <w:trHeight w:val="300"/>
        </w:trPr>
        <w:tc>
          <w:tcPr>
            <w:tcW w:w="93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w:t>
            </w:r>
          </w:p>
        </w:tc>
        <w:tc>
          <w:tcPr>
            <w:tcW w:w="1629" w:type="dxa"/>
            <w:shd w:val="clear" w:color="auto" w:fill="auto"/>
            <w:noWrap/>
            <w:vAlign w:val="center"/>
            <w:hideMark/>
          </w:tcPr>
          <w:p w:rsidR="007D693D" w:rsidRPr="000E6593" w:rsidRDefault="007D693D" w:rsidP="007D693D">
            <w:pPr>
              <w:widowControl/>
              <w:jc w:val="center"/>
              <w:rPr>
                <w:rFonts w:ascii="Times New Roman" w:eastAsia="Times New Roman" w:hAnsi="Times New Roman" w:cs="Times New Roman"/>
                <w:color w:val="000000"/>
                <w:kern w:val="0"/>
                <w:szCs w:val="21"/>
              </w:rPr>
            </w:pPr>
            <w:r w:rsidRPr="000E6593">
              <w:rPr>
                <w:rFonts w:ascii="Times New Roman" w:eastAsia="Times New Roman" w:hAnsi="Times New Roman" w:cs="Times New Roman"/>
                <w:kern w:val="0"/>
                <w:szCs w:val="21"/>
              </w:rPr>
              <w:t>67.4</w:t>
            </w:r>
          </w:p>
        </w:tc>
        <w:tc>
          <w:tcPr>
            <w:tcW w:w="938" w:type="dxa"/>
            <w:shd w:val="clear" w:color="auto" w:fill="auto"/>
            <w:noWrap/>
            <w:vAlign w:val="center"/>
            <w:hideMark/>
          </w:tcPr>
          <w:p w:rsidR="007D693D" w:rsidRPr="000E6593" w:rsidRDefault="007D693D" w:rsidP="007D693D">
            <w:pPr>
              <w:widowControl/>
              <w:jc w:val="center"/>
              <w:rPr>
                <w:rFonts w:ascii="Times New Roman" w:eastAsia="Times New Roman" w:hAnsi="Times New Roman" w:cs="Times New Roman"/>
                <w:color w:val="000000"/>
                <w:kern w:val="0"/>
                <w:szCs w:val="21"/>
              </w:rPr>
            </w:pPr>
            <w:r w:rsidRPr="000E6593">
              <w:rPr>
                <w:rFonts w:ascii="Times New Roman" w:eastAsia="Times New Roman" w:hAnsi="Times New Roman" w:cs="Times New Roman"/>
                <w:color w:val="000000"/>
                <w:kern w:val="0"/>
                <w:szCs w:val="21"/>
              </w:rPr>
              <w:t>78.4</w:t>
            </w:r>
          </w:p>
        </w:tc>
        <w:tc>
          <w:tcPr>
            <w:tcW w:w="938" w:type="dxa"/>
            <w:shd w:val="clear" w:color="auto" w:fill="auto"/>
            <w:noWrap/>
            <w:vAlign w:val="center"/>
            <w:hideMark/>
          </w:tcPr>
          <w:p w:rsidR="007D693D" w:rsidRPr="000E6593" w:rsidRDefault="007D693D" w:rsidP="007D693D">
            <w:pPr>
              <w:widowControl/>
              <w:jc w:val="center"/>
              <w:rPr>
                <w:rFonts w:ascii="Times New Roman" w:eastAsia="Times New Roman" w:hAnsi="Times New Roman" w:cs="Times New Roman"/>
                <w:color w:val="000000"/>
                <w:kern w:val="0"/>
                <w:szCs w:val="21"/>
              </w:rPr>
            </w:pPr>
            <w:r w:rsidRPr="000E6593">
              <w:rPr>
                <w:rFonts w:ascii="Times New Roman" w:eastAsia="Times New Roman" w:hAnsi="Times New Roman" w:cs="Times New Roman"/>
                <w:color w:val="000000"/>
                <w:kern w:val="0"/>
                <w:szCs w:val="21"/>
              </w:rPr>
              <w:t>77.1</w:t>
            </w:r>
          </w:p>
        </w:tc>
        <w:tc>
          <w:tcPr>
            <w:tcW w:w="938" w:type="dxa"/>
            <w:shd w:val="clear" w:color="auto" w:fill="auto"/>
            <w:noWrap/>
            <w:vAlign w:val="center"/>
            <w:hideMark/>
          </w:tcPr>
          <w:p w:rsidR="007D693D" w:rsidRPr="000E6593" w:rsidRDefault="007D693D" w:rsidP="007D693D">
            <w:pPr>
              <w:widowControl/>
              <w:jc w:val="center"/>
              <w:rPr>
                <w:rFonts w:ascii="Times New Roman" w:eastAsia="Times New Roman" w:hAnsi="Times New Roman" w:cs="Times New Roman"/>
                <w:color w:val="000000"/>
                <w:kern w:val="0"/>
                <w:szCs w:val="21"/>
              </w:rPr>
            </w:pPr>
            <w:r w:rsidRPr="000E6593">
              <w:rPr>
                <w:rFonts w:ascii="Times New Roman" w:eastAsia="Times New Roman" w:hAnsi="Times New Roman" w:cs="Times New Roman"/>
                <w:color w:val="000000"/>
                <w:kern w:val="0"/>
                <w:szCs w:val="21"/>
              </w:rPr>
              <w:t>78.2</w:t>
            </w:r>
          </w:p>
        </w:tc>
        <w:tc>
          <w:tcPr>
            <w:tcW w:w="938" w:type="dxa"/>
            <w:shd w:val="clear" w:color="auto" w:fill="auto"/>
            <w:noWrap/>
            <w:vAlign w:val="center"/>
            <w:hideMark/>
          </w:tcPr>
          <w:p w:rsidR="007D693D" w:rsidRPr="000E6593" w:rsidRDefault="007D693D" w:rsidP="007D693D">
            <w:pPr>
              <w:widowControl/>
              <w:jc w:val="center"/>
              <w:rPr>
                <w:rFonts w:ascii="Times New Roman" w:eastAsia="Times New Roman" w:hAnsi="Times New Roman" w:cs="Times New Roman"/>
                <w:color w:val="000000"/>
                <w:kern w:val="0"/>
                <w:szCs w:val="21"/>
              </w:rPr>
            </w:pPr>
            <w:r w:rsidRPr="000E6593">
              <w:rPr>
                <w:rFonts w:ascii="Times New Roman" w:eastAsia="Times New Roman" w:hAnsi="Times New Roman" w:cs="Times New Roman"/>
                <w:color w:val="000000"/>
                <w:kern w:val="0"/>
                <w:szCs w:val="21"/>
              </w:rPr>
              <w:t>78.7</w:t>
            </w:r>
          </w:p>
        </w:tc>
        <w:tc>
          <w:tcPr>
            <w:tcW w:w="1270" w:type="dxa"/>
            <w:shd w:val="clear" w:color="auto" w:fill="auto"/>
            <w:noWrap/>
            <w:vAlign w:val="center"/>
            <w:hideMark/>
          </w:tcPr>
          <w:p w:rsidR="007D693D" w:rsidRPr="000E6593" w:rsidRDefault="007D693D" w:rsidP="007D693D">
            <w:pPr>
              <w:widowControl/>
              <w:jc w:val="center"/>
              <w:rPr>
                <w:rFonts w:ascii="Times New Roman" w:eastAsia="Times New Roman" w:hAnsi="Times New Roman" w:cs="Times New Roman"/>
                <w:color w:val="000000"/>
                <w:kern w:val="0"/>
                <w:szCs w:val="21"/>
              </w:rPr>
            </w:pPr>
            <w:r w:rsidRPr="000E6593">
              <w:rPr>
                <w:rFonts w:ascii="Times New Roman" w:eastAsia="Times New Roman" w:hAnsi="Times New Roman" w:cs="Times New Roman"/>
                <w:color w:val="000000"/>
                <w:kern w:val="0"/>
                <w:szCs w:val="21"/>
              </w:rPr>
              <w:t>78.4</w:t>
            </w:r>
          </w:p>
        </w:tc>
        <w:tc>
          <w:tcPr>
            <w:tcW w:w="2209" w:type="dxa"/>
            <w:shd w:val="clear" w:color="auto" w:fill="auto"/>
            <w:noWrap/>
            <w:vAlign w:val="center"/>
            <w:hideMark/>
          </w:tcPr>
          <w:p w:rsidR="007D693D" w:rsidRPr="000E6593" w:rsidRDefault="007D693D" w:rsidP="007D693D">
            <w:pPr>
              <w:widowControl/>
              <w:jc w:val="center"/>
              <w:rPr>
                <w:rFonts w:ascii="Times New Roman" w:eastAsia="Times New Roman" w:hAnsi="Times New Roman" w:cs="Times New Roman"/>
                <w:color w:val="000000"/>
                <w:kern w:val="0"/>
                <w:szCs w:val="21"/>
              </w:rPr>
            </w:pPr>
            <w:r w:rsidRPr="000E6593">
              <w:rPr>
                <w:rFonts w:ascii="Times New Roman" w:eastAsia="Times New Roman" w:hAnsi="Times New Roman" w:cs="Times New Roman"/>
                <w:kern w:val="0"/>
                <w:szCs w:val="21"/>
              </w:rPr>
              <w:t>72.1</w:t>
            </w:r>
          </w:p>
        </w:tc>
      </w:tr>
      <w:tr w:rsidR="007D693D" w:rsidRPr="007D693D" w:rsidTr="00283A04">
        <w:trPr>
          <w:trHeight w:val="300"/>
        </w:trPr>
        <w:tc>
          <w:tcPr>
            <w:tcW w:w="93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15</w:t>
            </w:r>
          </w:p>
        </w:tc>
        <w:tc>
          <w:tcPr>
            <w:tcW w:w="162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27.3</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31.4</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33.9</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31.1</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33.9</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31.9</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27.1</w:t>
            </w:r>
          </w:p>
        </w:tc>
      </w:tr>
      <w:tr w:rsidR="007D693D" w:rsidRPr="007D693D" w:rsidTr="00283A04">
        <w:trPr>
          <w:trHeight w:val="300"/>
        </w:trPr>
        <w:tc>
          <w:tcPr>
            <w:tcW w:w="93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16</w:t>
            </w:r>
          </w:p>
        </w:tc>
        <w:tc>
          <w:tcPr>
            <w:tcW w:w="162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121.3</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126.9</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130.0</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127.2</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128.7</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127.5</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119.6</w:t>
            </w:r>
          </w:p>
        </w:tc>
      </w:tr>
      <w:tr w:rsidR="007D693D" w:rsidRPr="007D693D" w:rsidTr="00283A04">
        <w:trPr>
          <w:trHeight w:val="300"/>
        </w:trPr>
        <w:tc>
          <w:tcPr>
            <w:tcW w:w="93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17</w:t>
            </w:r>
          </w:p>
        </w:tc>
        <w:tc>
          <w:tcPr>
            <w:tcW w:w="162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132.2</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148.9</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145.4</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148.6</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145.4</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148.0</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139.4</w:t>
            </w:r>
          </w:p>
        </w:tc>
      </w:tr>
      <w:tr w:rsidR="007D693D" w:rsidRPr="007D693D" w:rsidTr="00283A04">
        <w:trPr>
          <w:trHeight w:val="300"/>
        </w:trPr>
        <w:tc>
          <w:tcPr>
            <w:tcW w:w="93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18</w:t>
            </w:r>
          </w:p>
        </w:tc>
        <w:tc>
          <w:tcPr>
            <w:tcW w:w="162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17.5</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18.7</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19.3</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18.6</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19.0</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18.7</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14.4</w:t>
            </w:r>
          </w:p>
        </w:tc>
      </w:tr>
      <w:tr w:rsidR="007D693D" w:rsidRPr="007D693D" w:rsidTr="00283A04">
        <w:trPr>
          <w:trHeight w:val="300"/>
        </w:trPr>
        <w:tc>
          <w:tcPr>
            <w:tcW w:w="93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19</w:t>
            </w:r>
          </w:p>
        </w:tc>
        <w:tc>
          <w:tcPr>
            <w:tcW w:w="162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25.5</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27.9</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27.9</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27.9</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27.6</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27.8</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23.2</w:t>
            </w:r>
          </w:p>
        </w:tc>
      </w:tr>
      <w:tr w:rsidR="007D693D" w:rsidRPr="007D693D" w:rsidTr="00283A04">
        <w:trPr>
          <w:trHeight w:val="300"/>
        </w:trPr>
        <w:tc>
          <w:tcPr>
            <w:tcW w:w="93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w:t>
            </w:r>
          </w:p>
        </w:tc>
        <w:tc>
          <w:tcPr>
            <w:tcW w:w="162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21.7</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24.7</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24.7</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24.7</w:t>
            </w:r>
          </w:p>
        </w:tc>
        <w:tc>
          <w:tcPr>
            <w:tcW w:w="938"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24.6</w:t>
            </w:r>
          </w:p>
        </w:tc>
        <w:tc>
          <w:tcPr>
            <w:tcW w:w="1270"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24.7</w:t>
            </w:r>
          </w:p>
        </w:tc>
        <w:tc>
          <w:tcPr>
            <w:tcW w:w="2209" w:type="dxa"/>
            <w:shd w:val="clear" w:color="auto" w:fill="auto"/>
            <w:noWrap/>
            <w:vAlign w:val="center"/>
            <w:hideMark/>
          </w:tcPr>
          <w:p w:rsidR="007D693D" w:rsidRPr="007D693D" w:rsidRDefault="007D693D" w:rsidP="007D693D">
            <w:pPr>
              <w:widowControl/>
              <w:jc w:val="center"/>
              <w:rPr>
                <w:rFonts w:ascii="Times New Roman" w:eastAsia="Times New Roman" w:hAnsi="Times New Roman" w:cs="Times New Roman"/>
                <w:color w:val="000000"/>
                <w:kern w:val="0"/>
                <w:szCs w:val="21"/>
              </w:rPr>
            </w:pPr>
            <w:r w:rsidRPr="007D693D">
              <w:rPr>
                <w:rFonts w:ascii="Times New Roman" w:eastAsia="Times New Roman" w:hAnsi="Times New Roman" w:cs="Times New Roman"/>
                <w:color w:val="000000"/>
                <w:kern w:val="0"/>
                <w:szCs w:val="21"/>
              </w:rPr>
              <w:t>20.1</w:t>
            </w:r>
          </w:p>
        </w:tc>
      </w:tr>
    </w:tbl>
    <w:p w:rsidR="007D693D" w:rsidRPr="007D693D" w:rsidRDefault="007D693D" w:rsidP="007D693D">
      <w:pPr>
        <w:widowControl/>
        <w:spacing w:before="240" w:line="360" w:lineRule="auto"/>
        <w:jc w:val="left"/>
        <w:rPr>
          <w:rFonts w:ascii="Times New Roman" w:eastAsia="宋体" w:hAnsi="Times New Roman" w:cs="Times New Roman"/>
          <w:kern w:val="0"/>
          <w:szCs w:val="21"/>
        </w:rPr>
      </w:pPr>
    </w:p>
    <w:p w:rsidR="007D693D" w:rsidRDefault="0098589F" w:rsidP="0098589F">
      <w:pPr>
        <w:spacing w:before="120" w:after="240"/>
        <w:jc w:val="center"/>
        <w:rPr>
          <w:rFonts w:ascii="Times New Roman" w:hAnsi="Times New Roman" w:cs="Times New Roman"/>
          <w:kern w:val="0"/>
          <w:szCs w:val="21"/>
        </w:rPr>
      </w:pPr>
      <w:r w:rsidRPr="007D693D">
        <w:rPr>
          <w:rFonts w:ascii="Times New Roman" w:eastAsia="宋体" w:hAnsi="Times New Roman" w:cs="Times New Roman"/>
          <w:b/>
          <w:kern w:val="0"/>
          <w:szCs w:val="21"/>
        </w:rPr>
        <w:t>Table S</w:t>
      </w:r>
      <w:r w:rsidR="00F4389D">
        <w:rPr>
          <w:rFonts w:ascii="Times New Roman" w:eastAsia="宋体" w:hAnsi="Times New Roman" w:cs="Times New Roman"/>
          <w:b/>
          <w:kern w:val="0"/>
          <w:szCs w:val="21"/>
        </w:rPr>
        <w:t>9</w:t>
      </w:r>
      <w:r w:rsidRPr="0098589F">
        <w:rPr>
          <w:rFonts w:ascii="Times New Roman" w:eastAsia="宋体" w:hAnsi="Times New Roman" w:cs="Times New Roman"/>
          <w:b/>
          <w:kern w:val="0"/>
          <w:szCs w:val="21"/>
        </w:rPr>
        <w:t xml:space="preserve"> </w:t>
      </w:r>
      <w:r w:rsidRPr="0098589F">
        <w:rPr>
          <w:rFonts w:ascii="Times New Roman" w:hAnsi="Times New Roman" w:cs="Times New Roman"/>
          <w:kern w:val="0"/>
          <w:szCs w:val="21"/>
        </w:rPr>
        <w:t xml:space="preserve">Crystal data and structure refinement for compound </w:t>
      </w:r>
      <w:r w:rsidRPr="0098589F">
        <w:rPr>
          <w:rFonts w:ascii="Times New Roman" w:hAnsi="Times New Roman" w:cs="Times New Roman"/>
          <w:b/>
          <w:kern w:val="0"/>
          <w:szCs w:val="21"/>
        </w:rPr>
        <w:t>3</w:t>
      </w:r>
      <w:r w:rsidRPr="0098589F">
        <w:rPr>
          <w:rFonts w:ascii="Times New Roman" w:hAnsi="Times New Roman" w:cs="Times New Roman"/>
          <w:kern w:val="0"/>
          <w:szCs w:val="21"/>
        </w:rPr>
        <w:t>.</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 xml:space="preserve">Identification code </w:t>
      </w:r>
      <w:r w:rsidRPr="0098589F">
        <w:rPr>
          <w:rFonts w:ascii="CG Times (W1)" w:eastAsia="宋体" w:hAnsi="CG Times (W1)" w:cs="CG Times (W1)"/>
          <w:kern w:val="0"/>
          <w:sz w:val="20"/>
          <w:szCs w:val="20"/>
        </w:rPr>
        <w:tab/>
        <w:t>02266</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 xml:space="preserve">Empirical formula </w:t>
      </w:r>
      <w:r w:rsidRPr="0098589F">
        <w:rPr>
          <w:rFonts w:ascii="CG Times (W1)" w:eastAsia="宋体" w:hAnsi="CG Times (W1)" w:cs="CG Times (W1)"/>
          <w:kern w:val="0"/>
          <w:sz w:val="20"/>
          <w:szCs w:val="20"/>
        </w:rPr>
        <w:tab/>
        <w:t>C</w:t>
      </w:r>
      <w:r>
        <w:rPr>
          <w:rFonts w:ascii="CG Times (W1)" w:eastAsia="宋体" w:hAnsi="CG Times (W1)" w:cs="CG Times (W1)"/>
          <w:kern w:val="0"/>
          <w:sz w:val="20"/>
          <w:szCs w:val="20"/>
          <w:vertAlign w:val="subscript"/>
        </w:rPr>
        <w:t>16</w:t>
      </w:r>
      <w:r w:rsidRPr="0098589F">
        <w:rPr>
          <w:rFonts w:ascii="CG Times (W1)" w:eastAsia="宋体" w:hAnsi="CG Times (W1)" w:cs="CG Times (W1)"/>
          <w:kern w:val="0"/>
          <w:sz w:val="20"/>
          <w:szCs w:val="20"/>
        </w:rPr>
        <w:t>H</w:t>
      </w:r>
      <w:r w:rsidRPr="0098589F">
        <w:rPr>
          <w:rFonts w:ascii="CG Times (W1)" w:eastAsia="宋体" w:hAnsi="CG Times (W1)" w:cs="CG Times (W1)"/>
          <w:kern w:val="0"/>
          <w:sz w:val="20"/>
          <w:szCs w:val="20"/>
          <w:vertAlign w:val="subscript"/>
        </w:rPr>
        <w:t>16</w:t>
      </w:r>
      <w:r w:rsidRPr="0098589F">
        <w:rPr>
          <w:rFonts w:ascii="CG Times (W1)" w:eastAsia="宋体" w:hAnsi="CG Times (W1)" w:cs="CG Times (W1)"/>
          <w:kern w:val="0"/>
          <w:sz w:val="20"/>
          <w:szCs w:val="20"/>
        </w:rPr>
        <w:t>O</w:t>
      </w:r>
      <w:r w:rsidRPr="0098589F">
        <w:rPr>
          <w:rFonts w:ascii="CG Times (W1)" w:eastAsia="宋体" w:hAnsi="CG Times (W1)" w:cs="CG Times (W1)"/>
          <w:kern w:val="0"/>
          <w:sz w:val="20"/>
          <w:szCs w:val="20"/>
          <w:vertAlign w:val="subscript"/>
        </w:rPr>
        <w:t>5</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 xml:space="preserve">Formula weight </w:t>
      </w:r>
      <w:r w:rsidRPr="0098589F">
        <w:rPr>
          <w:rFonts w:ascii="CG Times (W1)" w:eastAsia="宋体" w:hAnsi="CG Times (W1)" w:cs="CG Times (W1)"/>
          <w:kern w:val="0"/>
          <w:sz w:val="20"/>
          <w:szCs w:val="20"/>
        </w:rPr>
        <w:tab/>
        <w:t>288.29</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 xml:space="preserve">Temperature </w:t>
      </w:r>
      <w:r w:rsidRPr="0098589F">
        <w:rPr>
          <w:rFonts w:ascii="CG Times (W1)" w:eastAsia="宋体" w:hAnsi="CG Times (W1)" w:cs="CG Times (W1)"/>
          <w:kern w:val="0"/>
          <w:sz w:val="20"/>
          <w:szCs w:val="20"/>
        </w:rPr>
        <w:tab/>
        <w:t>150(2) K</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 xml:space="preserve">Wavelength </w:t>
      </w:r>
      <w:r w:rsidRPr="0098589F">
        <w:rPr>
          <w:rFonts w:ascii="CG Times (W1)" w:eastAsia="宋体" w:hAnsi="CG Times (W1)" w:cs="CG Times (W1)"/>
          <w:kern w:val="0"/>
          <w:sz w:val="20"/>
          <w:szCs w:val="20"/>
        </w:rPr>
        <w:tab/>
        <w:t>1.54184 Å</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 xml:space="preserve">Crystal system </w:t>
      </w:r>
      <w:r w:rsidRPr="0098589F">
        <w:rPr>
          <w:rFonts w:ascii="CG Times (W1)" w:eastAsia="宋体" w:hAnsi="CG Times (W1)" w:cs="CG Times (W1)"/>
          <w:kern w:val="0"/>
          <w:sz w:val="20"/>
          <w:szCs w:val="20"/>
        </w:rPr>
        <w:tab/>
        <w:t>Monoclinic</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 xml:space="preserve">Space group </w:t>
      </w:r>
      <w:r w:rsidRPr="0098589F">
        <w:rPr>
          <w:rFonts w:ascii="CG Times (W1)" w:eastAsia="宋体" w:hAnsi="CG Times (W1)" w:cs="CG Times (W1)"/>
          <w:kern w:val="0"/>
          <w:sz w:val="20"/>
          <w:szCs w:val="20"/>
        </w:rPr>
        <w:tab/>
      </w:r>
      <w:r w:rsidRPr="0098589F">
        <w:rPr>
          <w:rFonts w:ascii="CG Times (W1)" w:eastAsia="宋体" w:hAnsi="CG Times (W1)" w:cs="CG Times (W1)"/>
          <w:i/>
          <w:kern w:val="0"/>
          <w:sz w:val="20"/>
          <w:szCs w:val="20"/>
        </w:rPr>
        <w:t>P</w:t>
      </w:r>
      <w:r w:rsidRPr="0098589F">
        <w:rPr>
          <w:rFonts w:ascii="CG Times (W1)" w:eastAsia="宋体" w:hAnsi="CG Times (W1)" w:cs="CG Times (W1)"/>
          <w:kern w:val="0"/>
          <w:sz w:val="20"/>
          <w:szCs w:val="20"/>
        </w:rPr>
        <w:t>2</w:t>
      </w:r>
      <w:r w:rsidRPr="0098589F">
        <w:rPr>
          <w:rFonts w:ascii="CG Times (W1)" w:eastAsia="宋体" w:hAnsi="CG Times (W1)" w:cs="CG Times (W1)"/>
          <w:b/>
          <w:bCs/>
          <w:kern w:val="0"/>
          <w:sz w:val="20"/>
          <w:szCs w:val="20"/>
          <w:vertAlign w:val="subscript"/>
        </w:rPr>
        <w:t>1</w:t>
      </w:r>
      <w:r w:rsidRPr="0098589F">
        <w:rPr>
          <w:rFonts w:ascii="CG Times (W1)" w:eastAsia="宋体" w:hAnsi="CG Times (W1)" w:cs="CG Times (W1)"/>
          <w:kern w:val="0"/>
          <w:sz w:val="20"/>
          <w:szCs w:val="20"/>
        </w:rPr>
        <w:t>/c</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Unit cell dimensions</w:t>
      </w:r>
      <w:r w:rsidRPr="0098589F">
        <w:rPr>
          <w:rFonts w:ascii="CG Times (W1)" w:eastAsia="宋体" w:hAnsi="CG Times (W1)" w:cs="CG Times (W1)"/>
          <w:kern w:val="0"/>
          <w:sz w:val="20"/>
          <w:szCs w:val="20"/>
        </w:rPr>
        <w:tab/>
        <w:t>a = 11.24184(14) Å</w:t>
      </w:r>
      <w:r w:rsidRPr="0098589F">
        <w:rPr>
          <w:rFonts w:ascii="CG Times (W1)" w:eastAsia="宋体" w:hAnsi="CG Times (W1)" w:cs="CG Times (W1)"/>
          <w:kern w:val="0"/>
          <w:sz w:val="20"/>
          <w:szCs w:val="20"/>
        </w:rPr>
        <w:tab/>
      </w:r>
      <w:r w:rsidRPr="0098589F">
        <w:rPr>
          <w:rFonts w:ascii="Symbol" w:eastAsia="宋体" w:hAnsi="Symbol" w:cs="Symbol"/>
          <w:kern w:val="0"/>
          <w:sz w:val="20"/>
          <w:szCs w:val="20"/>
        </w:rPr>
        <w:t></w:t>
      </w:r>
      <w:r w:rsidRPr="0098589F">
        <w:rPr>
          <w:rFonts w:ascii="CG Times (W1)" w:eastAsia="宋体" w:hAnsi="CG Times (W1)" w:cs="CG Times (W1)"/>
          <w:kern w:val="0"/>
          <w:sz w:val="20"/>
          <w:szCs w:val="20"/>
        </w:rPr>
        <w:t>= 90°.</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b = 8.09453(11) Å</w:t>
      </w:r>
      <w:r w:rsidRPr="0098589F">
        <w:rPr>
          <w:rFonts w:ascii="CG Times (W1)" w:eastAsia="宋体" w:hAnsi="CG Times (W1)" w:cs="CG Times (W1)"/>
          <w:kern w:val="0"/>
          <w:sz w:val="20"/>
          <w:szCs w:val="20"/>
        </w:rPr>
        <w:tab/>
      </w:r>
      <w:r w:rsidRPr="0098589F">
        <w:rPr>
          <w:rFonts w:ascii="Symbol" w:eastAsia="宋体" w:hAnsi="Symbol" w:cs="Symbol"/>
          <w:kern w:val="0"/>
          <w:sz w:val="20"/>
          <w:szCs w:val="20"/>
        </w:rPr>
        <w:t></w:t>
      </w:r>
      <w:r w:rsidRPr="0098589F">
        <w:rPr>
          <w:rFonts w:ascii="CG Times (W1)" w:eastAsia="宋体" w:hAnsi="CG Times (W1)" w:cs="CG Times (W1)"/>
          <w:kern w:val="0"/>
          <w:sz w:val="20"/>
          <w:szCs w:val="20"/>
        </w:rPr>
        <w:t>= 101.7202(14)°.</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c = 16.0237(2) Å</w:t>
      </w:r>
      <w:r w:rsidRPr="0098589F">
        <w:rPr>
          <w:rFonts w:ascii="CG Times (W1)" w:eastAsia="宋体" w:hAnsi="CG Times (W1)" w:cs="CG Times (W1)"/>
          <w:kern w:val="0"/>
          <w:sz w:val="20"/>
          <w:szCs w:val="20"/>
        </w:rPr>
        <w:tab/>
      </w:r>
      <w:r w:rsidRPr="0098589F">
        <w:rPr>
          <w:rFonts w:ascii="Symbol" w:eastAsia="宋体" w:hAnsi="Symbol" w:cs="Symbol"/>
          <w:kern w:val="0"/>
          <w:sz w:val="20"/>
          <w:szCs w:val="20"/>
        </w:rPr>
        <w:t></w:t>
      </w:r>
      <w:r w:rsidRPr="0098589F">
        <w:rPr>
          <w:rFonts w:ascii="CG Times (W1)" w:eastAsia="宋体" w:hAnsi="CG Times (W1)" w:cs="CG Times (W1)"/>
          <w:kern w:val="0"/>
          <w:sz w:val="20"/>
          <w:szCs w:val="20"/>
        </w:rPr>
        <w:t xml:space="preserve"> = 90°.</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Volume</w:t>
      </w:r>
      <w:r w:rsidRPr="0098589F">
        <w:rPr>
          <w:rFonts w:ascii="CG Times (W1)" w:eastAsia="宋体" w:hAnsi="CG Times (W1)" w:cs="CG Times (W1)"/>
          <w:kern w:val="0"/>
          <w:sz w:val="20"/>
          <w:szCs w:val="20"/>
        </w:rPr>
        <w:tab/>
        <w:t>1427.72(3) Å</w:t>
      </w:r>
      <w:r w:rsidRPr="0098589F">
        <w:rPr>
          <w:rFonts w:ascii="CG Times (W1)" w:eastAsia="宋体" w:hAnsi="CG Times (W1)" w:cs="CG Times (W1)"/>
          <w:kern w:val="0"/>
          <w:position w:val="6"/>
          <w:sz w:val="14"/>
          <w:szCs w:val="14"/>
        </w:rPr>
        <w:t>3</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Z</w:t>
      </w:r>
      <w:r w:rsidRPr="0098589F">
        <w:rPr>
          <w:rFonts w:ascii="CG Times (W1)" w:eastAsia="宋体" w:hAnsi="CG Times (W1)" w:cs="CG Times (W1)"/>
          <w:kern w:val="0"/>
          <w:sz w:val="20"/>
          <w:szCs w:val="20"/>
        </w:rPr>
        <w:tab/>
        <w:t>4</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Density (calculated)</w:t>
      </w:r>
      <w:r w:rsidRPr="0098589F">
        <w:rPr>
          <w:rFonts w:ascii="CG Times (W1)" w:eastAsia="宋体" w:hAnsi="CG Times (W1)" w:cs="CG Times (W1)"/>
          <w:kern w:val="0"/>
          <w:sz w:val="20"/>
          <w:szCs w:val="20"/>
        </w:rPr>
        <w:tab/>
        <w:t>1.341 Mg/m</w:t>
      </w:r>
      <w:r w:rsidRPr="0098589F">
        <w:rPr>
          <w:rFonts w:ascii="CG Times (W1)" w:eastAsia="宋体" w:hAnsi="CG Times (W1)" w:cs="CG Times (W1)"/>
          <w:kern w:val="0"/>
          <w:position w:val="6"/>
          <w:sz w:val="14"/>
          <w:szCs w:val="14"/>
        </w:rPr>
        <w:t>3</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Absorption coefficient</w:t>
      </w:r>
      <w:r w:rsidRPr="0098589F">
        <w:rPr>
          <w:rFonts w:ascii="CG Times (W1)" w:eastAsia="宋体" w:hAnsi="CG Times (W1)" w:cs="CG Times (W1)"/>
          <w:kern w:val="0"/>
          <w:sz w:val="20"/>
          <w:szCs w:val="20"/>
        </w:rPr>
        <w:tab/>
        <w:t>0.832 mm</w:t>
      </w:r>
      <w:r w:rsidRPr="0098589F">
        <w:rPr>
          <w:rFonts w:ascii="CG Times (W1)" w:eastAsia="宋体" w:hAnsi="CG Times (W1)" w:cs="CG Times (W1)"/>
          <w:kern w:val="0"/>
          <w:position w:val="6"/>
          <w:sz w:val="14"/>
          <w:szCs w:val="14"/>
        </w:rPr>
        <w:t>-1</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F(000)</w:t>
      </w:r>
      <w:r w:rsidRPr="0098589F">
        <w:rPr>
          <w:rFonts w:ascii="CG Times (W1)" w:eastAsia="宋体" w:hAnsi="CG Times (W1)" w:cs="CG Times (W1)"/>
          <w:kern w:val="0"/>
          <w:sz w:val="20"/>
          <w:szCs w:val="20"/>
        </w:rPr>
        <w:tab/>
        <w:t>608</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lastRenderedPageBreak/>
        <w:t>Crystal size</w:t>
      </w:r>
      <w:r w:rsidRPr="0098589F">
        <w:rPr>
          <w:rFonts w:ascii="CG Times (W1)" w:eastAsia="宋体" w:hAnsi="CG Times (W1)" w:cs="CG Times (W1)"/>
          <w:kern w:val="0"/>
          <w:sz w:val="20"/>
          <w:szCs w:val="20"/>
        </w:rPr>
        <w:tab/>
        <w:t>0.230 x 0.130 x 0.040 mm</w:t>
      </w:r>
      <w:r w:rsidRPr="0098589F">
        <w:rPr>
          <w:rFonts w:ascii="CG Times (W1)" w:eastAsia="宋体" w:hAnsi="CG Times (W1)" w:cs="CG Times (W1)"/>
          <w:kern w:val="0"/>
          <w:position w:val="6"/>
          <w:sz w:val="14"/>
          <w:szCs w:val="14"/>
        </w:rPr>
        <w:t>3</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Theta range for data collection</w:t>
      </w:r>
      <w:r w:rsidRPr="0098589F">
        <w:rPr>
          <w:rFonts w:ascii="CG Times (W1)" w:eastAsia="宋体" w:hAnsi="CG Times (W1)" w:cs="CG Times (W1)"/>
          <w:kern w:val="0"/>
          <w:sz w:val="20"/>
          <w:szCs w:val="20"/>
        </w:rPr>
        <w:tab/>
        <w:t>4.016 to 70.560°.</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Index ranges</w:t>
      </w:r>
      <w:r w:rsidRPr="0098589F">
        <w:rPr>
          <w:rFonts w:ascii="CG Times (W1)" w:eastAsia="宋体" w:hAnsi="CG Times (W1)" w:cs="CG Times (W1)"/>
          <w:kern w:val="0"/>
          <w:sz w:val="20"/>
          <w:szCs w:val="20"/>
        </w:rPr>
        <w:tab/>
        <w:t>-13&lt;=h&lt;=13, -9&lt;=k&lt;=9, -17&lt;=l&lt;=19</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Reflections collected</w:t>
      </w:r>
      <w:r w:rsidRPr="0098589F">
        <w:rPr>
          <w:rFonts w:ascii="CG Times (W1)" w:eastAsia="宋体" w:hAnsi="CG Times (W1)" w:cs="CG Times (W1)"/>
          <w:kern w:val="0"/>
          <w:sz w:val="20"/>
          <w:szCs w:val="20"/>
        </w:rPr>
        <w:tab/>
        <w:t>11426</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Independent reflections</w:t>
      </w:r>
      <w:r w:rsidRPr="0098589F">
        <w:rPr>
          <w:rFonts w:ascii="CG Times (W1)" w:eastAsia="宋体" w:hAnsi="CG Times (W1)" w:cs="CG Times (W1)"/>
          <w:kern w:val="0"/>
          <w:sz w:val="20"/>
          <w:szCs w:val="20"/>
        </w:rPr>
        <w:tab/>
        <w:t>2701 [R(int) = 0.0569]</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Completeness to theta = 67.684°</w:t>
      </w:r>
      <w:r w:rsidRPr="0098589F">
        <w:rPr>
          <w:rFonts w:ascii="CG Times (W1)" w:eastAsia="宋体" w:hAnsi="CG Times (W1)" w:cs="CG Times (W1)"/>
          <w:kern w:val="0"/>
          <w:sz w:val="20"/>
          <w:szCs w:val="20"/>
        </w:rPr>
        <w:tab/>
        <w:t>99.9 %</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Absorption correction</w:t>
      </w:r>
      <w:r w:rsidRPr="0098589F">
        <w:rPr>
          <w:rFonts w:ascii="CG Times (W1)" w:eastAsia="宋体" w:hAnsi="CG Times (W1)" w:cs="CG Times (W1)"/>
          <w:kern w:val="0"/>
          <w:sz w:val="20"/>
          <w:szCs w:val="20"/>
        </w:rPr>
        <w:tab/>
        <w:t>Semi-empirical from equivalents</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Max. and min. transmission</w:t>
      </w:r>
      <w:r w:rsidRPr="0098589F">
        <w:rPr>
          <w:rFonts w:ascii="CG Times (W1)" w:eastAsia="宋体" w:hAnsi="CG Times (W1)" w:cs="CG Times (W1)"/>
          <w:kern w:val="0"/>
          <w:sz w:val="20"/>
          <w:szCs w:val="20"/>
        </w:rPr>
        <w:tab/>
        <w:t>1.00000 and 0.27159</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Refinement method</w:t>
      </w:r>
      <w:r w:rsidRPr="0098589F">
        <w:rPr>
          <w:rFonts w:ascii="CG Times (W1)" w:eastAsia="宋体" w:hAnsi="CG Times (W1)" w:cs="CG Times (W1)"/>
          <w:kern w:val="0"/>
          <w:sz w:val="20"/>
          <w:szCs w:val="20"/>
        </w:rPr>
        <w:tab/>
        <w:t>Full-matrix least-squares on F</w:t>
      </w:r>
      <w:r w:rsidRPr="0098589F">
        <w:rPr>
          <w:rFonts w:ascii="CG Times (W1)" w:eastAsia="宋体" w:hAnsi="CG Times (W1)" w:cs="CG Times (W1)"/>
          <w:kern w:val="0"/>
          <w:position w:val="6"/>
          <w:sz w:val="14"/>
          <w:szCs w:val="14"/>
        </w:rPr>
        <w:t>2</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Data / restraints / parameters</w:t>
      </w:r>
      <w:r w:rsidRPr="0098589F">
        <w:rPr>
          <w:rFonts w:ascii="CG Times (W1)" w:eastAsia="宋体" w:hAnsi="CG Times (W1)" w:cs="CG Times (W1)"/>
          <w:kern w:val="0"/>
          <w:sz w:val="20"/>
          <w:szCs w:val="20"/>
        </w:rPr>
        <w:tab/>
        <w:t>2701 / 0 / 199</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Goodness-of-fit on F</w:t>
      </w:r>
      <w:r w:rsidRPr="0098589F">
        <w:rPr>
          <w:rFonts w:ascii="CG Times (W1)" w:eastAsia="宋体" w:hAnsi="CG Times (W1)" w:cs="CG Times (W1)"/>
          <w:kern w:val="0"/>
          <w:position w:val="6"/>
          <w:sz w:val="14"/>
          <w:szCs w:val="14"/>
        </w:rPr>
        <w:t>2</w:t>
      </w:r>
      <w:r w:rsidRPr="0098589F">
        <w:rPr>
          <w:rFonts w:ascii="CG Times (W1)" w:eastAsia="宋体" w:hAnsi="CG Times (W1)" w:cs="CG Times (W1)"/>
          <w:kern w:val="0"/>
          <w:sz w:val="20"/>
          <w:szCs w:val="20"/>
        </w:rPr>
        <w:tab/>
        <w:t>1.035</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Final R indices [I&gt;2sigma(I)]</w:t>
      </w:r>
      <w:r w:rsidRPr="0098589F">
        <w:rPr>
          <w:rFonts w:ascii="CG Times (W1)" w:eastAsia="宋体" w:hAnsi="CG Times (W1)" w:cs="CG Times (W1)"/>
          <w:kern w:val="0"/>
          <w:sz w:val="20"/>
          <w:szCs w:val="20"/>
        </w:rPr>
        <w:tab/>
        <w:t>R1 = 0.0465, wR2 = 0.1268</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R indices (all data)</w:t>
      </w:r>
      <w:r w:rsidRPr="0098589F">
        <w:rPr>
          <w:rFonts w:ascii="CG Times (W1)" w:eastAsia="宋体" w:hAnsi="CG Times (W1)" w:cs="CG Times (W1)"/>
          <w:kern w:val="0"/>
          <w:sz w:val="20"/>
          <w:szCs w:val="20"/>
        </w:rPr>
        <w:tab/>
        <w:t>R1 = 0.0506, wR2 = 0.1330</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0"/>
          <w:szCs w:val="20"/>
        </w:rPr>
      </w:pPr>
      <w:r w:rsidRPr="0098589F">
        <w:rPr>
          <w:rFonts w:ascii="CG Times (W1)" w:eastAsia="宋体" w:hAnsi="CG Times (W1)" w:cs="CG Times (W1)"/>
          <w:kern w:val="0"/>
          <w:sz w:val="20"/>
          <w:szCs w:val="20"/>
        </w:rPr>
        <w:t>Extinction coefficient</w:t>
      </w:r>
      <w:r w:rsidRPr="0098589F">
        <w:rPr>
          <w:rFonts w:ascii="CG Times (W1)" w:eastAsia="宋体" w:hAnsi="CG Times (W1)" w:cs="CG Times (W1)"/>
          <w:kern w:val="0"/>
          <w:sz w:val="20"/>
          <w:szCs w:val="20"/>
        </w:rPr>
        <w:tab/>
        <w:t>n/a</w:t>
      </w:r>
    </w:p>
    <w:p w:rsidR="0098589F" w:rsidRPr="0098589F" w:rsidRDefault="0098589F" w:rsidP="0098589F">
      <w:pPr>
        <w:pBdr>
          <w:top w:val="single" w:sz="4" w:space="1" w:color="auto"/>
          <w:bottom w:val="single" w:sz="4" w:space="1" w:color="auto"/>
        </w:pBdr>
        <w:tabs>
          <w:tab w:val="left" w:pos="4240"/>
          <w:tab w:val="left" w:pos="6800"/>
          <w:tab w:val="left" w:pos="8500"/>
          <w:tab w:val="left" w:pos="10200"/>
          <w:tab w:val="left" w:pos="11900"/>
        </w:tabs>
        <w:autoSpaceDE w:val="0"/>
        <w:autoSpaceDN w:val="0"/>
        <w:adjustRightInd w:val="0"/>
        <w:spacing w:line="360" w:lineRule="atLeast"/>
        <w:jc w:val="left"/>
        <w:rPr>
          <w:rFonts w:ascii="CG Times (W1)" w:eastAsia="宋体" w:hAnsi="CG Times (W1)" w:cs="CG Times (W1)"/>
          <w:kern w:val="0"/>
          <w:sz w:val="24"/>
          <w:szCs w:val="24"/>
        </w:rPr>
      </w:pPr>
      <w:r w:rsidRPr="0098589F">
        <w:rPr>
          <w:rFonts w:ascii="CG Times (W1)" w:eastAsia="宋体" w:hAnsi="CG Times (W1)" w:cs="CG Times (W1)"/>
          <w:kern w:val="0"/>
          <w:sz w:val="20"/>
          <w:szCs w:val="20"/>
        </w:rPr>
        <w:t>Largest diff. peak and hole</w:t>
      </w:r>
      <w:r w:rsidRPr="0098589F">
        <w:rPr>
          <w:rFonts w:ascii="CG Times (W1)" w:eastAsia="宋体" w:hAnsi="CG Times (W1)" w:cs="CG Times (W1)"/>
          <w:kern w:val="0"/>
          <w:sz w:val="20"/>
          <w:szCs w:val="20"/>
        </w:rPr>
        <w:tab/>
        <w:t>0.243 and -0.247 e.Å</w:t>
      </w:r>
      <w:r w:rsidRPr="0098589F">
        <w:rPr>
          <w:rFonts w:ascii="CG Times (W1)" w:eastAsia="宋体" w:hAnsi="CG Times (W1)" w:cs="CG Times (W1)"/>
          <w:kern w:val="0"/>
          <w:position w:val="6"/>
          <w:sz w:val="14"/>
          <w:szCs w:val="14"/>
        </w:rPr>
        <w:t>-3</w:t>
      </w:r>
    </w:p>
    <w:p w:rsidR="00C254B6" w:rsidRDefault="00C254B6" w:rsidP="00C254B6">
      <w:pPr>
        <w:spacing w:line="360" w:lineRule="auto"/>
        <w:rPr>
          <w:rFonts w:ascii="Times New Roman" w:hAnsi="Times New Roman" w:cs="Times New Roman"/>
          <w:b/>
          <w:sz w:val="28"/>
          <w:szCs w:val="28"/>
        </w:rPr>
      </w:pPr>
    </w:p>
    <w:p w:rsidR="00C254B6" w:rsidRPr="00611E80" w:rsidRDefault="00C254B6" w:rsidP="00C254B6">
      <w:pPr>
        <w:spacing w:line="360" w:lineRule="auto"/>
        <w:rPr>
          <w:rFonts w:ascii="Times New Roman" w:eastAsia="宋体" w:hAnsi="Times New Roman" w:cs="Times New Roman"/>
          <w:b/>
          <w:kern w:val="0"/>
          <w:sz w:val="24"/>
          <w:szCs w:val="24"/>
        </w:rPr>
      </w:pPr>
      <w:r w:rsidRPr="00611E80">
        <w:rPr>
          <w:rFonts w:ascii="Times New Roman" w:eastAsia="宋体" w:hAnsi="Times New Roman" w:cs="Times New Roman"/>
          <w:b/>
          <w:kern w:val="0"/>
          <w:sz w:val="24"/>
          <w:szCs w:val="24"/>
        </w:rPr>
        <w:t>Cytotoxicity Assay</w:t>
      </w:r>
    </w:p>
    <w:p w:rsidR="00C254B6" w:rsidRPr="00611E80" w:rsidRDefault="00C254B6" w:rsidP="00C254B6">
      <w:pPr>
        <w:spacing w:line="360" w:lineRule="auto"/>
        <w:rPr>
          <w:rFonts w:ascii="Times New Roman" w:hAnsi="Times New Roman" w:cs="Times New Roman"/>
          <w:szCs w:val="21"/>
        </w:rPr>
      </w:pPr>
      <w:r w:rsidRPr="00611E80">
        <w:rPr>
          <w:rFonts w:ascii="Times New Roman" w:hAnsi="Times New Roman" w:cs="Times New Roman"/>
          <w:szCs w:val="21"/>
        </w:rPr>
        <w:t>Cytotoxicity was assayed with the CCK-8 (Dojindo, Japan) method. 10 Cell lines K562, MCF-7, A549, Huh-7, H1975, Hela, HL7702, HL60, MOLT-4, and DU145 were purchased from Shanghai Cell Bank, Chinese Academy of Sciences. Cells were routinely grown and maintained in RPMI or DMEM media with 10% fetal bovine serum and with 1% penicillin/streptomycin. All cell lines were incubated in a Thermo/ Forma Scientific CO</w:t>
      </w:r>
      <w:r w:rsidRPr="00611E80">
        <w:rPr>
          <w:rFonts w:ascii="Times New Roman" w:hAnsi="Times New Roman" w:cs="Times New Roman"/>
          <w:szCs w:val="21"/>
          <w:vertAlign w:val="subscript"/>
        </w:rPr>
        <w:t xml:space="preserve">2 </w:t>
      </w:r>
      <w:r w:rsidRPr="00611E80">
        <w:rPr>
          <w:rFonts w:ascii="Times New Roman" w:hAnsi="Times New Roman" w:cs="Times New Roman"/>
          <w:szCs w:val="21"/>
        </w:rPr>
        <w:t>water-jacketed incubator with 5% CO</w:t>
      </w:r>
      <w:r w:rsidRPr="00611E80">
        <w:rPr>
          <w:rFonts w:ascii="Times New Roman" w:hAnsi="Times New Roman" w:cs="Times New Roman"/>
          <w:szCs w:val="21"/>
          <w:vertAlign w:val="subscript"/>
        </w:rPr>
        <w:t>2</w:t>
      </w:r>
      <w:r w:rsidRPr="00611E80">
        <w:rPr>
          <w:rFonts w:ascii="Times New Roman" w:hAnsi="Times New Roman" w:cs="Times New Roman"/>
          <w:szCs w:val="21"/>
        </w:rPr>
        <w:t xml:space="preserve"> in air at 37 °C. A cell viability assay was determined with the CCK-8 (Dojindo, Japan) assay. Cells were seeded at a density of 400−800 cells/well in 384-well plates and treated with various concentrations of compounds or solvent control. After 72 h incubation, CCK-8 reagent was added, and absorbance was measured at 450 nm using an Envision 2104 multilabel reader (PerkinElmer, USA). Dose−response curves were plotted to determine the IC</w:t>
      </w:r>
      <w:r w:rsidRPr="00611E80">
        <w:rPr>
          <w:rFonts w:ascii="Times New Roman" w:hAnsi="Times New Roman" w:cs="Times New Roman"/>
          <w:szCs w:val="21"/>
          <w:vertAlign w:val="subscript"/>
        </w:rPr>
        <w:t>50</w:t>
      </w:r>
      <w:r w:rsidRPr="00611E80">
        <w:rPr>
          <w:rFonts w:ascii="Times New Roman" w:hAnsi="Times New Roman" w:cs="Times New Roman"/>
          <w:szCs w:val="21"/>
        </w:rPr>
        <w:t xml:space="preserve"> values using Prism 5.0 (GraphPad Software Inc., USA). </w:t>
      </w:r>
    </w:p>
    <w:p w:rsidR="00C254B6" w:rsidRPr="00611E80" w:rsidRDefault="00C254B6" w:rsidP="00C254B6">
      <w:pPr>
        <w:spacing w:line="360" w:lineRule="auto"/>
        <w:rPr>
          <w:rFonts w:ascii="Times New Roman" w:eastAsia="宋体" w:hAnsi="Times New Roman" w:cs="Times New Roman"/>
          <w:b/>
          <w:kern w:val="0"/>
          <w:sz w:val="24"/>
          <w:szCs w:val="24"/>
        </w:rPr>
      </w:pPr>
      <w:r w:rsidRPr="00611E80">
        <w:rPr>
          <w:rFonts w:ascii="Times New Roman" w:eastAsia="宋体" w:hAnsi="Times New Roman" w:cs="Times New Roman"/>
          <w:b/>
          <w:kern w:val="0"/>
          <w:sz w:val="24"/>
          <w:szCs w:val="24"/>
        </w:rPr>
        <w:t>COX-2 Inhibitory Activity Assay</w:t>
      </w:r>
    </w:p>
    <w:p w:rsidR="00C254B6" w:rsidRPr="00611E80" w:rsidRDefault="00C254B6" w:rsidP="00C254B6">
      <w:pPr>
        <w:spacing w:line="360" w:lineRule="auto"/>
        <w:rPr>
          <w:rFonts w:ascii="Times New Roman" w:hAnsi="Times New Roman" w:cs="Times New Roman"/>
          <w:szCs w:val="21"/>
        </w:rPr>
      </w:pPr>
      <w:r w:rsidRPr="00611E80">
        <w:rPr>
          <w:rFonts w:ascii="Times New Roman" w:hAnsi="Times New Roman" w:cs="Times New Roman"/>
          <w:szCs w:val="21"/>
        </w:rPr>
        <w:t>The COX-2 enzyme is a well-established target for anti-inflammatory evaluation. Hence, the compounds isolated were tested for COX-2 inhibitory activity using the COX (ovine) inhibitor screening kit, as per the manufacturer’s instructions. The COX-2 enzyme catalyses the biosynthesis of PGH</w:t>
      </w:r>
      <w:r w:rsidRPr="00611E80">
        <w:rPr>
          <w:rFonts w:ascii="Times New Roman" w:hAnsi="Times New Roman" w:cs="Times New Roman"/>
          <w:szCs w:val="21"/>
          <w:vertAlign w:val="subscript"/>
        </w:rPr>
        <w:t>2</w:t>
      </w:r>
      <w:r w:rsidRPr="00611E80">
        <w:rPr>
          <w:rFonts w:ascii="Times New Roman" w:hAnsi="Times New Roman" w:cs="Times New Roman"/>
          <w:szCs w:val="21"/>
        </w:rPr>
        <w:t xml:space="preserve"> from arachidonic acid. In this assay, the PGF2a produced by the reduction of PGH</w:t>
      </w:r>
      <w:r w:rsidRPr="00611E80">
        <w:rPr>
          <w:rFonts w:ascii="Times New Roman" w:hAnsi="Times New Roman" w:cs="Times New Roman"/>
          <w:szCs w:val="21"/>
          <w:vertAlign w:val="subscript"/>
        </w:rPr>
        <w:t>2</w:t>
      </w:r>
      <w:r w:rsidRPr="00611E80">
        <w:rPr>
          <w:rFonts w:ascii="Times New Roman" w:hAnsi="Times New Roman" w:cs="Times New Roman"/>
          <w:szCs w:val="21"/>
        </w:rPr>
        <w:t xml:space="preserve"> with </w:t>
      </w:r>
      <w:r w:rsidRPr="00611E80">
        <w:rPr>
          <w:rFonts w:ascii="Times New Roman" w:hAnsi="Times New Roman" w:cs="Times New Roman"/>
          <w:szCs w:val="21"/>
        </w:rPr>
        <w:lastRenderedPageBreak/>
        <w:t>stannous chloride (SnCl</w:t>
      </w:r>
      <w:r w:rsidRPr="00611E80">
        <w:rPr>
          <w:rFonts w:ascii="Times New Roman" w:hAnsi="Times New Roman" w:cs="Times New Roman"/>
          <w:szCs w:val="21"/>
          <w:vertAlign w:val="subscript"/>
        </w:rPr>
        <w:t>2</w:t>
      </w:r>
      <w:r w:rsidRPr="00611E80">
        <w:rPr>
          <w:rFonts w:ascii="Times New Roman" w:hAnsi="Times New Roman" w:cs="Times New Roman"/>
          <w:szCs w:val="21"/>
        </w:rPr>
        <w:t>) was measured in this enzyme immunoassay. The stock solutions were prepared in dimethyl sulfoxide, and the final concentration was set as 10 mM for the isolated compounds. The percentage inhibition was calculated by comparison with control incubations. The IC</w:t>
      </w:r>
      <w:r w:rsidRPr="0029332A">
        <w:rPr>
          <w:rFonts w:ascii="Times New Roman" w:hAnsi="Times New Roman" w:cs="Times New Roman"/>
          <w:szCs w:val="21"/>
          <w:vertAlign w:val="subscript"/>
        </w:rPr>
        <w:t xml:space="preserve">50 </w:t>
      </w:r>
      <w:r w:rsidRPr="00611E80">
        <w:rPr>
          <w:rFonts w:ascii="Times New Roman" w:hAnsi="Times New Roman" w:cs="Times New Roman"/>
          <w:szCs w:val="21"/>
        </w:rPr>
        <w:t>values of the most active compounds were calculated from concentration – inhibition response curves.</w:t>
      </w:r>
    </w:p>
    <w:p w:rsidR="00C254B6" w:rsidRPr="00C254B6" w:rsidRDefault="00C254B6" w:rsidP="0098589F">
      <w:pPr>
        <w:spacing w:before="120" w:after="240"/>
        <w:rPr>
          <w:rFonts w:ascii="Times New Roman" w:eastAsia="宋体" w:hAnsi="Times New Roman" w:cs="Times New Roman"/>
          <w:b/>
          <w:szCs w:val="21"/>
        </w:rPr>
      </w:pPr>
    </w:p>
    <w:sectPr w:rsidR="00C254B6" w:rsidRPr="00C254B6">
      <w:footerReference w:type="default" r:id="rId10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D2F" w:rsidRDefault="00152D2F" w:rsidP="00F541FA">
      <w:r>
        <w:separator/>
      </w:r>
    </w:p>
  </w:endnote>
  <w:endnote w:type="continuationSeparator" w:id="0">
    <w:p w:rsidR="00152D2F" w:rsidRDefault="00152D2F" w:rsidP="00F54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MRoman10-Regular">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6046736"/>
      <w:docPartObj>
        <w:docPartGallery w:val="Page Numbers (Bottom of Page)"/>
        <w:docPartUnique/>
      </w:docPartObj>
    </w:sdtPr>
    <w:sdtEndPr/>
    <w:sdtContent>
      <w:p w:rsidR="00011DCD" w:rsidRDefault="00011DCD">
        <w:pPr>
          <w:pStyle w:val="a6"/>
        </w:pPr>
        <w:r>
          <w:fldChar w:fldCharType="begin"/>
        </w:r>
        <w:r>
          <w:instrText>PAGE   \* MERGEFORMAT</w:instrText>
        </w:r>
        <w:r>
          <w:fldChar w:fldCharType="separate"/>
        </w:r>
        <w:r w:rsidR="000D64A8" w:rsidRPr="000D64A8">
          <w:rPr>
            <w:noProof/>
            <w:lang w:val="zh-CN"/>
          </w:rPr>
          <w:t>2</w:t>
        </w:r>
        <w:r>
          <w:fldChar w:fldCharType="end"/>
        </w:r>
      </w:p>
    </w:sdtContent>
  </w:sdt>
  <w:p w:rsidR="00011DCD" w:rsidRDefault="00011DC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D2F" w:rsidRDefault="00152D2F" w:rsidP="00F541FA">
      <w:r>
        <w:separator/>
      </w:r>
    </w:p>
  </w:footnote>
  <w:footnote w:type="continuationSeparator" w:id="0">
    <w:p w:rsidR="00152D2F" w:rsidRDefault="00152D2F" w:rsidP="00F541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3F8663B"/>
    <w:multiLevelType w:val="hybridMultilevel"/>
    <w:tmpl w:val="564AC83E"/>
    <w:lvl w:ilvl="0" w:tplc="0CC07F0E">
      <w:start w:val="1"/>
      <w:numFmt w:val="decimal"/>
      <w:lvlText w:val="%1."/>
      <w:lvlJc w:val="center"/>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8927E0C"/>
    <w:multiLevelType w:val="multilevel"/>
    <w:tmpl w:val="99B4235C"/>
    <w:lvl w:ilvl="0">
      <w:start w:val="1"/>
      <w:numFmt w:val="decimal"/>
      <w:lvlText w:val="%1."/>
      <w:lvlJc w:val="left"/>
      <w:pPr>
        <w:ind w:left="420" w:hanging="420"/>
      </w:pPr>
      <w:rPr>
        <w:rFonts w:cs="Times New Roman" w:hint="eastAsia"/>
      </w:rPr>
    </w:lvl>
    <w:lvl w:ilvl="1">
      <w:start w:val="1"/>
      <w:numFmt w:val="decimal"/>
      <w:isLgl/>
      <w:lvlText w:val="%1.%2"/>
      <w:lvlJc w:val="left"/>
      <w:pPr>
        <w:ind w:left="600" w:hanging="600"/>
      </w:pPr>
      <w:rPr>
        <w:rFonts w:cs="Times New Roman" w:hint="default"/>
      </w:rPr>
    </w:lvl>
    <w:lvl w:ilvl="2">
      <w:start w:val="2"/>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1" w15:restartNumberingAfterBreak="0">
    <w:nsid w:val="0E324772"/>
    <w:multiLevelType w:val="multilevel"/>
    <w:tmpl w:val="1CAC3460"/>
    <w:lvl w:ilvl="0">
      <w:start w:val="1"/>
      <w:numFmt w:val="decimal"/>
      <w:lvlText w:val="%1."/>
      <w:lvlJc w:val="left"/>
      <w:pPr>
        <w:ind w:left="420" w:hanging="420"/>
      </w:pPr>
      <w:rPr>
        <w:rFonts w:cs="Times New Roman"/>
      </w:rPr>
    </w:lvl>
    <w:lvl w:ilvl="1">
      <w:start w:val="3"/>
      <w:numFmt w:val="decimal"/>
      <w:isLgl/>
      <w:lvlText w:val="%1.%2"/>
      <w:lvlJc w:val="left"/>
      <w:pPr>
        <w:ind w:left="600" w:hanging="600"/>
      </w:pPr>
      <w:rPr>
        <w:rFonts w:cs="Times New Roman" w:hint="default"/>
      </w:rPr>
    </w:lvl>
    <w:lvl w:ilvl="2">
      <w:start w:val="2"/>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 w15:restartNumberingAfterBreak="0">
    <w:nsid w:val="0FCF3B27"/>
    <w:multiLevelType w:val="multilevel"/>
    <w:tmpl w:val="1CAC3460"/>
    <w:lvl w:ilvl="0">
      <w:start w:val="1"/>
      <w:numFmt w:val="decimal"/>
      <w:lvlText w:val="%1."/>
      <w:lvlJc w:val="left"/>
      <w:pPr>
        <w:ind w:left="420" w:hanging="420"/>
      </w:pPr>
      <w:rPr>
        <w:rFonts w:cs="Times New Roman"/>
      </w:rPr>
    </w:lvl>
    <w:lvl w:ilvl="1">
      <w:start w:val="3"/>
      <w:numFmt w:val="decimal"/>
      <w:isLgl/>
      <w:lvlText w:val="%1.%2"/>
      <w:lvlJc w:val="left"/>
      <w:pPr>
        <w:ind w:left="600" w:hanging="600"/>
      </w:pPr>
      <w:rPr>
        <w:rFonts w:cs="Times New Roman" w:hint="default"/>
      </w:rPr>
    </w:lvl>
    <w:lvl w:ilvl="2">
      <w:start w:val="2"/>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3" w15:restartNumberingAfterBreak="0">
    <w:nsid w:val="1A1A0577"/>
    <w:multiLevelType w:val="multilevel"/>
    <w:tmpl w:val="99B4235C"/>
    <w:lvl w:ilvl="0">
      <w:start w:val="1"/>
      <w:numFmt w:val="decimal"/>
      <w:lvlText w:val="%1."/>
      <w:lvlJc w:val="left"/>
      <w:pPr>
        <w:ind w:left="420" w:hanging="420"/>
      </w:pPr>
      <w:rPr>
        <w:rFonts w:cs="Times New Roman" w:hint="eastAsia"/>
      </w:rPr>
    </w:lvl>
    <w:lvl w:ilvl="1">
      <w:start w:val="1"/>
      <w:numFmt w:val="decimal"/>
      <w:isLgl/>
      <w:lvlText w:val="%1.%2"/>
      <w:lvlJc w:val="left"/>
      <w:pPr>
        <w:ind w:left="600" w:hanging="600"/>
      </w:pPr>
      <w:rPr>
        <w:rFonts w:cs="Times New Roman" w:hint="default"/>
      </w:rPr>
    </w:lvl>
    <w:lvl w:ilvl="2">
      <w:start w:val="2"/>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4" w15:restartNumberingAfterBreak="0">
    <w:nsid w:val="1F3A22B2"/>
    <w:multiLevelType w:val="multilevel"/>
    <w:tmpl w:val="1CAC3460"/>
    <w:lvl w:ilvl="0">
      <w:start w:val="1"/>
      <w:numFmt w:val="decimal"/>
      <w:lvlText w:val="%1."/>
      <w:lvlJc w:val="left"/>
      <w:pPr>
        <w:ind w:left="420" w:hanging="420"/>
      </w:pPr>
      <w:rPr>
        <w:rFonts w:cs="Times New Roman"/>
      </w:rPr>
    </w:lvl>
    <w:lvl w:ilvl="1">
      <w:start w:val="3"/>
      <w:numFmt w:val="decimal"/>
      <w:isLgl/>
      <w:lvlText w:val="%1.%2"/>
      <w:lvlJc w:val="left"/>
      <w:pPr>
        <w:ind w:left="600" w:hanging="600"/>
      </w:pPr>
      <w:rPr>
        <w:rFonts w:cs="Times New Roman" w:hint="default"/>
      </w:rPr>
    </w:lvl>
    <w:lvl w:ilvl="2">
      <w:start w:val="2"/>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5" w15:restartNumberingAfterBreak="0">
    <w:nsid w:val="261402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224CC9"/>
    <w:multiLevelType w:val="hybridMultilevel"/>
    <w:tmpl w:val="350EAB12"/>
    <w:lvl w:ilvl="0" w:tplc="3B8CE2D2">
      <w:start w:val="1"/>
      <w:numFmt w:val="decimal"/>
      <w:lvlText w:val="%1."/>
      <w:lvlJc w:val="left"/>
      <w:pPr>
        <w:ind w:left="360" w:hanging="360"/>
      </w:pPr>
      <w:rPr>
        <w:rFonts w:ascii="LMRoman10-Regular" w:hAnsi="LMRoman10-Regular"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51F0A8F"/>
    <w:multiLevelType w:val="multilevel"/>
    <w:tmpl w:val="F9F24166"/>
    <w:lvl w:ilvl="0">
      <w:start w:val="1"/>
      <w:numFmt w:val="decimal"/>
      <w:pStyle w:val="H1"/>
      <w:lvlText w:val="%1."/>
      <w:lvlJc w:val="left"/>
      <w:pPr>
        <w:ind w:left="420" w:hanging="420"/>
      </w:pPr>
      <w:rPr>
        <w:rFonts w:cs="Times New Roman" w:hint="eastAsia"/>
      </w:rPr>
    </w:lvl>
    <w:lvl w:ilvl="1">
      <w:start w:val="3"/>
      <w:numFmt w:val="decimal"/>
      <w:pStyle w:val="H2"/>
      <w:isLgl/>
      <w:lvlText w:val="%1.%2"/>
      <w:lvlJc w:val="left"/>
      <w:pPr>
        <w:ind w:left="600" w:hanging="600"/>
      </w:pPr>
      <w:rPr>
        <w:rFonts w:cs="Times New Roman" w:hint="default"/>
      </w:rPr>
    </w:lvl>
    <w:lvl w:ilvl="2">
      <w:start w:val="2"/>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8" w15:restartNumberingAfterBreak="0">
    <w:nsid w:val="49A042D5"/>
    <w:multiLevelType w:val="multilevel"/>
    <w:tmpl w:val="99B4235C"/>
    <w:lvl w:ilvl="0">
      <w:start w:val="1"/>
      <w:numFmt w:val="decimal"/>
      <w:lvlText w:val="%1."/>
      <w:lvlJc w:val="left"/>
      <w:pPr>
        <w:ind w:left="420" w:hanging="420"/>
      </w:pPr>
      <w:rPr>
        <w:rFonts w:cs="Times New Roman" w:hint="eastAsia"/>
      </w:rPr>
    </w:lvl>
    <w:lvl w:ilvl="1">
      <w:start w:val="1"/>
      <w:numFmt w:val="decimal"/>
      <w:isLgl/>
      <w:lvlText w:val="%1.%2"/>
      <w:lvlJc w:val="left"/>
      <w:pPr>
        <w:ind w:left="600" w:hanging="600"/>
      </w:pPr>
      <w:rPr>
        <w:rFonts w:cs="Times New Roman" w:hint="default"/>
      </w:rPr>
    </w:lvl>
    <w:lvl w:ilvl="2">
      <w:start w:val="2"/>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9" w15:restartNumberingAfterBreak="0">
    <w:nsid w:val="4ED05957"/>
    <w:multiLevelType w:val="multilevel"/>
    <w:tmpl w:val="1CAC3460"/>
    <w:lvl w:ilvl="0">
      <w:start w:val="1"/>
      <w:numFmt w:val="decimal"/>
      <w:lvlText w:val="%1."/>
      <w:lvlJc w:val="left"/>
      <w:pPr>
        <w:ind w:left="420" w:hanging="420"/>
      </w:pPr>
      <w:rPr>
        <w:rFonts w:cs="Times New Roman"/>
      </w:rPr>
    </w:lvl>
    <w:lvl w:ilvl="1">
      <w:start w:val="3"/>
      <w:numFmt w:val="decimal"/>
      <w:isLgl/>
      <w:lvlText w:val="%1.%2"/>
      <w:lvlJc w:val="left"/>
      <w:pPr>
        <w:ind w:left="600" w:hanging="600"/>
      </w:pPr>
      <w:rPr>
        <w:rFonts w:cs="Times New Roman" w:hint="default"/>
      </w:rPr>
    </w:lvl>
    <w:lvl w:ilvl="2">
      <w:start w:val="2"/>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0" w15:restartNumberingAfterBreak="0">
    <w:nsid w:val="61B53462"/>
    <w:multiLevelType w:val="multilevel"/>
    <w:tmpl w:val="19648DCE"/>
    <w:lvl w:ilvl="0">
      <w:start w:val="1"/>
      <w:numFmt w:val="decimal"/>
      <w:lvlText w:val="%1."/>
      <w:lvlJc w:val="left"/>
      <w:pPr>
        <w:ind w:left="420" w:hanging="420"/>
      </w:pPr>
      <w:rPr>
        <w:rFonts w:cs="Times New Roman" w:hint="eastAsia"/>
      </w:rPr>
    </w:lvl>
    <w:lvl w:ilvl="1">
      <w:start w:val="1"/>
      <w:numFmt w:val="decimal"/>
      <w:isLgl/>
      <w:lvlText w:val="%1.%2"/>
      <w:lvlJc w:val="left"/>
      <w:pPr>
        <w:ind w:left="600" w:hanging="600"/>
      </w:pPr>
      <w:rPr>
        <w:rFonts w:cs="Times New Roman" w:hint="default"/>
      </w:rPr>
    </w:lvl>
    <w:lvl w:ilvl="2">
      <w:start w:val="2"/>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1" w15:restartNumberingAfterBreak="0">
    <w:nsid w:val="70E97DB7"/>
    <w:multiLevelType w:val="multilevel"/>
    <w:tmpl w:val="99B4235C"/>
    <w:lvl w:ilvl="0">
      <w:start w:val="1"/>
      <w:numFmt w:val="decimal"/>
      <w:lvlText w:val="%1."/>
      <w:lvlJc w:val="left"/>
      <w:pPr>
        <w:ind w:left="420" w:hanging="420"/>
      </w:pPr>
      <w:rPr>
        <w:rFonts w:cs="Times New Roman" w:hint="eastAsia"/>
      </w:rPr>
    </w:lvl>
    <w:lvl w:ilvl="1">
      <w:start w:val="1"/>
      <w:numFmt w:val="decimal"/>
      <w:isLgl/>
      <w:lvlText w:val="%1.%2"/>
      <w:lvlJc w:val="left"/>
      <w:pPr>
        <w:ind w:left="600" w:hanging="600"/>
      </w:pPr>
      <w:rPr>
        <w:rFonts w:cs="Times New Roman" w:hint="default"/>
      </w:rPr>
    </w:lvl>
    <w:lvl w:ilvl="2">
      <w:start w:val="2"/>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6"/>
  </w:num>
  <w:num w:numId="11">
    <w:abstractNumId w:val="14"/>
  </w:num>
  <w:num w:numId="12">
    <w:abstractNumId w:val="21"/>
  </w:num>
  <w:num w:numId="13">
    <w:abstractNumId w:val="11"/>
  </w:num>
  <w:num w:numId="14">
    <w:abstractNumId w:val="20"/>
  </w:num>
  <w:num w:numId="15">
    <w:abstractNumId w:val="12"/>
  </w:num>
  <w:num w:numId="16">
    <w:abstractNumId w:val="17"/>
  </w:num>
  <w:num w:numId="17">
    <w:abstractNumId w:val="19"/>
  </w:num>
  <w:num w:numId="18">
    <w:abstractNumId w:val="15"/>
  </w:num>
  <w:num w:numId="19">
    <w:abstractNumId w:val="1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8"/>
  </w:num>
  <w:num w:numId="24">
    <w:abstractNumId w:val="1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D36"/>
    <w:rsid w:val="00011DCD"/>
    <w:rsid w:val="000714AE"/>
    <w:rsid w:val="00086163"/>
    <w:rsid w:val="0009490E"/>
    <w:rsid w:val="000D64A8"/>
    <w:rsid w:val="000E6593"/>
    <w:rsid w:val="00142472"/>
    <w:rsid w:val="00152D2F"/>
    <w:rsid w:val="00162358"/>
    <w:rsid w:val="001C4349"/>
    <w:rsid w:val="00283A04"/>
    <w:rsid w:val="003D09D9"/>
    <w:rsid w:val="00405EE7"/>
    <w:rsid w:val="00411B5F"/>
    <w:rsid w:val="00414947"/>
    <w:rsid w:val="004172D0"/>
    <w:rsid w:val="004D72DF"/>
    <w:rsid w:val="0052138A"/>
    <w:rsid w:val="00591BED"/>
    <w:rsid w:val="005F44B1"/>
    <w:rsid w:val="0063154D"/>
    <w:rsid w:val="007439FB"/>
    <w:rsid w:val="007B72B0"/>
    <w:rsid w:val="007D0426"/>
    <w:rsid w:val="007D693D"/>
    <w:rsid w:val="00806D3A"/>
    <w:rsid w:val="00871DEB"/>
    <w:rsid w:val="00886F71"/>
    <w:rsid w:val="0089383B"/>
    <w:rsid w:val="008945D1"/>
    <w:rsid w:val="009805EC"/>
    <w:rsid w:val="0098589F"/>
    <w:rsid w:val="00A23A04"/>
    <w:rsid w:val="00AB744F"/>
    <w:rsid w:val="00B756BC"/>
    <w:rsid w:val="00BB5E1C"/>
    <w:rsid w:val="00BD2A22"/>
    <w:rsid w:val="00C24516"/>
    <w:rsid w:val="00C254B6"/>
    <w:rsid w:val="00C334CD"/>
    <w:rsid w:val="00C75D36"/>
    <w:rsid w:val="00D2049A"/>
    <w:rsid w:val="00DB7029"/>
    <w:rsid w:val="00E151E9"/>
    <w:rsid w:val="00EC26CA"/>
    <w:rsid w:val="00F4389D"/>
    <w:rsid w:val="00F541FA"/>
    <w:rsid w:val="00F60C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B96CD1C4-1C50-4097-8806-FEA685A42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541FA"/>
    <w:pPr>
      <w:widowControl w:val="0"/>
      <w:jc w:val="both"/>
    </w:pPr>
  </w:style>
  <w:style w:type="paragraph" w:styleId="1">
    <w:name w:val="heading 1"/>
    <w:basedOn w:val="a1"/>
    <w:next w:val="a1"/>
    <w:link w:val="1Char1"/>
    <w:uiPriority w:val="9"/>
    <w:qFormat/>
    <w:rsid w:val="007D693D"/>
    <w:pPr>
      <w:keepNext/>
      <w:keepLines/>
      <w:spacing w:before="340" w:after="330" w:line="578" w:lineRule="auto"/>
      <w:outlineLvl w:val="0"/>
    </w:pPr>
    <w:rPr>
      <w:b/>
      <w:bCs/>
      <w:kern w:val="44"/>
      <w:sz w:val="44"/>
      <w:szCs w:val="44"/>
    </w:rPr>
  </w:style>
  <w:style w:type="paragraph" w:styleId="21">
    <w:name w:val="heading 2"/>
    <w:basedOn w:val="a1"/>
    <w:next w:val="a1"/>
    <w:link w:val="2Char"/>
    <w:uiPriority w:val="9"/>
    <w:semiHidden/>
    <w:unhideWhenUsed/>
    <w:qFormat/>
    <w:rsid w:val="007D693D"/>
    <w:pPr>
      <w:keepNext/>
      <w:keepLines/>
      <w:spacing w:before="260" w:after="260" w:line="416" w:lineRule="auto"/>
      <w:outlineLvl w:val="1"/>
    </w:pPr>
    <w:rPr>
      <w:rFonts w:ascii="Calibri Light" w:eastAsia="宋体" w:hAnsi="Calibri Light" w:cs="Times New Roman"/>
      <w:b/>
      <w:bCs/>
      <w:color w:val="5B9BD5"/>
      <w:sz w:val="26"/>
      <w:szCs w:val="26"/>
      <w:lang w:eastAsia="en-US"/>
    </w:rPr>
  </w:style>
  <w:style w:type="paragraph" w:styleId="31">
    <w:name w:val="heading 3"/>
    <w:basedOn w:val="a1"/>
    <w:next w:val="a1"/>
    <w:link w:val="3Char"/>
    <w:uiPriority w:val="9"/>
    <w:semiHidden/>
    <w:unhideWhenUsed/>
    <w:qFormat/>
    <w:rsid w:val="007D693D"/>
    <w:pPr>
      <w:keepNext/>
      <w:keepLines/>
      <w:spacing w:before="260" w:after="260" w:line="416" w:lineRule="auto"/>
      <w:outlineLvl w:val="2"/>
    </w:pPr>
    <w:rPr>
      <w:rFonts w:ascii="Calibri Light" w:eastAsia="宋体" w:hAnsi="Calibri Light" w:cs="Times New Roman"/>
      <w:b/>
      <w:bCs/>
      <w:color w:val="5B9BD5"/>
      <w:sz w:val="22"/>
      <w:lang w:eastAsia="en-US"/>
    </w:rPr>
  </w:style>
  <w:style w:type="paragraph" w:styleId="4">
    <w:name w:val="heading 4"/>
    <w:basedOn w:val="a1"/>
    <w:next w:val="a1"/>
    <w:link w:val="4Char"/>
    <w:uiPriority w:val="9"/>
    <w:semiHidden/>
    <w:unhideWhenUsed/>
    <w:qFormat/>
    <w:rsid w:val="007D693D"/>
    <w:pPr>
      <w:keepNext/>
      <w:keepLines/>
      <w:spacing w:before="280" w:after="290" w:line="376" w:lineRule="auto"/>
      <w:outlineLvl w:val="3"/>
    </w:pPr>
    <w:rPr>
      <w:rFonts w:ascii="Calibri Light" w:eastAsia="宋体" w:hAnsi="Calibri Light" w:cs="Times New Roman"/>
      <w:b/>
      <w:bCs/>
      <w:i/>
      <w:iCs/>
      <w:color w:val="5B9BD5"/>
      <w:sz w:val="22"/>
      <w:lang w:eastAsia="en-US"/>
    </w:rPr>
  </w:style>
  <w:style w:type="paragraph" w:styleId="5">
    <w:name w:val="heading 5"/>
    <w:basedOn w:val="a1"/>
    <w:next w:val="a1"/>
    <w:link w:val="5Char"/>
    <w:uiPriority w:val="9"/>
    <w:semiHidden/>
    <w:unhideWhenUsed/>
    <w:qFormat/>
    <w:rsid w:val="007D693D"/>
    <w:pPr>
      <w:keepNext/>
      <w:keepLines/>
      <w:spacing w:before="280" w:after="290" w:line="376" w:lineRule="auto"/>
      <w:outlineLvl w:val="4"/>
    </w:pPr>
    <w:rPr>
      <w:rFonts w:ascii="Calibri Light" w:eastAsia="宋体" w:hAnsi="Calibri Light" w:cs="Times New Roman"/>
      <w:color w:val="1F4D78"/>
      <w:sz w:val="22"/>
      <w:lang w:eastAsia="en-US"/>
    </w:rPr>
  </w:style>
  <w:style w:type="paragraph" w:styleId="6">
    <w:name w:val="heading 6"/>
    <w:basedOn w:val="a1"/>
    <w:next w:val="a1"/>
    <w:link w:val="6Char"/>
    <w:uiPriority w:val="9"/>
    <w:semiHidden/>
    <w:unhideWhenUsed/>
    <w:qFormat/>
    <w:rsid w:val="007D693D"/>
    <w:pPr>
      <w:keepNext/>
      <w:keepLines/>
      <w:spacing w:before="240" w:after="64" w:line="320" w:lineRule="auto"/>
      <w:outlineLvl w:val="5"/>
    </w:pPr>
    <w:rPr>
      <w:rFonts w:ascii="Calibri Light" w:eastAsia="宋体" w:hAnsi="Calibri Light" w:cs="Times New Roman"/>
      <w:i/>
      <w:iCs/>
      <w:color w:val="1F4D78"/>
      <w:sz w:val="22"/>
      <w:lang w:eastAsia="en-US"/>
    </w:rPr>
  </w:style>
  <w:style w:type="paragraph" w:styleId="7">
    <w:name w:val="heading 7"/>
    <w:basedOn w:val="a1"/>
    <w:next w:val="a1"/>
    <w:link w:val="7Char"/>
    <w:uiPriority w:val="9"/>
    <w:semiHidden/>
    <w:unhideWhenUsed/>
    <w:qFormat/>
    <w:rsid w:val="007D693D"/>
    <w:pPr>
      <w:keepNext/>
      <w:keepLines/>
      <w:spacing w:before="240" w:after="64" w:line="320" w:lineRule="auto"/>
      <w:outlineLvl w:val="6"/>
    </w:pPr>
    <w:rPr>
      <w:rFonts w:ascii="Calibri Light" w:eastAsia="宋体" w:hAnsi="Calibri Light" w:cs="Times New Roman"/>
      <w:i/>
      <w:iCs/>
      <w:color w:val="404040"/>
      <w:sz w:val="22"/>
      <w:lang w:eastAsia="en-US"/>
    </w:rPr>
  </w:style>
  <w:style w:type="paragraph" w:styleId="8">
    <w:name w:val="heading 8"/>
    <w:basedOn w:val="a1"/>
    <w:next w:val="a1"/>
    <w:link w:val="8Char"/>
    <w:uiPriority w:val="9"/>
    <w:semiHidden/>
    <w:unhideWhenUsed/>
    <w:qFormat/>
    <w:rsid w:val="007D693D"/>
    <w:pPr>
      <w:keepNext/>
      <w:keepLines/>
      <w:spacing w:before="240" w:after="64" w:line="320" w:lineRule="auto"/>
      <w:outlineLvl w:val="7"/>
    </w:pPr>
    <w:rPr>
      <w:rFonts w:ascii="Calibri Light" w:eastAsia="宋体" w:hAnsi="Calibri Light" w:cs="Times New Roman"/>
      <w:color w:val="5B9BD5"/>
      <w:lang w:eastAsia="en-US"/>
    </w:rPr>
  </w:style>
  <w:style w:type="paragraph" w:styleId="9">
    <w:name w:val="heading 9"/>
    <w:basedOn w:val="a1"/>
    <w:next w:val="a1"/>
    <w:link w:val="9Char"/>
    <w:uiPriority w:val="9"/>
    <w:semiHidden/>
    <w:unhideWhenUsed/>
    <w:qFormat/>
    <w:rsid w:val="007D693D"/>
    <w:pPr>
      <w:keepNext/>
      <w:keepLines/>
      <w:spacing w:before="240" w:after="64" w:line="320" w:lineRule="auto"/>
      <w:outlineLvl w:val="8"/>
    </w:pPr>
    <w:rPr>
      <w:rFonts w:ascii="Calibri Light" w:eastAsia="宋体" w:hAnsi="Calibri Light" w:cs="Times New Roman"/>
      <w:i/>
      <w:iCs/>
      <w:color w:val="40404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qFormat/>
    <w:rsid w:val="00F541F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uiPriority w:val="99"/>
    <w:rsid w:val="00F541FA"/>
    <w:rPr>
      <w:sz w:val="18"/>
      <w:szCs w:val="18"/>
    </w:rPr>
  </w:style>
  <w:style w:type="paragraph" w:styleId="a6">
    <w:name w:val="footer"/>
    <w:basedOn w:val="a1"/>
    <w:link w:val="Char0"/>
    <w:uiPriority w:val="99"/>
    <w:unhideWhenUsed/>
    <w:rsid w:val="00F541FA"/>
    <w:pPr>
      <w:tabs>
        <w:tab w:val="center" w:pos="4153"/>
        <w:tab w:val="right" w:pos="8306"/>
      </w:tabs>
      <w:snapToGrid w:val="0"/>
      <w:jc w:val="left"/>
    </w:pPr>
    <w:rPr>
      <w:sz w:val="18"/>
      <w:szCs w:val="18"/>
    </w:rPr>
  </w:style>
  <w:style w:type="character" w:customStyle="1" w:styleId="Char0">
    <w:name w:val="页脚 Char"/>
    <w:basedOn w:val="a2"/>
    <w:link w:val="a6"/>
    <w:uiPriority w:val="99"/>
    <w:rsid w:val="00F541FA"/>
    <w:rPr>
      <w:sz w:val="18"/>
      <w:szCs w:val="18"/>
    </w:rPr>
  </w:style>
  <w:style w:type="paragraph" w:customStyle="1" w:styleId="BCAuthorAddress">
    <w:name w:val="BC_Author_Address"/>
    <w:basedOn w:val="a1"/>
    <w:next w:val="a1"/>
    <w:rsid w:val="00F541FA"/>
    <w:pPr>
      <w:widowControl/>
      <w:spacing w:after="240" w:line="480" w:lineRule="auto"/>
      <w:jc w:val="center"/>
    </w:pPr>
    <w:rPr>
      <w:rFonts w:ascii="Times" w:hAnsi="Times" w:cs="Times New Roman"/>
      <w:kern w:val="0"/>
      <w:sz w:val="24"/>
      <w:szCs w:val="20"/>
      <w:lang w:eastAsia="en-US"/>
    </w:rPr>
  </w:style>
  <w:style w:type="paragraph" w:styleId="a7">
    <w:name w:val="List Paragraph"/>
    <w:basedOn w:val="a1"/>
    <w:uiPriority w:val="34"/>
    <w:qFormat/>
    <w:rsid w:val="00F541FA"/>
    <w:pPr>
      <w:ind w:firstLineChars="200" w:firstLine="420"/>
    </w:pPr>
  </w:style>
  <w:style w:type="paragraph" w:customStyle="1" w:styleId="CharCharCharCharCharChar">
    <w:name w:val="Char Char Char Char Char Char"/>
    <w:basedOn w:val="a1"/>
    <w:autoRedefine/>
    <w:rsid w:val="00D2049A"/>
    <w:pPr>
      <w:tabs>
        <w:tab w:val="num" w:pos="360"/>
      </w:tabs>
      <w:ind w:left="360" w:hangingChars="200" w:hanging="360"/>
    </w:pPr>
    <w:rPr>
      <w:rFonts w:ascii="Times New Roman" w:eastAsia="宋体" w:hAnsi="Times New Roman" w:cs="Times New Roman"/>
      <w:sz w:val="24"/>
      <w:szCs w:val="24"/>
    </w:rPr>
  </w:style>
  <w:style w:type="paragraph" w:customStyle="1" w:styleId="11">
    <w:name w:val="标题 11"/>
    <w:basedOn w:val="a1"/>
    <w:next w:val="a1"/>
    <w:link w:val="1Char"/>
    <w:uiPriority w:val="9"/>
    <w:qFormat/>
    <w:rsid w:val="007D693D"/>
    <w:pPr>
      <w:keepNext/>
      <w:keepLines/>
      <w:widowControl/>
      <w:spacing w:before="480" w:line="276" w:lineRule="auto"/>
      <w:jc w:val="left"/>
      <w:outlineLvl w:val="0"/>
    </w:pPr>
    <w:rPr>
      <w:rFonts w:ascii="Calibri Light" w:eastAsia="宋体" w:hAnsi="Calibri Light" w:cs="Times New Roman"/>
      <w:b/>
      <w:bCs/>
      <w:color w:val="2E74B5"/>
      <w:sz w:val="28"/>
      <w:szCs w:val="28"/>
      <w:lang w:eastAsia="en-US"/>
    </w:rPr>
  </w:style>
  <w:style w:type="paragraph" w:customStyle="1" w:styleId="210">
    <w:name w:val="标题 21"/>
    <w:basedOn w:val="a1"/>
    <w:next w:val="a1"/>
    <w:uiPriority w:val="9"/>
    <w:unhideWhenUsed/>
    <w:qFormat/>
    <w:rsid w:val="007D693D"/>
    <w:pPr>
      <w:keepNext/>
      <w:keepLines/>
      <w:widowControl/>
      <w:spacing w:before="200" w:line="276" w:lineRule="auto"/>
      <w:jc w:val="left"/>
      <w:outlineLvl w:val="1"/>
    </w:pPr>
    <w:rPr>
      <w:rFonts w:ascii="Calibri Light" w:eastAsia="宋体" w:hAnsi="Calibri Light" w:cs="Times New Roman"/>
      <w:b/>
      <w:bCs/>
      <w:color w:val="5B9BD5"/>
      <w:kern w:val="0"/>
      <w:sz w:val="26"/>
      <w:szCs w:val="26"/>
      <w:lang w:eastAsia="en-US"/>
    </w:rPr>
  </w:style>
  <w:style w:type="paragraph" w:customStyle="1" w:styleId="310">
    <w:name w:val="标题 31"/>
    <w:basedOn w:val="a1"/>
    <w:next w:val="a1"/>
    <w:uiPriority w:val="9"/>
    <w:unhideWhenUsed/>
    <w:qFormat/>
    <w:rsid w:val="007D693D"/>
    <w:pPr>
      <w:keepNext/>
      <w:keepLines/>
      <w:widowControl/>
      <w:spacing w:before="200" w:line="276" w:lineRule="auto"/>
      <w:jc w:val="left"/>
      <w:outlineLvl w:val="2"/>
    </w:pPr>
    <w:rPr>
      <w:rFonts w:ascii="Calibri Light" w:eastAsia="宋体" w:hAnsi="Calibri Light" w:cs="Times New Roman"/>
      <w:b/>
      <w:bCs/>
      <w:color w:val="5B9BD5"/>
      <w:kern w:val="0"/>
      <w:sz w:val="22"/>
      <w:lang w:eastAsia="en-US"/>
    </w:rPr>
  </w:style>
  <w:style w:type="paragraph" w:customStyle="1" w:styleId="41">
    <w:name w:val="标题 41"/>
    <w:basedOn w:val="a1"/>
    <w:next w:val="a1"/>
    <w:uiPriority w:val="9"/>
    <w:semiHidden/>
    <w:unhideWhenUsed/>
    <w:qFormat/>
    <w:rsid w:val="007D693D"/>
    <w:pPr>
      <w:keepNext/>
      <w:keepLines/>
      <w:widowControl/>
      <w:spacing w:before="200" w:line="276" w:lineRule="auto"/>
      <w:jc w:val="left"/>
      <w:outlineLvl w:val="3"/>
    </w:pPr>
    <w:rPr>
      <w:rFonts w:ascii="Calibri Light" w:eastAsia="宋体" w:hAnsi="Calibri Light" w:cs="Times New Roman"/>
      <w:b/>
      <w:bCs/>
      <w:i/>
      <w:iCs/>
      <w:color w:val="5B9BD5"/>
      <w:kern w:val="0"/>
      <w:sz w:val="22"/>
      <w:lang w:eastAsia="en-US"/>
    </w:rPr>
  </w:style>
  <w:style w:type="paragraph" w:customStyle="1" w:styleId="51">
    <w:name w:val="标题 51"/>
    <w:basedOn w:val="a1"/>
    <w:next w:val="a1"/>
    <w:uiPriority w:val="9"/>
    <w:semiHidden/>
    <w:unhideWhenUsed/>
    <w:qFormat/>
    <w:rsid w:val="007D693D"/>
    <w:pPr>
      <w:keepNext/>
      <w:keepLines/>
      <w:widowControl/>
      <w:spacing w:before="200" w:line="276" w:lineRule="auto"/>
      <w:jc w:val="left"/>
      <w:outlineLvl w:val="4"/>
    </w:pPr>
    <w:rPr>
      <w:rFonts w:ascii="Calibri Light" w:eastAsia="宋体" w:hAnsi="Calibri Light" w:cs="Times New Roman"/>
      <w:color w:val="1F4D78"/>
      <w:kern w:val="0"/>
      <w:sz w:val="22"/>
      <w:lang w:eastAsia="en-US"/>
    </w:rPr>
  </w:style>
  <w:style w:type="paragraph" w:customStyle="1" w:styleId="61">
    <w:name w:val="标题 61"/>
    <w:basedOn w:val="a1"/>
    <w:next w:val="a1"/>
    <w:uiPriority w:val="9"/>
    <w:semiHidden/>
    <w:unhideWhenUsed/>
    <w:qFormat/>
    <w:rsid w:val="007D693D"/>
    <w:pPr>
      <w:keepNext/>
      <w:keepLines/>
      <w:widowControl/>
      <w:spacing w:before="200" w:line="276" w:lineRule="auto"/>
      <w:jc w:val="left"/>
      <w:outlineLvl w:val="5"/>
    </w:pPr>
    <w:rPr>
      <w:rFonts w:ascii="Calibri Light" w:eastAsia="宋体" w:hAnsi="Calibri Light" w:cs="Times New Roman"/>
      <w:i/>
      <w:iCs/>
      <w:color w:val="1F4D78"/>
      <w:kern w:val="0"/>
      <w:sz w:val="22"/>
      <w:lang w:eastAsia="en-US"/>
    </w:rPr>
  </w:style>
  <w:style w:type="paragraph" w:customStyle="1" w:styleId="71">
    <w:name w:val="标题 71"/>
    <w:basedOn w:val="a1"/>
    <w:next w:val="a1"/>
    <w:uiPriority w:val="9"/>
    <w:semiHidden/>
    <w:unhideWhenUsed/>
    <w:qFormat/>
    <w:rsid w:val="007D693D"/>
    <w:pPr>
      <w:keepNext/>
      <w:keepLines/>
      <w:widowControl/>
      <w:spacing w:before="200" w:line="276" w:lineRule="auto"/>
      <w:jc w:val="left"/>
      <w:outlineLvl w:val="6"/>
    </w:pPr>
    <w:rPr>
      <w:rFonts w:ascii="Calibri Light" w:eastAsia="宋体" w:hAnsi="Calibri Light" w:cs="Times New Roman"/>
      <w:i/>
      <w:iCs/>
      <w:color w:val="404040"/>
      <w:kern w:val="0"/>
      <w:sz w:val="22"/>
      <w:lang w:eastAsia="en-US"/>
    </w:rPr>
  </w:style>
  <w:style w:type="paragraph" w:customStyle="1" w:styleId="81">
    <w:name w:val="标题 81"/>
    <w:basedOn w:val="a1"/>
    <w:next w:val="a1"/>
    <w:uiPriority w:val="9"/>
    <w:semiHidden/>
    <w:unhideWhenUsed/>
    <w:qFormat/>
    <w:rsid w:val="007D693D"/>
    <w:pPr>
      <w:keepNext/>
      <w:keepLines/>
      <w:widowControl/>
      <w:spacing w:before="200" w:line="276" w:lineRule="auto"/>
      <w:jc w:val="left"/>
      <w:outlineLvl w:val="7"/>
    </w:pPr>
    <w:rPr>
      <w:rFonts w:ascii="Calibri Light" w:eastAsia="宋体" w:hAnsi="Calibri Light" w:cs="Times New Roman"/>
      <w:color w:val="5B9BD5"/>
      <w:kern w:val="0"/>
      <w:sz w:val="20"/>
      <w:szCs w:val="20"/>
      <w:lang w:eastAsia="en-US"/>
    </w:rPr>
  </w:style>
  <w:style w:type="paragraph" w:customStyle="1" w:styleId="91">
    <w:name w:val="标题 91"/>
    <w:basedOn w:val="a1"/>
    <w:next w:val="a1"/>
    <w:uiPriority w:val="9"/>
    <w:semiHidden/>
    <w:unhideWhenUsed/>
    <w:qFormat/>
    <w:rsid w:val="007D693D"/>
    <w:pPr>
      <w:keepNext/>
      <w:keepLines/>
      <w:widowControl/>
      <w:spacing w:before="200" w:line="276" w:lineRule="auto"/>
      <w:jc w:val="left"/>
      <w:outlineLvl w:val="8"/>
    </w:pPr>
    <w:rPr>
      <w:rFonts w:ascii="Calibri Light" w:eastAsia="宋体" w:hAnsi="Calibri Light" w:cs="Times New Roman"/>
      <w:i/>
      <w:iCs/>
      <w:color w:val="404040"/>
      <w:kern w:val="0"/>
      <w:sz w:val="20"/>
      <w:szCs w:val="20"/>
      <w:lang w:eastAsia="en-US"/>
    </w:rPr>
  </w:style>
  <w:style w:type="numbering" w:customStyle="1" w:styleId="10">
    <w:name w:val="无列表1"/>
    <w:next w:val="a4"/>
    <w:uiPriority w:val="99"/>
    <w:semiHidden/>
    <w:unhideWhenUsed/>
    <w:rsid w:val="007D693D"/>
  </w:style>
  <w:style w:type="character" w:customStyle="1" w:styleId="1Char">
    <w:name w:val="标题 1 Char"/>
    <w:basedOn w:val="a2"/>
    <w:link w:val="11"/>
    <w:uiPriority w:val="9"/>
    <w:rsid w:val="007D693D"/>
    <w:rPr>
      <w:rFonts w:ascii="Calibri Light" w:eastAsia="宋体" w:hAnsi="Calibri Light" w:cs="Times New Roman"/>
      <w:b/>
      <w:bCs/>
      <w:color w:val="2E74B5"/>
      <w:sz w:val="28"/>
      <w:szCs w:val="28"/>
      <w:lang w:eastAsia="en-US"/>
    </w:rPr>
  </w:style>
  <w:style w:type="character" w:customStyle="1" w:styleId="2Char">
    <w:name w:val="标题 2 Char"/>
    <w:basedOn w:val="a2"/>
    <w:link w:val="21"/>
    <w:uiPriority w:val="9"/>
    <w:rsid w:val="007D693D"/>
    <w:rPr>
      <w:rFonts w:ascii="Calibri Light" w:eastAsia="宋体" w:hAnsi="Calibri Light" w:cs="Times New Roman"/>
      <w:b/>
      <w:bCs/>
      <w:color w:val="5B9BD5"/>
      <w:sz w:val="26"/>
      <w:szCs w:val="26"/>
      <w:lang w:eastAsia="en-US"/>
    </w:rPr>
  </w:style>
  <w:style w:type="character" w:customStyle="1" w:styleId="3Char">
    <w:name w:val="标题 3 Char"/>
    <w:basedOn w:val="a2"/>
    <w:link w:val="31"/>
    <w:uiPriority w:val="9"/>
    <w:rsid w:val="007D693D"/>
    <w:rPr>
      <w:rFonts w:ascii="Calibri Light" w:eastAsia="宋体" w:hAnsi="Calibri Light" w:cs="Times New Roman"/>
      <w:b/>
      <w:bCs/>
      <w:color w:val="5B9BD5"/>
      <w:sz w:val="22"/>
      <w:szCs w:val="22"/>
      <w:lang w:eastAsia="en-US"/>
    </w:rPr>
  </w:style>
  <w:style w:type="character" w:customStyle="1" w:styleId="4Char">
    <w:name w:val="标题 4 Char"/>
    <w:basedOn w:val="a2"/>
    <w:link w:val="4"/>
    <w:uiPriority w:val="9"/>
    <w:semiHidden/>
    <w:rsid w:val="007D693D"/>
    <w:rPr>
      <w:rFonts w:ascii="Calibri Light" w:eastAsia="宋体" w:hAnsi="Calibri Light" w:cs="Times New Roman"/>
      <w:b/>
      <w:bCs/>
      <w:i/>
      <w:iCs/>
      <w:color w:val="5B9BD5"/>
      <w:sz w:val="22"/>
      <w:szCs w:val="22"/>
      <w:lang w:eastAsia="en-US"/>
    </w:rPr>
  </w:style>
  <w:style w:type="character" w:customStyle="1" w:styleId="5Char">
    <w:name w:val="标题 5 Char"/>
    <w:basedOn w:val="a2"/>
    <w:link w:val="5"/>
    <w:uiPriority w:val="9"/>
    <w:semiHidden/>
    <w:rsid w:val="007D693D"/>
    <w:rPr>
      <w:rFonts w:ascii="Calibri Light" w:eastAsia="宋体" w:hAnsi="Calibri Light" w:cs="Times New Roman"/>
      <w:color w:val="1F4D78"/>
      <w:sz w:val="22"/>
      <w:szCs w:val="22"/>
      <w:lang w:eastAsia="en-US"/>
    </w:rPr>
  </w:style>
  <w:style w:type="character" w:customStyle="1" w:styleId="6Char">
    <w:name w:val="标题 6 Char"/>
    <w:basedOn w:val="a2"/>
    <w:link w:val="6"/>
    <w:uiPriority w:val="9"/>
    <w:semiHidden/>
    <w:rsid w:val="007D693D"/>
    <w:rPr>
      <w:rFonts w:ascii="Calibri Light" w:eastAsia="宋体" w:hAnsi="Calibri Light" w:cs="Times New Roman"/>
      <w:i/>
      <w:iCs/>
      <w:color w:val="1F4D78"/>
      <w:sz w:val="22"/>
      <w:szCs w:val="22"/>
      <w:lang w:eastAsia="en-US"/>
    </w:rPr>
  </w:style>
  <w:style w:type="character" w:customStyle="1" w:styleId="7Char">
    <w:name w:val="标题 7 Char"/>
    <w:basedOn w:val="a2"/>
    <w:link w:val="7"/>
    <w:uiPriority w:val="9"/>
    <w:semiHidden/>
    <w:rsid w:val="007D693D"/>
    <w:rPr>
      <w:rFonts w:ascii="Calibri Light" w:eastAsia="宋体" w:hAnsi="Calibri Light" w:cs="Times New Roman"/>
      <w:i/>
      <w:iCs/>
      <w:color w:val="404040"/>
      <w:sz w:val="22"/>
      <w:szCs w:val="22"/>
      <w:lang w:eastAsia="en-US"/>
    </w:rPr>
  </w:style>
  <w:style w:type="character" w:customStyle="1" w:styleId="8Char">
    <w:name w:val="标题 8 Char"/>
    <w:basedOn w:val="a2"/>
    <w:link w:val="8"/>
    <w:uiPriority w:val="9"/>
    <w:semiHidden/>
    <w:rsid w:val="007D693D"/>
    <w:rPr>
      <w:rFonts w:ascii="Calibri Light" w:eastAsia="宋体" w:hAnsi="Calibri Light" w:cs="Times New Roman"/>
      <w:color w:val="5B9BD5"/>
      <w:lang w:eastAsia="en-US"/>
    </w:rPr>
  </w:style>
  <w:style w:type="character" w:customStyle="1" w:styleId="9Char">
    <w:name w:val="标题 9 Char"/>
    <w:basedOn w:val="a2"/>
    <w:link w:val="9"/>
    <w:uiPriority w:val="9"/>
    <w:semiHidden/>
    <w:rsid w:val="007D693D"/>
    <w:rPr>
      <w:rFonts w:ascii="Calibri Light" w:eastAsia="宋体" w:hAnsi="Calibri Light" w:cs="Times New Roman"/>
      <w:i/>
      <w:iCs/>
      <w:color w:val="404040"/>
      <w:lang w:eastAsia="en-US"/>
    </w:rPr>
  </w:style>
  <w:style w:type="paragraph" w:customStyle="1" w:styleId="12">
    <w:name w:val="题注1"/>
    <w:basedOn w:val="a1"/>
    <w:next w:val="a1"/>
    <w:uiPriority w:val="35"/>
    <w:unhideWhenUsed/>
    <w:qFormat/>
    <w:rsid w:val="007D693D"/>
    <w:pPr>
      <w:widowControl/>
      <w:spacing w:after="200"/>
      <w:jc w:val="left"/>
    </w:pPr>
    <w:rPr>
      <w:i/>
      <w:iCs/>
      <w:color w:val="44546A"/>
      <w:kern w:val="0"/>
      <w:sz w:val="18"/>
      <w:szCs w:val="18"/>
    </w:rPr>
  </w:style>
  <w:style w:type="table" w:styleId="a8">
    <w:name w:val="Table Grid"/>
    <w:basedOn w:val="a3"/>
    <w:uiPriority w:val="59"/>
    <w:rsid w:val="007D693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7D693D"/>
    <w:rPr>
      <w:kern w:val="0"/>
      <w:sz w:val="22"/>
      <w:lang w:eastAsia="en-US"/>
    </w:rPr>
  </w:style>
  <w:style w:type="paragraph" w:customStyle="1" w:styleId="13">
    <w:name w:val="标题1"/>
    <w:basedOn w:val="a1"/>
    <w:next w:val="a1"/>
    <w:uiPriority w:val="10"/>
    <w:qFormat/>
    <w:rsid w:val="007D693D"/>
    <w:pPr>
      <w:widowControl/>
      <w:pBdr>
        <w:bottom w:val="single" w:sz="8" w:space="4" w:color="5B9BD5"/>
      </w:pBdr>
      <w:spacing w:after="300"/>
      <w:contextualSpacing/>
      <w:jc w:val="left"/>
    </w:pPr>
    <w:rPr>
      <w:rFonts w:ascii="Calibri Light" w:eastAsia="宋体" w:hAnsi="Calibri Light" w:cs="Times New Roman"/>
      <w:color w:val="323E4F"/>
      <w:spacing w:val="5"/>
      <w:kern w:val="28"/>
      <w:sz w:val="52"/>
      <w:szCs w:val="52"/>
      <w:lang w:eastAsia="en-US"/>
    </w:rPr>
  </w:style>
  <w:style w:type="character" w:customStyle="1" w:styleId="Char1">
    <w:name w:val="标题 Char"/>
    <w:basedOn w:val="a2"/>
    <w:link w:val="aa"/>
    <w:uiPriority w:val="10"/>
    <w:rsid w:val="007D693D"/>
    <w:rPr>
      <w:rFonts w:ascii="Calibri Light" w:eastAsia="宋体" w:hAnsi="Calibri Light" w:cs="Times New Roman"/>
      <w:color w:val="323E4F"/>
      <w:spacing w:val="5"/>
      <w:kern w:val="28"/>
      <w:sz w:val="52"/>
      <w:szCs w:val="52"/>
      <w:lang w:eastAsia="en-US"/>
    </w:rPr>
  </w:style>
  <w:style w:type="paragraph" w:customStyle="1" w:styleId="14">
    <w:name w:val="副标题1"/>
    <w:basedOn w:val="a1"/>
    <w:next w:val="a1"/>
    <w:uiPriority w:val="11"/>
    <w:qFormat/>
    <w:rsid w:val="007D693D"/>
    <w:pPr>
      <w:widowControl/>
      <w:numPr>
        <w:ilvl w:val="1"/>
      </w:numPr>
      <w:spacing w:after="200" w:line="276" w:lineRule="auto"/>
      <w:jc w:val="left"/>
    </w:pPr>
    <w:rPr>
      <w:rFonts w:ascii="Calibri Light" w:eastAsia="宋体" w:hAnsi="Calibri Light" w:cs="Times New Roman"/>
      <w:i/>
      <w:iCs/>
      <w:color w:val="5B9BD5"/>
      <w:spacing w:val="15"/>
      <w:kern w:val="0"/>
      <w:sz w:val="24"/>
      <w:szCs w:val="24"/>
      <w:lang w:eastAsia="en-US"/>
    </w:rPr>
  </w:style>
  <w:style w:type="character" w:customStyle="1" w:styleId="Char2">
    <w:name w:val="副标题 Char"/>
    <w:basedOn w:val="a2"/>
    <w:link w:val="ab"/>
    <w:uiPriority w:val="11"/>
    <w:rsid w:val="007D693D"/>
    <w:rPr>
      <w:rFonts w:ascii="Calibri Light" w:eastAsia="宋体" w:hAnsi="Calibri Light" w:cs="Times New Roman"/>
      <w:i/>
      <w:iCs/>
      <w:color w:val="5B9BD5"/>
      <w:spacing w:val="15"/>
      <w:sz w:val="24"/>
      <w:szCs w:val="24"/>
      <w:lang w:eastAsia="en-US"/>
    </w:rPr>
  </w:style>
  <w:style w:type="paragraph" w:styleId="ac">
    <w:name w:val="Body Text"/>
    <w:basedOn w:val="a1"/>
    <w:link w:val="Char3"/>
    <w:uiPriority w:val="99"/>
    <w:unhideWhenUsed/>
    <w:rsid w:val="007D693D"/>
    <w:pPr>
      <w:widowControl/>
      <w:spacing w:after="120" w:line="276" w:lineRule="auto"/>
      <w:jc w:val="left"/>
    </w:pPr>
    <w:rPr>
      <w:kern w:val="0"/>
      <w:sz w:val="22"/>
      <w:lang w:eastAsia="en-US"/>
    </w:rPr>
  </w:style>
  <w:style w:type="character" w:customStyle="1" w:styleId="Char3">
    <w:name w:val="正文文本 Char"/>
    <w:basedOn w:val="a2"/>
    <w:link w:val="ac"/>
    <w:uiPriority w:val="99"/>
    <w:rsid w:val="007D693D"/>
    <w:rPr>
      <w:kern w:val="0"/>
      <w:sz w:val="22"/>
      <w:lang w:eastAsia="en-US"/>
    </w:rPr>
  </w:style>
  <w:style w:type="paragraph" w:styleId="22">
    <w:name w:val="Body Text 2"/>
    <w:basedOn w:val="a1"/>
    <w:link w:val="2Char0"/>
    <w:uiPriority w:val="99"/>
    <w:unhideWhenUsed/>
    <w:rsid w:val="007D693D"/>
    <w:pPr>
      <w:widowControl/>
      <w:spacing w:after="120" w:line="480" w:lineRule="auto"/>
      <w:jc w:val="left"/>
    </w:pPr>
    <w:rPr>
      <w:kern w:val="0"/>
      <w:sz w:val="22"/>
      <w:lang w:eastAsia="en-US"/>
    </w:rPr>
  </w:style>
  <w:style w:type="character" w:customStyle="1" w:styleId="2Char0">
    <w:name w:val="正文文本 2 Char"/>
    <w:basedOn w:val="a2"/>
    <w:link w:val="22"/>
    <w:uiPriority w:val="99"/>
    <w:rsid w:val="007D693D"/>
    <w:rPr>
      <w:kern w:val="0"/>
      <w:sz w:val="22"/>
      <w:lang w:eastAsia="en-US"/>
    </w:rPr>
  </w:style>
  <w:style w:type="paragraph" w:styleId="32">
    <w:name w:val="Body Text 3"/>
    <w:basedOn w:val="a1"/>
    <w:link w:val="3Char0"/>
    <w:uiPriority w:val="99"/>
    <w:unhideWhenUsed/>
    <w:rsid w:val="007D693D"/>
    <w:pPr>
      <w:widowControl/>
      <w:spacing w:after="120" w:line="276" w:lineRule="auto"/>
      <w:jc w:val="left"/>
    </w:pPr>
    <w:rPr>
      <w:kern w:val="0"/>
      <w:sz w:val="16"/>
      <w:szCs w:val="16"/>
      <w:lang w:eastAsia="en-US"/>
    </w:rPr>
  </w:style>
  <w:style w:type="character" w:customStyle="1" w:styleId="3Char0">
    <w:name w:val="正文文本 3 Char"/>
    <w:basedOn w:val="a2"/>
    <w:link w:val="32"/>
    <w:uiPriority w:val="99"/>
    <w:rsid w:val="007D693D"/>
    <w:rPr>
      <w:kern w:val="0"/>
      <w:sz w:val="16"/>
      <w:szCs w:val="16"/>
      <w:lang w:eastAsia="en-US"/>
    </w:rPr>
  </w:style>
  <w:style w:type="paragraph" w:styleId="ad">
    <w:name w:val="List"/>
    <w:basedOn w:val="a1"/>
    <w:uiPriority w:val="99"/>
    <w:unhideWhenUsed/>
    <w:rsid w:val="007D693D"/>
    <w:pPr>
      <w:widowControl/>
      <w:spacing w:after="200" w:line="276" w:lineRule="auto"/>
      <w:ind w:left="360" w:hanging="360"/>
      <w:contextualSpacing/>
      <w:jc w:val="left"/>
    </w:pPr>
    <w:rPr>
      <w:kern w:val="0"/>
      <w:sz w:val="22"/>
      <w:lang w:eastAsia="en-US"/>
    </w:rPr>
  </w:style>
  <w:style w:type="paragraph" w:styleId="23">
    <w:name w:val="List 2"/>
    <w:basedOn w:val="a1"/>
    <w:uiPriority w:val="99"/>
    <w:unhideWhenUsed/>
    <w:rsid w:val="007D693D"/>
    <w:pPr>
      <w:widowControl/>
      <w:spacing w:after="200" w:line="276" w:lineRule="auto"/>
      <w:ind w:left="720" w:hanging="360"/>
      <w:contextualSpacing/>
      <w:jc w:val="left"/>
    </w:pPr>
    <w:rPr>
      <w:kern w:val="0"/>
      <w:sz w:val="22"/>
      <w:lang w:eastAsia="en-US"/>
    </w:rPr>
  </w:style>
  <w:style w:type="paragraph" w:styleId="33">
    <w:name w:val="List 3"/>
    <w:basedOn w:val="a1"/>
    <w:uiPriority w:val="99"/>
    <w:unhideWhenUsed/>
    <w:rsid w:val="007D693D"/>
    <w:pPr>
      <w:widowControl/>
      <w:spacing w:after="200" w:line="276" w:lineRule="auto"/>
      <w:ind w:left="1080" w:hanging="360"/>
      <w:contextualSpacing/>
      <w:jc w:val="left"/>
    </w:pPr>
    <w:rPr>
      <w:kern w:val="0"/>
      <w:sz w:val="22"/>
      <w:lang w:eastAsia="en-US"/>
    </w:rPr>
  </w:style>
  <w:style w:type="paragraph" w:styleId="a0">
    <w:name w:val="List Bullet"/>
    <w:basedOn w:val="a1"/>
    <w:uiPriority w:val="99"/>
    <w:unhideWhenUsed/>
    <w:rsid w:val="007D693D"/>
    <w:pPr>
      <w:widowControl/>
      <w:numPr>
        <w:numId w:val="1"/>
      </w:numPr>
      <w:spacing w:after="200" w:line="276" w:lineRule="auto"/>
      <w:contextualSpacing/>
      <w:jc w:val="left"/>
    </w:pPr>
    <w:rPr>
      <w:kern w:val="0"/>
      <w:sz w:val="22"/>
      <w:lang w:eastAsia="en-US"/>
    </w:rPr>
  </w:style>
  <w:style w:type="paragraph" w:styleId="20">
    <w:name w:val="List Bullet 2"/>
    <w:basedOn w:val="a1"/>
    <w:uiPriority w:val="99"/>
    <w:unhideWhenUsed/>
    <w:rsid w:val="007D693D"/>
    <w:pPr>
      <w:widowControl/>
      <w:numPr>
        <w:numId w:val="2"/>
      </w:numPr>
      <w:spacing w:after="200" w:line="276" w:lineRule="auto"/>
      <w:contextualSpacing/>
      <w:jc w:val="left"/>
    </w:pPr>
    <w:rPr>
      <w:kern w:val="0"/>
      <w:sz w:val="22"/>
      <w:lang w:eastAsia="en-US"/>
    </w:rPr>
  </w:style>
  <w:style w:type="paragraph" w:styleId="30">
    <w:name w:val="List Bullet 3"/>
    <w:basedOn w:val="a1"/>
    <w:uiPriority w:val="99"/>
    <w:unhideWhenUsed/>
    <w:rsid w:val="007D693D"/>
    <w:pPr>
      <w:widowControl/>
      <w:numPr>
        <w:numId w:val="3"/>
      </w:numPr>
      <w:spacing w:after="200" w:line="276" w:lineRule="auto"/>
      <w:contextualSpacing/>
      <w:jc w:val="left"/>
    </w:pPr>
    <w:rPr>
      <w:kern w:val="0"/>
      <w:sz w:val="22"/>
      <w:lang w:eastAsia="en-US"/>
    </w:rPr>
  </w:style>
  <w:style w:type="paragraph" w:styleId="a">
    <w:name w:val="List Number"/>
    <w:basedOn w:val="a1"/>
    <w:uiPriority w:val="99"/>
    <w:unhideWhenUsed/>
    <w:rsid w:val="007D693D"/>
    <w:pPr>
      <w:widowControl/>
      <w:numPr>
        <w:numId w:val="5"/>
      </w:numPr>
      <w:spacing w:after="200" w:line="276" w:lineRule="auto"/>
      <w:contextualSpacing/>
      <w:jc w:val="left"/>
    </w:pPr>
    <w:rPr>
      <w:kern w:val="0"/>
      <w:sz w:val="22"/>
      <w:lang w:eastAsia="en-US"/>
    </w:rPr>
  </w:style>
  <w:style w:type="paragraph" w:styleId="2">
    <w:name w:val="List Number 2"/>
    <w:basedOn w:val="a1"/>
    <w:uiPriority w:val="99"/>
    <w:unhideWhenUsed/>
    <w:rsid w:val="007D693D"/>
    <w:pPr>
      <w:widowControl/>
      <w:numPr>
        <w:numId w:val="6"/>
      </w:numPr>
      <w:spacing w:after="200" w:line="276" w:lineRule="auto"/>
      <w:contextualSpacing/>
      <w:jc w:val="left"/>
    </w:pPr>
    <w:rPr>
      <w:kern w:val="0"/>
      <w:sz w:val="22"/>
      <w:lang w:eastAsia="en-US"/>
    </w:rPr>
  </w:style>
  <w:style w:type="paragraph" w:styleId="3">
    <w:name w:val="List Number 3"/>
    <w:basedOn w:val="a1"/>
    <w:uiPriority w:val="99"/>
    <w:unhideWhenUsed/>
    <w:rsid w:val="007D693D"/>
    <w:pPr>
      <w:widowControl/>
      <w:numPr>
        <w:numId w:val="7"/>
      </w:numPr>
      <w:spacing w:after="200" w:line="276" w:lineRule="auto"/>
      <w:contextualSpacing/>
      <w:jc w:val="left"/>
    </w:pPr>
    <w:rPr>
      <w:kern w:val="0"/>
      <w:sz w:val="22"/>
      <w:lang w:eastAsia="en-US"/>
    </w:rPr>
  </w:style>
  <w:style w:type="paragraph" w:styleId="ae">
    <w:name w:val="List Continue"/>
    <w:basedOn w:val="a1"/>
    <w:uiPriority w:val="99"/>
    <w:unhideWhenUsed/>
    <w:rsid w:val="007D693D"/>
    <w:pPr>
      <w:widowControl/>
      <w:spacing w:after="120" w:line="276" w:lineRule="auto"/>
      <w:ind w:left="360"/>
      <w:contextualSpacing/>
      <w:jc w:val="left"/>
    </w:pPr>
    <w:rPr>
      <w:kern w:val="0"/>
      <w:sz w:val="22"/>
      <w:lang w:eastAsia="en-US"/>
    </w:rPr>
  </w:style>
  <w:style w:type="paragraph" w:styleId="24">
    <w:name w:val="List Continue 2"/>
    <w:basedOn w:val="a1"/>
    <w:uiPriority w:val="99"/>
    <w:unhideWhenUsed/>
    <w:rsid w:val="007D693D"/>
    <w:pPr>
      <w:widowControl/>
      <w:spacing w:after="120" w:line="276" w:lineRule="auto"/>
      <w:ind w:left="720"/>
      <w:contextualSpacing/>
      <w:jc w:val="left"/>
    </w:pPr>
    <w:rPr>
      <w:kern w:val="0"/>
      <w:sz w:val="22"/>
      <w:lang w:eastAsia="en-US"/>
    </w:rPr>
  </w:style>
  <w:style w:type="paragraph" w:styleId="34">
    <w:name w:val="List Continue 3"/>
    <w:basedOn w:val="a1"/>
    <w:uiPriority w:val="99"/>
    <w:unhideWhenUsed/>
    <w:rsid w:val="007D693D"/>
    <w:pPr>
      <w:widowControl/>
      <w:spacing w:after="120" w:line="276" w:lineRule="auto"/>
      <w:ind w:left="1080"/>
      <w:contextualSpacing/>
      <w:jc w:val="left"/>
    </w:pPr>
    <w:rPr>
      <w:kern w:val="0"/>
      <w:sz w:val="22"/>
      <w:lang w:eastAsia="en-US"/>
    </w:rPr>
  </w:style>
  <w:style w:type="paragraph" w:styleId="af">
    <w:name w:val="macro"/>
    <w:link w:val="Char4"/>
    <w:uiPriority w:val="99"/>
    <w:unhideWhenUsed/>
    <w:rsid w:val="007D693D"/>
    <w:pPr>
      <w:tabs>
        <w:tab w:val="left" w:pos="576"/>
        <w:tab w:val="left" w:pos="1152"/>
        <w:tab w:val="left" w:pos="1728"/>
        <w:tab w:val="left" w:pos="2304"/>
        <w:tab w:val="left" w:pos="2880"/>
        <w:tab w:val="left" w:pos="3456"/>
        <w:tab w:val="left" w:pos="4032"/>
      </w:tabs>
      <w:spacing w:after="200" w:line="276" w:lineRule="auto"/>
    </w:pPr>
    <w:rPr>
      <w:rFonts w:ascii="Courier" w:hAnsi="Courier"/>
      <w:kern w:val="0"/>
      <w:sz w:val="20"/>
      <w:szCs w:val="20"/>
      <w:lang w:eastAsia="en-US"/>
    </w:rPr>
  </w:style>
  <w:style w:type="character" w:customStyle="1" w:styleId="Char4">
    <w:name w:val="宏文本 Char"/>
    <w:basedOn w:val="a2"/>
    <w:link w:val="af"/>
    <w:uiPriority w:val="99"/>
    <w:rsid w:val="007D693D"/>
    <w:rPr>
      <w:rFonts w:ascii="Courier" w:hAnsi="Courier"/>
      <w:kern w:val="0"/>
      <w:sz w:val="20"/>
      <w:szCs w:val="20"/>
      <w:lang w:eastAsia="en-US"/>
    </w:rPr>
  </w:style>
  <w:style w:type="paragraph" w:customStyle="1" w:styleId="15">
    <w:name w:val="引用1"/>
    <w:basedOn w:val="a1"/>
    <w:next w:val="a1"/>
    <w:uiPriority w:val="29"/>
    <w:qFormat/>
    <w:rsid w:val="007D693D"/>
    <w:pPr>
      <w:widowControl/>
      <w:spacing w:after="200" w:line="276" w:lineRule="auto"/>
      <w:jc w:val="left"/>
    </w:pPr>
    <w:rPr>
      <w:i/>
      <w:iCs/>
      <w:color w:val="000000"/>
      <w:kern w:val="0"/>
      <w:sz w:val="22"/>
      <w:lang w:eastAsia="en-US"/>
    </w:rPr>
  </w:style>
  <w:style w:type="character" w:customStyle="1" w:styleId="Char5">
    <w:name w:val="引用 Char"/>
    <w:basedOn w:val="a2"/>
    <w:link w:val="af0"/>
    <w:uiPriority w:val="29"/>
    <w:rsid w:val="007D693D"/>
    <w:rPr>
      <w:i/>
      <w:iCs/>
      <w:color w:val="000000"/>
      <w:sz w:val="22"/>
      <w:szCs w:val="22"/>
      <w:lang w:eastAsia="en-US"/>
    </w:rPr>
  </w:style>
  <w:style w:type="character" w:styleId="af1">
    <w:name w:val="Strong"/>
    <w:basedOn w:val="a2"/>
    <w:uiPriority w:val="22"/>
    <w:qFormat/>
    <w:rsid w:val="007D693D"/>
    <w:rPr>
      <w:b/>
      <w:bCs/>
    </w:rPr>
  </w:style>
  <w:style w:type="character" w:styleId="af2">
    <w:name w:val="Emphasis"/>
    <w:basedOn w:val="a2"/>
    <w:uiPriority w:val="20"/>
    <w:qFormat/>
    <w:rsid w:val="007D693D"/>
    <w:rPr>
      <w:i/>
      <w:iCs/>
    </w:rPr>
  </w:style>
  <w:style w:type="paragraph" w:customStyle="1" w:styleId="16">
    <w:name w:val="明显引用1"/>
    <w:basedOn w:val="a1"/>
    <w:next w:val="a1"/>
    <w:uiPriority w:val="30"/>
    <w:qFormat/>
    <w:rsid w:val="007D693D"/>
    <w:pPr>
      <w:widowControl/>
      <w:pBdr>
        <w:bottom w:val="single" w:sz="4" w:space="4" w:color="5B9BD5"/>
      </w:pBdr>
      <w:spacing w:before="200" w:after="280" w:line="276" w:lineRule="auto"/>
      <w:ind w:left="936" w:right="936"/>
      <w:jc w:val="left"/>
    </w:pPr>
    <w:rPr>
      <w:b/>
      <w:bCs/>
      <w:i/>
      <w:iCs/>
      <w:color w:val="5B9BD5"/>
      <w:kern w:val="0"/>
      <w:sz w:val="22"/>
      <w:lang w:eastAsia="en-US"/>
    </w:rPr>
  </w:style>
  <w:style w:type="character" w:customStyle="1" w:styleId="Char6">
    <w:name w:val="明显引用 Char"/>
    <w:basedOn w:val="a2"/>
    <w:link w:val="af3"/>
    <w:uiPriority w:val="30"/>
    <w:rsid w:val="007D693D"/>
    <w:rPr>
      <w:b/>
      <w:bCs/>
      <w:i/>
      <w:iCs/>
      <w:color w:val="5B9BD5"/>
      <w:sz w:val="22"/>
      <w:szCs w:val="22"/>
      <w:lang w:eastAsia="en-US"/>
    </w:rPr>
  </w:style>
  <w:style w:type="character" w:customStyle="1" w:styleId="17">
    <w:name w:val="不明显强调1"/>
    <w:basedOn w:val="a2"/>
    <w:uiPriority w:val="19"/>
    <w:qFormat/>
    <w:rsid w:val="007D693D"/>
    <w:rPr>
      <w:i/>
      <w:iCs/>
      <w:color w:val="808080"/>
    </w:rPr>
  </w:style>
  <w:style w:type="character" w:customStyle="1" w:styleId="18">
    <w:name w:val="明显强调1"/>
    <w:basedOn w:val="a2"/>
    <w:uiPriority w:val="21"/>
    <w:qFormat/>
    <w:rsid w:val="007D693D"/>
    <w:rPr>
      <w:b/>
      <w:bCs/>
      <w:i/>
      <w:iCs/>
      <w:color w:val="5B9BD5"/>
    </w:rPr>
  </w:style>
  <w:style w:type="character" w:customStyle="1" w:styleId="19">
    <w:name w:val="不明显参考1"/>
    <w:basedOn w:val="a2"/>
    <w:uiPriority w:val="31"/>
    <w:qFormat/>
    <w:rsid w:val="007D693D"/>
    <w:rPr>
      <w:smallCaps/>
      <w:color w:val="ED7D31"/>
      <w:u w:val="single"/>
    </w:rPr>
  </w:style>
  <w:style w:type="character" w:customStyle="1" w:styleId="1a">
    <w:name w:val="明显参考1"/>
    <w:basedOn w:val="a2"/>
    <w:uiPriority w:val="32"/>
    <w:qFormat/>
    <w:rsid w:val="007D693D"/>
    <w:rPr>
      <w:b/>
      <w:bCs/>
      <w:smallCaps/>
      <w:color w:val="ED7D31"/>
      <w:spacing w:val="5"/>
      <w:u w:val="single"/>
    </w:rPr>
  </w:style>
  <w:style w:type="character" w:styleId="af4">
    <w:name w:val="Book Title"/>
    <w:basedOn w:val="a2"/>
    <w:uiPriority w:val="33"/>
    <w:qFormat/>
    <w:rsid w:val="007D693D"/>
    <w:rPr>
      <w:b/>
      <w:bCs/>
      <w:smallCaps/>
      <w:spacing w:val="5"/>
    </w:rPr>
  </w:style>
  <w:style w:type="character" w:customStyle="1" w:styleId="1Char1">
    <w:name w:val="标题 1 Char1"/>
    <w:basedOn w:val="a2"/>
    <w:link w:val="1"/>
    <w:uiPriority w:val="9"/>
    <w:rsid w:val="007D693D"/>
    <w:rPr>
      <w:b/>
      <w:bCs/>
      <w:kern w:val="44"/>
      <w:sz w:val="44"/>
      <w:szCs w:val="44"/>
    </w:rPr>
  </w:style>
  <w:style w:type="paragraph" w:styleId="TOC">
    <w:name w:val="TOC Heading"/>
    <w:basedOn w:val="1"/>
    <w:next w:val="a1"/>
    <w:uiPriority w:val="39"/>
    <w:semiHidden/>
    <w:unhideWhenUsed/>
    <w:qFormat/>
    <w:rsid w:val="007D693D"/>
    <w:pPr>
      <w:widowControl/>
      <w:spacing w:before="480" w:after="0" w:line="276" w:lineRule="auto"/>
      <w:jc w:val="left"/>
      <w:outlineLvl w:val="9"/>
    </w:pPr>
    <w:rPr>
      <w:rFonts w:ascii="Calibri Light" w:eastAsia="宋体" w:hAnsi="Calibri Light" w:cs="Times New Roman"/>
      <w:color w:val="2E74B5"/>
      <w:kern w:val="0"/>
      <w:sz w:val="28"/>
      <w:szCs w:val="28"/>
      <w:lang w:eastAsia="en-US"/>
    </w:rPr>
  </w:style>
  <w:style w:type="paragraph" w:customStyle="1" w:styleId="MTDisplayEquation">
    <w:name w:val="MTDisplayEquation"/>
    <w:basedOn w:val="a1"/>
    <w:next w:val="a1"/>
    <w:link w:val="MTDisplayEquationChar"/>
    <w:rsid w:val="007D693D"/>
    <w:pPr>
      <w:widowControl/>
      <w:tabs>
        <w:tab w:val="center" w:pos="4320"/>
        <w:tab w:val="right" w:pos="8640"/>
      </w:tabs>
      <w:spacing w:line="259" w:lineRule="auto"/>
      <w:jc w:val="left"/>
    </w:pPr>
    <w:rPr>
      <w:rFonts w:ascii="Times New Roman" w:hAnsi="Times New Roman" w:cs="Times New Roman"/>
      <w:color w:val="000000"/>
      <w:kern w:val="0"/>
      <w:sz w:val="22"/>
    </w:rPr>
  </w:style>
  <w:style w:type="character" w:customStyle="1" w:styleId="MTDisplayEquationChar">
    <w:name w:val="MTDisplayEquation Char"/>
    <w:basedOn w:val="a2"/>
    <w:link w:val="MTDisplayEquation"/>
    <w:rsid w:val="007D693D"/>
    <w:rPr>
      <w:rFonts w:ascii="Times New Roman" w:hAnsi="Times New Roman" w:cs="Times New Roman"/>
      <w:color w:val="000000"/>
      <w:kern w:val="0"/>
      <w:sz w:val="22"/>
    </w:rPr>
  </w:style>
  <w:style w:type="paragraph" w:customStyle="1" w:styleId="H1">
    <w:name w:val="H1"/>
    <w:basedOn w:val="a1"/>
    <w:link w:val="H1Char"/>
    <w:qFormat/>
    <w:rsid w:val="007D693D"/>
    <w:pPr>
      <w:widowControl/>
      <w:numPr>
        <w:numId w:val="16"/>
      </w:numPr>
      <w:spacing w:after="160" w:line="259" w:lineRule="auto"/>
      <w:jc w:val="left"/>
    </w:pPr>
    <w:rPr>
      <w:rFonts w:ascii="Times New Roman" w:hAnsi="Times New Roman" w:cs="Times New Roman"/>
      <w:b/>
      <w:kern w:val="0"/>
      <w:sz w:val="32"/>
      <w:szCs w:val="32"/>
    </w:rPr>
  </w:style>
  <w:style w:type="character" w:customStyle="1" w:styleId="H1Char">
    <w:name w:val="H1 Char"/>
    <w:basedOn w:val="a2"/>
    <w:link w:val="H1"/>
    <w:rsid w:val="007D693D"/>
    <w:rPr>
      <w:rFonts w:ascii="Times New Roman" w:hAnsi="Times New Roman" w:cs="Times New Roman"/>
      <w:b/>
      <w:kern w:val="0"/>
      <w:sz w:val="32"/>
      <w:szCs w:val="32"/>
    </w:rPr>
  </w:style>
  <w:style w:type="paragraph" w:customStyle="1" w:styleId="H2">
    <w:name w:val="H2"/>
    <w:basedOn w:val="H1"/>
    <w:link w:val="H2Char"/>
    <w:qFormat/>
    <w:rsid w:val="007D693D"/>
    <w:pPr>
      <w:numPr>
        <w:ilvl w:val="1"/>
      </w:numPr>
    </w:pPr>
    <w:rPr>
      <w:sz w:val="28"/>
    </w:rPr>
  </w:style>
  <w:style w:type="character" w:customStyle="1" w:styleId="H2Char">
    <w:name w:val="H2 Char"/>
    <w:basedOn w:val="H1Char"/>
    <w:link w:val="H2"/>
    <w:rsid w:val="007D693D"/>
    <w:rPr>
      <w:rFonts w:ascii="Times New Roman" w:hAnsi="Times New Roman" w:cs="Times New Roman"/>
      <w:b/>
      <w:kern w:val="0"/>
      <w:sz w:val="28"/>
      <w:szCs w:val="32"/>
    </w:rPr>
  </w:style>
  <w:style w:type="paragraph" w:styleId="1b">
    <w:name w:val="toc 1"/>
    <w:basedOn w:val="a1"/>
    <w:next w:val="a1"/>
    <w:autoRedefine/>
    <w:uiPriority w:val="39"/>
    <w:unhideWhenUsed/>
    <w:rsid w:val="007D693D"/>
    <w:pPr>
      <w:widowControl/>
      <w:spacing w:before="120" w:after="120" w:line="259" w:lineRule="auto"/>
      <w:jc w:val="left"/>
    </w:pPr>
    <w:rPr>
      <w:b/>
      <w:bCs/>
      <w:caps/>
      <w:kern w:val="0"/>
      <w:sz w:val="20"/>
      <w:szCs w:val="20"/>
    </w:rPr>
  </w:style>
  <w:style w:type="paragraph" w:styleId="25">
    <w:name w:val="toc 2"/>
    <w:basedOn w:val="a1"/>
    <w:next w:val="a1"/>
    <w:autoRedefine/>
    <w:uiPriority w:val="39"/>
    <w:unhideWhenUsed/>
    <w:rsid w:val="007D693D"/>
    <w:pPr>
      <w:widowControl/>
      <w:spacing w:line="259" w:lineRule="auto"/>
      <w:ind w:left="220"/>
      <w:jc w:val="left"/>
    </w:pPr>
    <w:rPr>
      <w:smallCaps/>
      <w:kern w:val="0"/>
      <w:sz w:val="20"/>
      <w:szCs w:val="20"/>
    </w:rPr>
  </w:style>
  <w:style w:type="paragraph" w:styleId="35">
    <w:name w:val="toc 3"/>
    <w:basedOn w:val="a1"/>
    <w:next w:val="a1"/>
    <w:autoRedefine/>
    <w:uiPriority w:val="39"/>
    <w:unhideWhenUsed/>
    <w:rsid w:val="007D693D"/>
    <w:pPr>
      <w:widowControl/>
      <w:spacing w:line="259" w:lineRule="auto"/>
      <w:ind w:left="440"/>
      <w:jc w:val="left"/>
    </w:pPr>
    <w:rPr>
      <w:i/>
      <w:iCs/>
      <w:kern w:val="0"/>
      <w:sz w:val="20"/>
      <w:szCs w:val="20"/>
    </w:rPr>
  </w:style>
  <w:style w:type="paragraph" w:styleId="40">
    <w:name w:val="toc 4"/>
    <w:basedOn w:val="a1"/>
    <w:next w:val="a1"/>
    <w:autoRedefine/>
    <w:uiPriority w:val="39"/>
    <w:unhideWhenUsed/>
    <w:rsid w:val="007D693D"/>
    <w:pPr>
      <w:widowControl/>
      <w:spacing w:line="259" w:lineRule="auto"/>
      <w:ind w:left="660"/>
      <w:jc w:val="left"/>
    </w:pPr>
    <w:rPr>
      <w:kern w:val="0"/>
      <w:sz w:val="18"/>
      <w:szCs w:val="18"/>
    </w:rPr>
  </w:style>
  <w:style w:type="paragraph" w:styleId="50">
    <w:name w:val="toc 5"/>
    <w:basedOn w:val="a1"/>
    <w:next w:val="a1"/>
    <w:autoRedefine/>
    <w:uiPriority w:val="39"/>
    <w:unhideWhenUsed/>
    <w:rsid w:val="007D693D"/>
    <w:pPr>
      <w:widowControl/>
      <w:spacing w:line="259" w:lineRule="auto"/>
      <w:ind w:left="880"/>
      <w:jc w:val="left"/>
    </w:pPr>
    <w:rPr>
      <w:kern w:val="0"/>
      <w:sz w:val="18"/>
      <w:szCs w:val="18"/>
    </w:rPr>
  </w:style>
  <w:style w:type="paragraph" w:styleId="60">
    <w:name w:val="toc 6"/>
    <w:basedOn w:val="a1"/>
    <w:next w:val="a1"/>
    <w:autoRedefine/>
    <w:uiPriority w:val="39"/>
    <w:unhideWhenUsed/>
    <w:rsid w:val="007D693D"/>
    <w:pPr>
      <w:widowControl/>
      <w:spacing w:line="259" w:lineRule="auto"/>
      <w:ind w:left="1100"/>
      <w:jc w:val="left"/>
    </w:pPr>
    <w:rPr>
      <w:kern w:val="0"/>
      <w:sz w:val="18"/>
      <w:szCs w:val="18"/>
    </w:rPr>
  </w:style>
  <w:style w:type="paragraph" w:styleId="70">
    <w:name w:val="toc 7"/>
    <w:basedOn w:val="a1"/>
    <w:next w:val="a1"/>
    <w:autoRedefine/>
    <w:uiPriority w:val="39"/>
    <w:unhideWhenUsed/>
    <w:rsid w:val="007D693D"/>
    <w:pPr>
      <w:widowControl/>
      <w:spacing w:line="259" w:lineRule="auto"/>
      <w:ind w:left="1320"/>
      <w:jc w:val="left"/>
    </w:pPr>
    <w:rPr>
      <w:kern w:val="0"/>
      <w:sz w:val="18"/>
      <w:szCs w:val="18"/>
    </w:rPr>
  </w:style>
  <w:style w:type="paragraph" w:styleId="80">
    <w:name w:val="toc 8"/>
    <w:basedOn w:val="a1"/>
    <w:next w:val="a1"/>
    <w:autoRedefine/>
    <w:uiPriority w:val="39"/>
    <w:unhideWhenUsed/>
    <w:rsid w:val="007D693D"/>
    <w:pPr>
      <w:widowControl/>
      <w:spacing w:line="259" w:lineRule="auto"/>
      <w:ind w:left="1540"/>
      <w:jc w:val="left"/>
    </w:pPr>
    <w:rPr>
      <w:kern w:val="0"/>
      <w:sz w:val="18"/>
      <w:szCs w:val="18"/>
    </w:rPr>
  </w:style>
  <w:style w:type="paragraph" w:styleId="90">
    <w:name w:val="toc 9"/>
    <w:basedOn w:val="a1"/>
    <w:next w:val="a1"/>
    <w:autoRedefine/>
    <w:uiPriority w:val="39"/>
    <w:unhideWhenUsed/>
    <w:rsid w:val="007D693D"/>
    <w:pPr>
      <w:widowControl/>
      <w:spacing w:line="259" w:lineRule="auto"/>
      <w:ind w:left="1760"/>
      <w:jc w:val="left"/>
    </w:pPr>
    <w:rPr>
      <w:kern w:val="0"/>
      <w:sz w:val="18"/>
      <w:szCs w:val="18"/>
    </w:rPr>
  </w:style>
  <w:style w:type="character" w:customStyle="1" w:styleId="1c">
    <w:name w:val="超链接1"/>
    <w:basedOn w:val="a2"/>
    <w:uiPriority w:val="99"/>
    <w:unhideWhenUsed/>
    <w:rsid w:val="007D693D"/>
    <w:rPr>
      <w:color w:val="0563C1"/>
      <w:u w:val="single"/>
    </w:rPr>
  </w:style>
  <w:style w:type="character" w:customStyle="1" w:styleId="2Char1">
    <w:name w:val="标题 2 Char1"/>
    <w:basedOn w:val="a2"/>
    <w:uiPriority w:val="9"/>
    <w:semiHidden/>
    <w:rsid w:val="007D693D"/>
    <w:rPr>
      <w:rFonts w:asciiTheme="majorHAnsi" w:eastAsiaTheme="majorEastAsia" w:hAnsiTheme="majorHAnsi" w:cstheme="majorBidi"/>
      <w:b/>
      <w:bCs/>
      <w:sz w:val="32"/>
      <w:szCs w:val="32"/>
    </w:rPr>
  </w:style>
  <w:style w:type="character" w:customStyle="1" w:styleId="3Char1">
    <w:name w:val="标题 3 Char1"/>
    <w:basedOn w:val="a2"/>
    <w:uiPriority w:val="9"/>
    <w:semiHidden/>
    <w:rsid w:val="007D693D"/>
    <w:rPr>
      <w:b/>
      <w:bCs/>
      <w:sz w:val="32"/>
      <w:szCs w:val="32"/>
    </w:rPr>
  </w:style>
  <w:style w:type="character" w:customStyle="1" w:styleId="4Char1">
    <w:name w:val="标题 4 Char1"/>
    <w:basedOn w:val="a2"/>
    <w:uiPriority w:val="9"/>
    <w:semiHidden/>
    <w:rsid w:val="007D693D"/>
    <w:rPr>
      <w:rFonts w:asciiTheme="majorHAnsi" w:eastAsiaTheme="majorEastAsia" w:hAnsiTheme="majorHAnsi" w:cstheme="majorBidi"/>
      <w:b/>
      <w:bCs/>
      <w:sz w:val="28"/>
      <w:szCs w:val="28"/>
    </w:rPr>
  </w:style>
  <w:style w:type="character" w:customStyle="1" w:styleId="5Char1">
    <w:name w:val="标题 5 Char1"/>
    <w:basedOn w:val="a2"/>
    <w:uiPriority w:val="9"/>
    <w:semiHidden/>
    <w:rsid w:val="007D693D"/>
    <w:rPr>
      <w:b/>
      <w:bCs/>
      <w:sz w:val="28"/>
      <w:szCs w:val="28"/>
    </w:rPr>
  </w:style>
  <w:style w:type="character" w:customStyle="1" w:styleId="6Char1">
    <w:name w:val="标题 6 Char1"/>
    <w:basedOn w:val="a2"/>
    <w:uiPriority w:val="9"/>
    <w:semiHidden/>
    <w:rsid w:val="007D693D"/>
    <w:rPr>
      <w:rFonts w:asciiTheme="majorHAnsi" w:eastAsiaTheme="majorEastAsia" w:hAnsiTheme="majorHAnsi" w:cstheme="majorBidi"/>
      <w:b/>
      <w:bCs/>
      <w:sz w:val="24"/>
      <w:szCs w:val="24"/>
    </w:rPr>
  </w:style>
  <w:style w:type="character" w:customStyle="1" w:styleId="7Char1">
    <w:name w:val="标题 7 Char1"/>
    <w:basedOn w:val="a2"/>
    <w:uiPriority w:val="9"/>
    <w:semiHidden/>
    <w:rsid w:val="007D693D"/>
    <w:rPr>
      <w:b/>
      <w:bCs/>
      <w:sz w:val="24"/>
      <w:szCs w:val="24"/>
    </w:rPr>
  </w:style>
  <w:style w:type="character" w:customStyle="1" w:styleId="8Char1">
    <w:name w:val="标题 8 Char1"/>
    <w:basedOn w:val="a2"/>
    <w:uiPriority w:val="9"/>
    <w:semiHidden/>
    <w:rsid w:val="007D693D"/>
    <w:rPr>
      <w:rFonts w:asciiTheme="majorHAnsi" w:eastAsiaTheme="majorEastAsia" w:hAnsiTheme="majorHAnsi" w:cstheme="majorBidi"/>
      <w:sz w:val="24"/>
      <w:szCs w:val="24"/>
    </w:rPr>
  </w:style>
  <w:style w:type="character" w:customStyle="1" w:styleId="9Char1">
    <w:name w:val="标题 9 Char1"/>
    <w:basedOn w:val="a2"/>
    <w:uiPriority w:val="9"/>
    <w:semiHidden/>
    <w:rsid w:val="007D693D"/>
    <w:rPr>
      <w:rFonts w:asciiTheme="majorHAnsi" w:eastAsiaTheme="majorEastAsia" w:hAnsiTheme="majorHAnsi" w:cstheme="majorBidi"/>
      <w:szCs w:val="21"/>
    </w:rPr>
  </w:style>
  <w:style w:type="paragraph" w:styleId="aa">
    <w:name w:val="Title"/>
    <w:basedOn w:val="a1"/>
    <w:next w:val="a1"/>
    <w:link w:val="Char1"/>
    <w:uiPriority w:val="10"/>
    <w:qFormat/>
    <w:rsid w:val="007D693D"/>
    <w:pPr>
      <w:spacing w:before="240" w:after="60"/>
      <w:jc w:val="center"/>
      <w:outlineLvl w:val="0"/>
    </w:pPr>
    <w:rPr>
      <w:rFonts w:ascii="Calibri Light" w:eastAsia="宋体" w:hAnsi="Calibri Light" w:cs="Times New Roman"/>
      <w:color w:val="323E4F"/>
      <w:spacing w:val="5"/>
      <w:kern w:val="28"/>
      <w:sz w:val="52"/>
      <w:szCs w:val="52"/>
      <w:lang w:eastAsia="en-US"/>
    </w:rPr>
  </w:style>
  <w:style w:type="character" w:customStyle="1" w:styleId="Char10">
    <w:name w:val="标题 Char1"/>
    <w:basedOn w:val="a2"/>
    <w:uiPriority w:val="10"/>
    <w:rsid w:val="007D693D"/>
    <w:rPr>
      <w:rFonts w:asciiTheme="majorHAnsi" w:eastAsia="宋体" w:hAnsiTheme="majorHAnsi" w:cstheme="majorBidi"/>
      <w:b/>
      <w:bCs/>
      <w:sz w:val="32"/>
      <w:szCs w:val="32"/>
    </w:rPr>
  </w:style>
  <w:style w:type="paragraph" w:styleId="ab">
    <w:name w:val="Subtitle"/>
    <w:basedOn w:val="a1"/>
    <w:next w:val="a1"/>
    <w:link w:val="Char2"/>
    <w:uiPriority w:val="11"/>
    <w:qFormat/>
    <w:rsid w:val="007D693D"/>
    <w:pPr>
      <w:spacing w:before="240" w:after="60" w:line="312" w:lineRule="auto"/>
      <w:jc w:val="center"/>
      <w:outlineLvl w:val="1"/>
    </w:pPr>
    <w:rPr>
      <w:rFonts w:ascii="Calibri Light" w:eastAsia="宋体" w:hAnsi="Calibri Light" w:cs="Times New Roman"/>
      <w:i/>
      <w:iCs/>
      <w:color w:val="5B9BD5"/>
      <w:spacing w:val="15"/>
      <w:sz w:val="24"/>
      <w:szCs w:val="24"/>
      <w:lang w:eastAsia="en-US"/>
    </w:rPr>
  </w:style>
  <w:style w:type="character" w:customStyle="1" w:styleId="Char11">
    <w:name w:val="副标题 Char1"/>
    <w:basedOn w:val="a2"/>
    <w:uiPriority w:val="11"/>
    <w:rsid w:val="007D693D"/>
    <w:rPr>
      <w:rFonts w:asciiTheme="majorHAnsi" w:eastAsia="宋体" w:hAnsiTheme="majorHAnsi" w:cstheme="majorBidi"/>
      <w:b/>
      <w:bCs/>
      <w:kern w:val="28"/>
      <w:sz w:val="32"/>
      <w:szCs w:val="32"/>
    </w:rPr>
  </w:style>
  <w:style w:type="paragraph" w:styleId="af0">
    <w:name w:val="Quote"/>
    <w:basedOn w:val="a1"/>
    <w:next w:val="a1"/>
    <w:link w:val="Char5"/>
    <w:uiPriority w:val="29"/>
    <w:qFormat/>
    <w:rsid w:val="007D693D"/>
    <w:pPr>
      <w:spacing w:before="200" w:after="160"/>
      <w:ind w:left="864" w:right="864"/>
      <w:jc w:val="center"/>
    </w:pPr>
    <w:rPr>
      <w:i/>
      <w:iCs/>
      <w:color w:val="000000"/>
      <w:sz w:val="22"/>
      <w:lang w:eastAsia="en-US"/>
    </w:rPr>
  </w:style>
  <w:style w:type="character" w:customStyle="1" w:styleId="Char12">
    <w:name w:val="引用 Char1"/>
    <w:basedOn w:val="a2"/>
    <w:uiPriority w:val="29"/>
    <w:rsid w:val="007D693D"/>
    <w:rPr>
      <w:i/>
      <w:iCs/>
      <w:color w:val="404040" w:themeColor="text1" w:themeTint="BF"/>
    </w:rPr>
  </w:style>
  <w:style w:type="paragraph" w:styleId="af3">
    <w:name w:val="Intense Quote"/>
    <w:basedOn w:val="a1"/>
    <w:next w:val="a1"/>
    <w:link w:val="Char6"/>
    <w:uiPriority w:val="30"/>
    <w:qFormat/>
    <w:rsid w:val="007D693D"/>
    <w:pPr>
      <w:pBdr>
        <w:top w:val="single" w:sz="4" w:space="10" w:color="5B9BD5" w:themeColor="accent1"/>
        <w:bottom w:val="single" w:sz="4" w:space="10" w:color="5B9BD5" w:themeColor="accent1"/>
      </w:pBdr>
      <w:spacing w:before="360" w:after="360"/>
      <w:ind w:left="864" w:right="864"/>
      <w:jc w:val="center"/>
    </w:pPr>
    <w:rPr>
      <w:b/>
      <w:bCs/>
      <w:i/>
      <w:iCs/>
      <w:color w:val="5B9BD5"/>
      <w:sz w:val="22"/>
      <w:lang w:eastAsia="en-US"/>
    </w:rPr>
  </w:style>
  <w:style w:type="character" w:customStyle="1" w:styleId="Char13">
    <w:name w:val="明显引用 Char1"/>
    <w:basedOn w:val="a2"/>
    <w:uiPriority w:val="30"/>
    <w:rsid w:val="007D693D"/>
    <w:rPr>
      <w:i/>
      <w:iCs/>
      <w:color w:val="5B9BD5" w:themeColor="accent1"/>
    </w:rPr>
  </w:style>
  <w:style w:type="character" w:styleId="af5">
    <w:name w:val="Subtle Emphasis"/>
    <w:basedOn w:val="a2"/>
    <w:uiPriority w:val="19"/>
    <w:qFormat/>
    <w:rsid w:val="007D693D"/>
    <w:rPr>
      <w:i/>
      <w:iCs/>
      <w:color w:val="404040" w:themeColor="text1" w:themeTint="BF"/>
    </w:rPr>
  </w:style>
  <w:style w:type="character" w:styleId="af6">
    <w:name w:val="Intense Emphasis"/>
    <w:basedOn w:val="a2"/>
    <w:uiPriority w:val="21"/>
    <w:qFormat/>
    <w:rsid w:val="007D693D"/>
    <w:rPr>
      <w:i/>
      <w:iCs/>
      <w:color w:val="5B9BD5" w:themeColor="accent1"/>
    </w:rPr>
  </w:style>
  <w:style w:type="character" w:styleId="af7">
    <w:name w:val="Subtle Reference"/>
    <w:basedOn w:val="a2"/>
    <w:uiPriority w:val="31"/>
    <w:qFormat/>
    <w:rsid w:val="007D693D"/>
    <w:rPr>
      <w:smallCaps/>
      <w:color w:val="5A5A5A" w:themeColor="text1" w:themeTint="A5"/>
    </w:rPr>
  </w:style>
  <w:style w:type="character" w:styleId="af8">
    <w:name w:val="Intense Reference"/>
    <w:basedOn w:val="a2"/>
    <w:uiPriority w:val="32"/>
    <w:qFormat/>
    <w:rsid w:val="007D693D"/>
    <w:rPr>
      <w:b/>
      <w:bCs/>
      <w:smallCaps/>
      <w:color w:val="5B9BD5" w:themeColor="accent1"/>
      <w:spacing w:val="5"/>
    </w:rPr>
  </w:style>
  <w:style w:type="character" w:styleId="af9">
    <w:name w:val="Hyperlink"/>
    <w:basedOn w:val="a2"/>
    <w:uiPriority w:val="99"/>
    <w:semiHidden/>
    <w:unhideWhenUsed/>
    <w:rsid w:val="007D693D"/>
    <w:rPr>
      <w:color w:val="0563C1" w:themeColor="hyperlink"/>
      <w:u w:val="single"/>
    </w:rPr>
  </w:style>
  <w:style w:type="paragraph" w:customStyle="1" w:styleId="CharCharCharCharCharChar0">
    <w:name w:val="Char Char Char Char Char Char"/>
    <w:basedOn w:val="a1"/>
    <w:autoRedefine/>
    <w:rsid w:val="00DB7029"/>
    <w:pPr>
      <w:tabs>
        <w:tab w:val="num" w:pos="360"/>
      </w:tabs>
      <w:ind w:left="360" w:hangingChars="200" w:hanging="360"/>
    </w:pPr>
    <w:rPr>
      <w:rFonts w:ascii="Times New Roman"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tiff"/><Relationship Id="rId68" Type="http://schemas.openxmlformats.org/officeDocument/2006/relationships/image" Target="media/image60.tiff"/><Relationship Id="rId84" Type="http://schemas.openxmlformats.org/officeDocument/2006/relationships/image" Target="media/image76.tiff"/><Relationship Id="rId89" Type="http://schemas.openxmlformats.org/officeDocument/2006/relationships/image" Target="media/image81.tiff"/><Relationship Id="rId16" Type="http://schemas.openxmlformats.org/officeDocument/2006/relationships/image" Target="media/image10.png"/><Relationship Id="rId107" Type="http://schemas.openxmlformats.org/officeDocument/2006/relationships/fontTable" Target="fontTable.xml"/><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0.tiff"/><Relationship Id="rId74" Type="http://schemas.openxmlformats.org/officeDocument/2006/relationships/image" Target="media/image66.tiff"/><Relationship Id="rId79" Type="http://schemas.openxmlformats.org/officeDocument/2006/relationships/image" Target="media/image71.tiff"/><Relationship Id="rId102" Type="http://schemas.openxmlformats.org/officeDocument/2006/relationships/image" Target="media/image92.wmf"/><Relationship Id="rId5" Type="http://schemas.openxmlformats.org/officeDocument/2006/relationships/footnotes" Target="footnotes.xml"/><Relationship Id="rId90" Type="http://schemas.openxmlformats.org/officeDocument/2006/relationships/image" Target="media/image82.tiff"/><Relationship Id="rId95" Type="http://schemas.openxmlformats.org/officeDocument/2006/relationships/image" Target="media/image87.tiff"/><Relationship Id="rId22" Type="http://schemas.openxmlformats.org/officeDocument/2006/relationships/image" Target="media/image16.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6.tiff"/><Relationship Id="rId69" Type="http://schemas.openxmlformats.org/officeDocument/2006/relationships/image" Target="media/image61.tiff"/><Relationship Id="rId80" Type="http://schemas.openxmlformats.org/officeDocument/2006/relationships/image" Target="media/image72.tiff"/><Relationship Id="rId85" Type="http://schemas.openxmlformats.org/officeDocument/2006/relationships/image" Target="media/image77.tiff"/><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1.tiff"/><Relationship Id="rId103" Type="http://schemas.openxmlformats.org/officeDocument/2006/relationships/oleObject" Target="embeddings/oleObject4.bin"/><Relationship Id="rId108"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tiff"/><Relationship Id="rId70" Type="http://schemas.openxmlformats.org/officeDocument/2006/relationships/image" Target="media/image62.tiff"/><Relationship Id="rId75" Type="http://schemas.openxmlformats.org/officeDocument/2006/relationships/image" Target="media/image67.tiff"/><Relationship Id="rId83" Type="http://schemas.openxmlformats.org/officeDocument/2006/relationships/image" Target="media/image75.tiff"/><Relationship Id="rId88" Type="http://schemas.openxmlformats.org/officeDocument/2006/relationships/image" Target="media/image80.tiff"/><Relationship Id="rId91" Type="http://schemas.openxmlformats.org/officeDocument/2006/relationships/image" Target="media/image83.tiff"/><Relationship Id="rId96" Type="http://schemas.openxmlformats.org/officeDocument/2006/relationships/image" Target="media/image88.tif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oleObject" Target="embeddings/oleObject1.bin"/><Relationship Id="rId106"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2.tiff"/><Relationship Id="rId65" Type="http://schemas.openxmlformats.org/officeDocument/2006/relationships/image" Target="media/image57.tiff"/><Relationship Id="rId73" Type="http://schemas.openxmlformats.org/officeDocument/2006/relationships/image" Target="media/image65.tiff"/><Relationship Id="rId78" Type="http://schemas.openxmlformats.org/officeDocument/2006/relationships/image" Target="media/image70.tiff"/><Relationship Id="rId81" Type="http://schemas.openxmlformats.org/officeDocument/2006/relationships/image" Target="media/image73.tiff"/><Relationship Id="rId86" Type="http://schemas.openxmlformats.org/officeDocument/2006/relationships/image" Target="media/image78.tiff"/><Relationship Id="rId94" Type="http://schemas.openxmlformats.org/officeDocument/2006/relationships/image" Target="media/image86.tiff"/><Relationship Id="rId99" Type="http://schemas.openxmlformats.org/officeDocument/2006/relationships/oleObject" Target="embeddings/oleObject2.bin"/><Relationship Id="rId101"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tiff"/><Relationship Id="rId97" Type="http://schemas.openxmlformats.org/officeDocument/2006/relationships/image" Target="media/image89.tiff"/><Relationship Id="rId104" Type="http://schemas.openxmlformats.org/officeDocument/2006/relationships/image" Target="media/image93.wmf"/><Relationship Id="rId7" Type="http://schemas.openxmlformats.org/officeDocument/2006/relationships/image" Target="media/image1.png"/><Relationship Id="rId71" Type="http://schemas.openxmlformats.org/officeDocument/2006/relationships/image" Target="media/image63.tiff"/><Relationship Id="rId92" Type="http://schemas.openxmlformats.org/officeDocument/2006/relationships/image" Target="media/image84.tiff"/><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tiff"/><Relationship Id="rId87" Type="http://schemas.openxmlformats.org/officeDocument/2006/relationships/image" Target="media/image79.tiff"/><Relationship Id="rId61" Type="http://schemas.openxmlformats.org/officeDocument/2006/relationships/image" Target="media/image53.tiff"/><Relationship Id="rId82" Type="http://schemas.openxmlformats.org/officeDocument/2006/relationships/image" Target="media/image74.tiff"/><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emf"/><Relationship Id="rId77" Type="http://schemas.openxmlformats.org/officeDocument/2006/relationships/image" Target="media/image69.tiff"/><Relationship Id="rId100" Type="http://schemas.openxmlformats.org/officeDocument/2006/relationships/image" Target="media/image91.wmf"/><Relationship Id="rId105" Type="http://schemas.openxmlformats.org/officeDocument/2006/relationships/oleObject" Target="embeddings/oleObject5.bin"/><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4.tiff"/><Relationship Id="rId93" Type="http://schemas.openxmlformats.org/officeDocument/2006/relationships/image" Target="media/image85.tiff"/><Relationship Id="rId98" Type="http://schemas.openxmlformats.org/officeDocument/2006/relationships/image" Target="media/image90.wmf"/><Relationship Id="rId3" Type="http://schemas.openxmlformats.org/officeDocument/2006/relationships/settings" Target="settings.xml"/><Relationship Id="rId25" Type="http://schemas.microsoft.com/office/2007/relationships/hdphoto" Target="media/hdphoto1.wdp"/><Relationship Id="rId46" Type="http://schemas.openxmlformats.org/officeDocument/2006/relationships/image" Target="media/image39.png"/><Relationship Id="rId67" Type="http://schemas.openxmlformats.org/officeDocument/2006/relationships/image" Target="media/image59.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13339</Words>
  <Characters>76035</Characters>
  <Application>Microsoft Office Word</Application>
  <DocSecurity>0</DocSecurity>
  <Lines>633</Lines>
  <Paragraphs>178</Paragraphs>
  <ScaleCrop>false</ScaleCrop>
  <Company>微软中国</Company>
  <LinksUpToDate>false</LinksUpToDate>
  <CharactersWithSpaces>89196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田永奇 </dc:creator>
  <cp:keywords/>
  <dc:description/>
  <cp:lastModifiedBy>unknown</cp:lastModifiedBy>
  <cp:revision>3</cp:revision>
  <dcterms:created xsi:type="dcterms:W3CDTF">2018-10-11T03:39:00Z</dcterms:created>
  <dcterms:modified xsi:type="dcterms:W3CDTF">2018-10-11T03:39:00Z</dcterms:modified>
</cp:coreProperties>
</file>